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đề kiểm tra 15 phút môn công nghệ công nghiệp 10 học kỳ 1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Hệ thống kỹ thuật là gì?</w:t>
      </w:r>
    </w:p>
    <w:p>
      <w:pPr>
        <w:pStyle w:val="ListParagraph"/>
      </w:pPr>
      <w:r>
        <w:rPr>
          <w:sz w:val="22"/>
        </w:rPr>
        <w:t>A. Tập hợp các phần tử có mối liên hệ với nhau, cùng phối hợp hoạt động để thực hiện một nhiệm vụ nhất định</w:t>
      </w:r>
    </w:p>
    <w:p>
      <w:pPr>
        <w:pStyle w:val="ListParagraph"/>
      </w:pPr>
      <w:r>
        <w:rPr>
          <w:sz w:val="22"/>
        </w:rPr>
        <w:t>B. Một thiết bị đơn lẻ, hoạt động độc lập, không có sự liên kết</w:t>
      </w:r>
    </w:p>
    <w:p>
      <w:pPr>
        <w:pStyle w:val="ListParagraph"/>
      </w:pPr>
      <w:r>
        <w:rPr>
          <w:sz w:val="22"/>
        </w:rPr>
        <w:t>C. Một hiện tượng tự nhiên xảy ra ngoài ý muốn của con người</w:t>
      </w:r>
    </w:p>
    <w:p>
      <w:pPr>
        <w:pStyle w:val="ListParagraph"/>
      </w:pPr>
      <w:r>
        <w:rPr>
          <w:sz w:val="22"/>
        </w:rPr>
        <w:t>D. Một phần mềm máy tính dùng để xử lý văn bản</w:t>
      </w:r>
    </w:p>
    <w:p/>
    <w:p>
      <w:r>
        <w:rPr>
          <w:b/>
          <w:sz w:val="24"/>
        </w:rPr>
        <w:t>Câu 2: Sơ đồ khối của một hệ thống kỹ thuật cơ bản thường gồm mấy bộ phận chính?</w:t>
      </w:r>
    </w:p>
    <w:p>
      <w:pPr>
        <w:pStyle w:val="ListParagraph"/>
      </w:pPr>
      <w:r>
        <w:rPr>
          <w:sz w:val="22"/>
        </w:rPr>
        <w:t>A. 2 bộ phận</w:t>
      </w:r>
    </w:p>
    <w:p>
      <w:pPr>
        <w:pStyle w:val="ListParagraph"/>
      </w:pPr>
      <w:r>
        <w:rPr>
          <w:sz w:val="22"/>
        </w:rPr>
        <w:t>B. 3 bộ phận</w:t>
      </w:r>
    </w:p>
    <w:p>
      <w:pPr>
        <w:pStyle w:val="ListParagraph"/>
      </w:pPr>
      <w:r>
        <w:rPr>
          <w:sz w:val="22"/>
        </w:rPr>
        <w:t>C. 4 bộ phận</w:t>
      </w:r>
    </w:p>
    <w:p>
      <w:pPr>
        <w:pStyle w:val="ListParagraph"/>
      </w:pPr>
      <w:r>
        <w:rPr>
          <w:sz w:val="22"/>
        </w:rPr>
        <w:t>D. 5 bộ phận</w:t>
      </w:r>
    </w:p>
    <w:p/>
    <w:p>
      <w:r>
        <w:rPr>
          <w:b/>
          <w:sz w:val="24"/>
        </w:rPr>
        <w:t>Câu 3: Trong sơ đồ khối hệ thống kỹ thuật, ba bộ phận chính đó là:</w:t>
      </w:r>
    </w:p>
    <w:p>
      <w:pPr>
        <w:pStyle w:val="ListParagraph"/>
      </w:pPr>
      <w:r>
        <w:rPr>
          <w:sz w:val="22"/>
        </w:rPr>
        <w:t>A. Đầu vào – Bộ phận xử lý – Đầu ra</w:t>
      </w:r>
    </w:p>
    <w:p>
      <w:pPr>
        <w:pStyle w:val="ListParagraph"/>
      </w:pPr>
      <w:r>
        <w:rPr>
          <w:sz w:val="22"/>
        </w:rPr>
        <w:t>B. Đầu vào – Đầu ra – Phản hồi</w:t>
      </w:r>
    </w:p>
    <w:p>
      <w:pPr>
        <w:pStyle w:val="ListParagraph"/>
      </w:pPr>
      <w:r>
        <w:rPr>
          <w:sz w:val="22"/>
        </w:rPr>
        <w:t>C. Bộ phận xử lý – Phản hồi – Môi trường</w:t>
      </w:r>
    </w:p>
    <w:p>
      <w:pPr>
        <w:pStyle w:val="ListParagraph"/>
      </w:pPr>
      <w:r>
        <w:rPr>
          <w:sz w:val="22"/>
        </w:rPr>
        <w:t>D. Đầu vào – Nhiên liệu – Sản phẩm</w:t>
      </w:r>
    </w:p>
    <w:p/>
    <w:p>
      <w:r>
        <w:rPr>
          <w:b/>
          <w:sz w:val="24"/>
        </w:rPr>
        <w:t>Câu 4: Đầu vào của hệ thống kỹ thuật là gì?</w:t>
      </w:r>
    </w:p>
    <w:p>
      <w:pPr>
        <w:pStyle w:val="ListParagraph"/>
      </w:pPr>
      <w:r>
        <w:rPr>
          <w:sz w:val="22"/>
        </w:rPr>
        <w:t>A. Vật chất, năng lượng, thông tin được đưa vào hệ thống để xử lý</w:t>
      </w:r>
    </w:p>
    <w:p>
      <w:pPr>
        <w:pStyle w:val="ListParagraph"/>
      </w:pPr>
      <w:r>
        <w:rPr>
          <w:sz w:val="22"/>
        </w:rPr>
        <w:t>B. Sản phẩm, kết quả mà hệ thống tạo ra sau khi xử lý</w:t>
      </w:r>
    </w:p>
    <w:p>
      <w:pPr>
        <w:pStyle w:val="ListParagraph"/>
      </w:pPr>
      <w:r>
        <w:rPr>
          <w:sz w:val="22"/>
        </w:rPr>
        <w:t>C. Tín hiệu điều chỉnh hoạt động của hệ thống</w:t>
      </w:r>
    </w:p>
    <w:p>
      <w:pPr>
        <w:pStyle w:val="ListParagraph"/>
      </w:pPr>
      <w:r>
        <w:rPr>
          <w:sz w:val="22"/>
        </w:rPr>
        <w:t>D. Phần vỏ bọc bảo vệ các bộ phận bên trong</w:t>
      </w:r>
    </w:p>
    <w:p/>
    <w:p>
      <w:r>
        <w:rPr>
          <w:b/>
          <w:sz w:val="24"/>
        </w:rPr>
        <w:t>Câu 5: Đầu ra của hệ thống kỹ thuật là:</w:t>
      </w:r>
    </w:p>
    <w:p>
      <w:pPr>
        <w:pStyle w:val="ListParagraph"/>
      </w:pPr>
      <w:r>
        <w:rPr>
          <w:sz w:val="22"/>
        </w:rPr>
        <w:t>A. Vật chất, năng lượng, thông tin được đưa vào hệ thống</w:t>
      </w:r>
    </w:p>
    <w:p>
      <w:pPr>
        <w:pStyle w:val="ListParagraph"/>
      </w:pPr>
      <w:r>
        <w:rPr>
          <w:sz w:val="22"/>
        </w:rPr>
        <w:t>B. Kết quả (sản phẩm) mà hệ thống tạo ra sau quá trình xử lý</w:t>
      </w:r>
    </w:p>
    <w:p>
      <w:pPr>
        <w:pStyle w:val="ListParagraph"/>
      </w:pPr>
      <w:r>
        <w:rPr>
          <w:sz w:val="22"/>
        </w:rPr>
        <w:t>C. Bộ phận điều khiển trung tâm</w:t>
      </w:r>
    </w:p>
    <w:p>
      <w:pPr>
        <w:pStyle w:val="ListParagraph"/>
      </w:pPr>
      <w:r>
        <w:rPr>
          <w:sz w:val="22"/>
        </w:rPr>
        <w:t>D. Cảm biến thu nhận tín hiệu</w:t>
      </w:r>
    </w:p>
    <w:p/>
    <w:p>
      <w:r>
        <w:rPr>
          <w:b/>
          <w:sz w:val="24"/>
        </w:rPr>
        <w:t>Câu 6: Bộ phận xử lý trong hệ thống kỹ thuật có chức năng:</w:t>
      </w:r>
    </w:p>
    <w:p>
      <w:pPr>
        <w:pStyle w:val="ListParagraph"/>
      </w:pPr>
      <w:r>
        <w:rPr>
          <w:sz w:val="22"/>
        </w:rPr>
        <w:t>A. Biến đổi đầu vào thành đầu ra theo mục đích đã định</w:t>
      </w:r>
    </w:p>
    <w:p>
      <w:pPr>
        <w:pStyle w:val="ListParagraph"/>
      </w:pPr>
      <w:r>
        <w:rPr>
          <w:sz w:val="22"/>
        </w:rPr>
        <w:t>B. Chỉ thu nhận thông tin từ môi trường</w:t>
      </w:r>
    </w:p>
    <w:p>
      <w:pPr>
        <w:pStyle w:val="ListParagraph"/>
      </w:pPr>
      <w:r>
        <w:rPr>
          <w:sz w:val="22"/>
        </w:rPr>
        <w:t>C. Chỉ cung cấp năng lượng cho toàn hệ thống</w:t>
      </w:r>
    </w:p>
    <w:p>
      <w:pPr>
        <w:pStyle w:val="ListParagraph"/>
      </w:pPr>
      <w:r>
        <w:rPr>
          <w:sz w:val="22"/>
        </w:rPr>
        <w:t>D. Chỉ lưu trữ dữ liệu để tra cứu</w:t>
      </w:r>
    </w:p>
    <w:p/>
    <w:p>
      <w:r>
        <w:rPr>
          <w:b/>
          <w:sz w:val="24"/>
        </w:rPr>
        <w:t>Câu 7: Trong hệ thống kỹ thuật, phản hồi (feedback) có vai trò:</w:t>
      </w:r>
    </w:p>
    <w:p>
      <w:pPr>
        <w:pStyle w:val="ListParagraph"/>
      </w:pPr>
      <w:r>
        <w:rPr>
          <w:sz w:val="22"/>
        </w:rPr>
        <w:t>A. Tạo ra một đầu vào hoàn toàn mới cho hệ thống</w:t>
      </w:r>
    </w:p>
    <w:p>
      <w:pPr>
        <w:pStyle w:val="ListParagraph"/>
      </w:pPr>
      <w:r>
        <w:rPr>
          <w:sz w:val="22"/>
        </w:rPr>
        <w:t>B. Điều chỉnh hoạt động của hệ thống sao cho đầu ra đạt đúng mục tiêu mong muốn</w:t>
      </w:r>
    </w:p>
    <w:p>
      <w:pPr>
        <w:pStyle w:val="ListParagraph"/>
      </w:pPr>
      <w:r>
        <w:rPr>
          <w:sz w:val="22"/>
        </w:rPr>
        <w:t>C. Loại bỏ hoàn toàn bộ phận xử lý</w:t>
      </w:r>
    </w:p>
    <w:p>
      <w:pPr>
        <w:pStyle w:val="ListParagraph"/>
      </w:pPr>
      <w:r>
        <w:rPr>
          <w:sz w:val="22"/>
        </w:rPr>
        <w:t>D. Không có vai trò gì trong hệ thống</w:t>
      </w:r>
    </w:p>
    <w:p/>
    <w:p>
      <w:r>
        <w:rPr>
          <w:b/>
          <w:sz w:val="24"/>
        </w:rPr>
        <w:t>Câu 8: Hệ thống kỹ thuật mở là hệ thống:</w:t>
      </w:r>
    </w:p>
    <w:p>
      <w:pPr>
        <w:pStyle w:val="ListParagraph"/>
      </w:pPr>
      <w:r>
        <w:rPr>
          <w:sz w:val="22"/>
        </w:rPr>
        <w:t>A. Có trao đổi vật chất, năng lượng, thông tin với môi trường bên ngoài</w:t>
      </w:r>
    </w:p>
    <w:p>
      <w:pPr>
        <w:pStyle w:val="ListParagraph"/>
      </w:pPr>
      <w:r>
        <w:rPr>
          <w:sz w:val="22"/>
        </w:rPr>
        <w:t>B. Không trao đổi bất cứ thứ gì với môi trường bên ngoài</w:t>
      </w:r>
    </w:p>
    <w:p>
      <w:pPr>
        <w:pStyle w:val="ListParagraph"/>
      </w:pPr>
      <w:r>
        <w:rPr>
          <w:sz w:val="22"/>
        </w:rPr>
        <w:t>C. Chỉ trao đổi thông tin, không trao đổi năng lượng</w:t>
      </w:r>
    </w:p>
    <w:p>
      <w:pPr>
        <w:pStyle w:val="ListParagraph"/>
      </w:pPr>
      <w:r>
        <w:rPr>
          <w:sz w:val="22"/>
        </w:rPr>
        <w:t>D. Không có đầu vào</w:t>
      </w:r>
    </w:p>
    <w:p/>
    <w:p>
      <w:r>
        <w:rPr>
          <w:b/>
          <w:sz w:val="24"/>
        </w:rPr>
        <w:t>Câu 9: Hệ thống kỹ thuật kín là hệ thống:</w:t>
      </w:r>
    </w:p>
    <w:p>
      <w:pPr>
        <w:pStyle w:val="ListParagraph"/>
      </w:pPr>
      <w:r>
        <w:rPr>
          <w:sz w:val="22"/>
        </w:rPr>
        <w:t>A. Có trao đổi vật chất với môi trường nhưng không trao đổi năng lượng</w:t>
      </w:r>
    </w:p>
    <w:p>
      <w:pPr>
        <w:pStyle w:val="ListParagraph"/>
      </w:pPr>
      <w:r>
        <w:rPr>
          <w:sz w:val="22"/>
        </w:rPr>
        <w:t>B. Không trao đổi vật chất và năng lượng với môi trường bên ngoài</w:t>
      </w:r>
    </w:p>
    <w:p>
      <w:pPr>
        <w:pStyle w:val="ListParagraph"/>
      </w:pPr>
      <w:r>
        <w:rPr>
          <w:sz w:val="22"/>
        </w:rPr>
        <w:t>C. Luôn có phản hồi và nhiều hệ thống con</w:t>
      </w:r>
    </w:p>
    <w:p>
      <w:pPr>
        <w:pStyle w:val="ListParagraph"/>
      </w:pPr>
      <w:r>
        <w:rPr>
          <w:sz w:val="22"/>
        </w:rPr>
        <w:t>D. Chỉ có đầu ra mà không có đầu vào</w:t>
      </w:r>
    </w:p>
    <w:p/>
    <w:p>
      <w:r>
        <w:rPr>
          <w:b/>
          <w:sz w:val="24"/>
        </w:rPr>
        <w:t>Câu 10: Đối tượng nào sau đây là một hệ thống kỹ thuật?</w:t>
      </w:r>
    </w:p>
    <w:p>
      <w:pPr>
        <w:pStyle w:val="ListParagraph"/>
      </w:pPr>
      <w:r>
        <w:rPr>
          <w:sz w:val="22"/>
        </w:rPr>
        <w:t>A. Hệ thống báo cháy tự động trong tòa nhà</w:t>
      </w:r>
    </w:p>
    <w:p>
      <w:pPr>
        <w:pStyle w:val="ListParagraph"/>
      </w:pPr>
      <w:r>
        <w:rPr>
          <w:sz w:val="22"/>
        </w:rPr>
        <w:t>B. Một quyển sách giáo khoa</w:t>
      </w:r>
    </w:p>
    <w:p>
      <w:pPr>
        <w:pStyle w:val="ListParagraph"/>
      </w:pPr>
      <w:r>
        <w:rPr>
          <w:sz w:val="22"/>
        </w:rPr>
        <w:t>C. Một cơn bão nhiệt đới</w:t>
      </w:r>
    </w:p>
    <w:p>
      <w:pPr>
        <w:pStyle w:val="ListParagraph"/>
      </w:pPr>
      <w:r>
        <w:rPr>
          <w:sz w:val="22"/>
        </w:rPr>
        <w:t>D. Một cái cây trong rừng</w:t>
      </w:r>
    </w:p>
    <w:p/>
    <w:p>
      <w:r>
        <w:rPr>
          <w:b/>
          <w:sz w:val="24"/>
        </w:rPr>
        <w:t>Câu 11: Hệ thống kỹ thuật phức tạp có đặc điểm:</w:t>
      </w:r>
    </w:p>
    <w:p>
      <w:pPr>
        <w:pStyle w:val="ListParagraph"/>
      </w:pPr>
      <w:r>
        <w:rPr>
          <w:sz w:val="22"/>
        </w:rPr>
        <w:t>A. Chỉ gồm một phần tử duy nhất, không chia nhỏ được</w:t>
      </w:r>
    </w:p>
    <w:p>
      <w:pPr>
        <w:pStyle w:val="ListParagraph"/>
      </w:pPr>
      <w:r>
        <w:rPr>
          <w:sz w:val="22"/>
        </w:rPr>
        <w:t>B. Gồm nhiều hệ thống con, mỗi hệ thống con có thể là hệ thống đơn giản hoặc phức tạp</w:t>
      </w:r>
    </w:p>
    <w:p>
      <w:pPr>
        <w:pStyle w:val="ListParagraph"/>
      </w:pPr>
      <w:r>
        <w:rPr>
          <w:sz w:val="22"/>
        </w:rPr>
        <w:t>C. Không có mối liên hệ giữa các bộ phận</w:t>
      </w:r>
    </w:p>
    <w:p>
      <w:pPr>
        <w:pStyle w:val="ListParagraph"/>
      </w:pPr>
      <w:r>
        <w:rPr>
          <w:sz w:val="22"/>
        </w:rPr>
        <w:t>D. Không cần đầu vào mà vẫn hoạt động</w:t>
      </w:r>
    </w:p>
    <w:p/>
    <w:p>
      <w:r>
        <w:rPr>
          <w:b/>
          <w:sz w:val="24"/>
        </w:rPr>
        <w:t>Câu 12: Trong hệ thống tưới cây tự động, nước và điện năng cấp cho máy bơm được coi là:</w:t>
      </w:r>
    </w:p>
    <w:p>
      <w:pPr>
        <w:pStyle w:val="ListParagraph"/>
      </w:pPr>
      <w:r>
        <w:rPr>
          <w:sz w:val="22"/>
        </w:rPr>
        <w:t>A. Đầu vào của hệ thống</w:t>
      </w:r>
    </w:p>
    <w:p>
      <w:pPr>
        <w:pStyle w:val="ListParagraph"/>
      </w:pPr>
      <w:r>
        <w:rPr>
          <w:sz w:val="22"/>
        </w:rPr>
        <w:t>B. Đầu ra của hệ thống</w:t>
      </w:r>
    </w:p>
    <w:p>
      <w:pPr>
        <w:pStyle w:val="ListParagraph"/>
      </w:pPr>
      <w:r>
        <w:rPr>
          <w:sz w:val="22"/>
        </w:rPr>
        <w:t>C. Tín hiệu phản hồi</w:t>
      </w:r>
    </w:p>
    <w:p>
      <w:pPr>
        <w:pStyle w:val="ListParagraph"/>
      </w:pPr>
      <w:r>
        <w:rPr>
          <w:sz w:val="22"/>
        </w:rPr>
        <w:t>D. Bộ phận xử lý</w:t>
      </w:r>
    </w:p>
    <w:p/>
    <w:p>
      <w:r>
        <w:rPr>
          <w:b/>
          <w:sz w:val="24"/>
        </w:rPr>
        <w:t>Câu 13: Trong hệ thống điều hòa không khí, cảm biến nhiệt độ đảm nhận vai trò:</w:t>
      </w:r>
    </w:p>
    <w:p>
      <w:pPr>
        <w:pStyle w:val="ListParagraph"/>
      </w:pPr>
      <w:r>
        <w:rPr>
          <w:sz w:val="22"/>
        </w:rPr>
        <w:t>A. Thu nhận thông tin về nhiệt độ phòng (thuộc bộ phận đầu vào)</w:t>
      </w:r>
    </w:p>
    <w:p>
      <w:pPr>
        <w:pStyle w:val="ListParagraph"/>
      </w:pPr>
      <w:r>
        <w:rPr>
          <w:sz w:val="22"/>
        </w:rPr>
        <w:t>B. Tạo ra luồng gió mát (đầu ra)</w:t>
      </w:r>
    </w:p>
    <w:p>
      <w:pPr>
        <w:pStyle w:val="ListParagraph"/>
      </w:pPr>
      <w:r>
        <w:rPr>
          <w:sz w:val="22"/>
        </w:rPr>
        <w:t>C. Biến đổi điện năng thành nhiệt năng (bộ phận xử lý)</w:t>
      </w:r>
    </w:p>
    <w:p>
      <w:pPr>
        <w:pStyle w:val="ListParagraph"/>
      </w:pPr>
      <w:r>
        <w:rPr>
          <w:sz w:val="22"/>
        </w:rPr>
        <w:t>D. Là phản hồi âm của hệ thống</w:t>
      </w:r>
    </w:p>
    <w:p/>
    <w:p>
      <w:r>
        <w:rPr>
          <w:b/>
          <w:sz w:val="24"/>
        </w:rPr>
        <w:t>Câu 14: Trong sơ đồ khối hệ thống kỹ thuật, mũi tên đi từ đầu ra quay trở lại đầu vào thể hiện:</w:t>
      </w:r>
    </w:p>
    <w:p>
      <w:pPr>
        <w:pStyle w:val="ListParagraph"/>
      </w:pPr>
      <w:r>
        <w:rPr>
          <w:sz w:val="22"/>
        </w:rPr>
        <w:t>A. Sự phản hồi để điều chỉnh hoạt động của hệ thống</w:t>
      </w:r>
    </w:p>
    <w:p>
      <w:pPr>
        <w:pStyle w:val="ListParagraph"/>
      </w:pPr>
      <w:r>
        <w:rPr>
          <w:sz w:val="22"/>
        </w:rPr>
        <w:t>B. Sự mất mát năng lượng của hệ thống</w:t>
      </w:r>
    </w:p>
    <w:p>
      <w:pPr>
        <w:pStyle w:val="ListParagraph"/>
      </w:pPr>
      <w:r>
        <w:rPr>
          <w:sz w:val="22"/>
        </w:rPr>
        <w:t>C. Sự gia tăng số lượng đầu vào</w:t>
      </w:r>
    </w:p>
    <w:p>
      <w:pPr>
        <w:pStyle w:val="ListParagraph"/>
      </w:pPr>
      <w:r>
        <w:rPr>
          <w:sz w:val="22"/>
        </w:rPr>
        <w:t>D. Việc loại bỏ bộ phận xử lý</w:t>
      </w:r>
    </w:p>
    <w:p/>
    <w:p>
      <w:r>
        <w:rPr>
          <w:b/>
          <w:sz w:val="24"/>
        </w:rPr>
        <w:t>Câu 15: Vai trò chung của hệ thống kỹ thuật trong sản xuất và đời sống là:</w:t>
      </w:r>
    </w:p>
    <w:p>
      <w:pPr>
        <w:pStyle w:val="ListParagraph"/>
      </w:pPr>
      <w:r>
        <w:rPr>
          <w:sz w:val="22"/>
        </w:rPr>
        <w:t>A. Giúp nâng cao năng suất, chất lượng và giảm nhẹ sức lao động của con người</w:t>
      </w:r>
    </w:p>
    <w:p>
      <w:pPr>
        <w:pStyle w:val="ListParagraph"/>
      </w:pPr>
      <w:r>
        <w:rPr>
          <w:sz w:val="22"/>
        </w:rPr>
        <w:t>B. Làm tăng chi phí mà không đem lại lợi ích gì</w:t>
      </w:r>
    </w:p>
    <w:p>
      <w:pPr>
        <w:pStyle w:val="ListParagraph"/>
      </w:pPr>
      <w:r>
        <w:rPr>
          <w:sz w:val="22"/>
        </w:rPr>
        <w:t>C. Thay thế hoàn toàn vai trò của con người trong mọi lĩnh vực</w:t>
      </w:r>
    </w:p>
    <w:p>
      <w:pPr>
        <w:pStyle w:val="ListParagraph"/>
      </w:pPr>
      <w:r>
        <w:rPr>
          <w:sz w:val="22"/>
        </w:rPr>
        <w:t>D. Chỉ được sử dụng trong nghiên cứu khoa học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