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toán tuần 3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nào dưới đây là số chẵn?</w:t>
      </w:r>
    </w:p>
    <w:p>
      <w:pPr>
        <w:pStyle w:val="ListParagraph"/>
      </w:pPr>
      <w:r>
        <w:rPr>
          <w:sz w:val="22"/>
        </w:rPr>
        <w:t>A. 35</w:t>
      </w:r>
    </w:p>
    <w:p>
      <w:pPr>
        <w:pStyle w:val="ListParagraph"/>
      </w:pPr>
      <w:r>
        <w:rPr>
          <w:sz w:val="22"/>
        </w:rPr>
        <w:t>B. 42</w:t>
      </w:r>
    </w:p>
    <w:p>
      <w:pPr>
        <w:pStyle w:val="ListParagraph"/>
      </w:pPr>
      <w:r>
        <w:rPr>
          <w:sz w:val="22"/>
        </w:rPr>
        <w:t>C. 57</w:t>
      </w:r>
    </w:p>
    <w:p>
      <w:pPr>
        <w:pStyle w:val="ListParagraph"/>
      </w:pPr>
      <w:r>
        <w:rPr>
          <w:sz w:val="22"/>
        </w:rPr>
        <w:t>D. 91</w:t>
      </w:r>
    </w:p>
    <w:p/>
    <w:p>
      <w:r>
        <w:rPr>
          <w:b/>
          <w:sz w:val="24"/>
        </w:rPr>
        <w:t>Câu 2: Giá trị của biểu thức $a + 125$ khi $a = 75$ là:</w:t>
      </w:r>
    </w:p>
    <w:p>
      <w:pPr>
        <w:pStyle w:val="ListParagraph"/>
      </w:pPr>
      <w:r>
        <w:rPr>
          <w:sz w:val="22"/>
        </w:rPr>
        <w:t>A. 190</w:t>
      </w:r>
    </w:p>
    <w:p>
      <w:pPr>
        <w:pStyle w:val="ListParagraph"/>
      </w:pPr>
      <w:r>
        <w:rPr>
          <w:sz w:val="22"/>
        </w:rPr>
        <w:t>B. 200</w:t>
      </w:r>
    </w:p>
    <w:p>
      <w:pPr>
        <w:pStyle w:val="ListParagraph"/>
      </w:pPr>
      <w:r>
        <w:rPr>
          <w:sz w:val="22"/>
        </w:rPr>
        <w:t>C. 210</w:t>
      </w:r>
    </w:p>
    <w:p>
      <w:pPr>
        <w:pStyle w:val="ListParagraph"/>
      </w:pPr>
      <w:r>
        <w:rPr>
          <w:sz w:val="22"/>
        </w:rPr>
        <w:t>D. 250</w:t>
      </w:r>
    </w:p>
    <w:p/>
    <w:p>
      <w:r>
        <w:rPr>
          <w:b/>
          <w:sz w:val="24"/>
        </w:rPr>
        <w:t>Câu 3: Tìm $x$, biết $x + 234 = 567$.</w:t>
      </w:r>
    </w:p>
    <w:p>
      <w:pPr>
        <w:pStyle w:val="ListParagraph"/>
      </w:pPr>
      <w:r>
        <w:rPr>
          <w:sz w:val="22"/>
        </w:rPr>
        <w:t>A. 333</w:t>
      </w:r>
    </w:p>
    <w:p>
      <w:pPr>
        <w:pStyle w:val="ListParagraph"/>
      </w:pPr>
      <w:r>
        <w:rPr>
          <w:sz w:val="22"/>
        </w:rPr>
        <w:t>B. 323</w:t>
      </w:r>
    </w:p>
    <w:p>
      <w:pPr>
        <w:pStyle w:val="ListParagraph"/>
      </w:pPr>
      <w:r>
        <w:rPr>
          <w:sz w:val="22"/>
        </w:rPr>
        <w:t>C. 343</w:t>
      </w:r>
    </w:p>
    <w:p>
      <w:pPr>
        <w:pStyle w:val="ListParagraph"/>
      </w:pPr>
      <w:r>
        <w:rPr>
          <w:sz w:val="22"/>
        </w:rPr>
        <w:t>D. 301</w:t>
      </w:r>
    </w:p>
    <w:p/>
    <w:p>
      <w:r>
        <w:rPr>
          <w:b/>
          <w:sz w:val="24"/>
        </w:rPr>
        <w:t>Câu 4: Giá trị của biểu thức $120 + 45 \times 2$ là:</w:t>
      </w:r>
    </w:p>
    <w:p>
      <w:pPr>
        <w:pStyle w:val="ListParagraph"/>
      </w:pPr>
      <w:r>
        <w:rPr>
          <w:sz w:val="22"/>
        </w:rPr>
        <w:t>A. 210</w:t>
      </w:r>
    </w:p>
    <w:p>
      <w:pPr>
        <w:pStyle w:val="ListParagraph"/>
      </w:pPr>
      <w:r>
        <w:rPr>
          <w:sz w:val="22"/>
        </w:rPr>
        <w:t>B. 330</w:t>
      </w:r>
    </w:p>
    <w:p>
      <w:pPr>
        <w:pStyle w:val="ListParagraph"/>
      </w:pPr>
      <w:r>
        <w:rPr>
          <w:sz w:val="22"/>
        </w:rPr>
        <w:t>C. 300</w:t>
      </w:r>
    </w:p>
    <w:p>
      <w:pPr>
        <w:pStyle w:val="ListParagraph"/>
      </w:pPr>
      <w:r>
        <w:rPr>
          <w:sz w:val="22"/>
        </w:rPr>
        <w:t>D. 180</w:t>
      </w:r>
    </w:p>
    <w:p/>
    <w:p>
      <w:r>
        <w:rPr>
          <w:b/>
          <w:sz w:val="24"/>
        </w:rPr>
        <w:t>Câu 5: Có 3 thùng, mỗi thùng có 24 hộp, mỗi hộp có 6 chiếc bút. Hỏi có tất cả bao nhiêu chiếc bút?</w:t>
      </w:r>
    </w:p>
    <w:p>
      <w:pPr>
        <w:pStyle w:val="ListParagraph"/>
      </w:pPr>
      <w:r>
        <w:rPr>
          <w:sz w:val="22"/>
        </w:rPr>
        <w:t>A. 144</w:t>
      </w:r>
    </w:p>
    <w:p>
      <w:pPr>
        <w:pStyle w:val="ListParagraph"/>
      </w:pPr>
      <w:r>
        <w:rPr>
          <w:sz w:val="22"/>
        </w:rPr>
        <w:t>B. 432</w:t>
      </w:r>
    </w:p>
    <w:p>
      <w:pPr>
        <w:pStyle w:val="ListParagraph"/>
      </w:pPr>
      <w:r>
        <w:rPr>
          <w:sz w:val="22"/>
        </w:rPr>
        <w:t>C. 216</w:t>
      </w:r>
    </w:p>
    <w:p>
      <w:pPr>
        <w:pStyle w:val="ListParagraph"/>
      </w:pPr>
      <w:r>
        <w:rPr>
          <w:sz w:val="22"/>
        </w:rPr>
        <w:t>D. 288</w:t>
      </w:r>
    </w:p>
    <w:p/>
    <w:p>
      <w:r>
        <w:rPr>
          <w:b/>
          <w:sz w:val="24"/>
        </w:rPr>
        <w:t>Câu 6: Chu vi hình chữ nhật có chiều dài $a$, chiều rộng $b$ được tính bằng công thức $(a + b) \times 2$. Với $a = 8$, $b = 5$, chu vi là:</w:t>
      </w:r>
    </w:p>
    <w:p>
      <w:pPr>
        <w:pStyle w:val="ListParagraph"/>
      </w:pPr>
      <w:r>
        <w:rPr>
          <w:sz w:val="22"/>
        </w:rPr>
        <w:t>A. 13</w:t>
      </w:r>
    </w:p>
    <w:p>
      <w:pPr>
        <w:pStyle w:val="ListParagraph"/>
      </w:pPr>
      <w:r>
        <w:rPr>
          <w:sz w:val="22"/>
        </w:rPr>
        <w:t>B. 26</w:t>
      </w:r>
    </w:p>
    <w:p>
      <w:pPr>
        <w:pStyle w:val="ListParagraph"/>
      </w:pPr>
      <w:r>
        <w:rPr>
          <w:sz w:val="22"/>
        </w:rPr>
        <w:t>C. 40</w:t>
      </w:r>
    </w:p>
    <w:p>
      <w:pPr>
        <w:pStyle w:val="ListParagraph"/>
      </w:pPr>
      <w:r>
        <w:rPr>
          <w:sz w:val="22"/>
        </w:rPr>
        <w:t>D. 18</w:t>
      </w:r>
    </w:p>
    <w:p/>
    <w:p>
      <w:r>
        <w:rPr>
          <w:b/>
          <w:sz w:val="24"/>
        </w:rPr>
        <w:t>Câu 7: Số lẻ lớn nhất có 4 chữ số khác nhau là:</w:t>
      </w:r>
    </w:p>
    <w:p>
      <w:pPr>
        <w:pStyle w:val="ListParagraph"/>
      </w:pPr>
      <w:r>
        <w:rPr>
          <w:sz w:val="22"/>
        </w:rPr>
        <w:t>A. 9876</w:t>
      </w:r>
    </w:p>
    <w:p>
      <w:pPr>
        <w:pStyle w:val="ListParagraph"/>
      </w:pPr>
      <w:r>
        <w:rPr>
          <w:sz w:val="22"/>
        </w:rPr>
        <w:t>B. 9875</w:t>
      </w:r>
    </w:p>
    <w:p>
      <w:pPr>
        <w:pStyle w:val="ListParagraph"/>
      </w:pPr>
      <w:r>
        <w:rPr>
          <w:sz w:val="22"/>
        </w:rPr>
        <w:t>C. 9865</w:t>
      </w:r>
    </w:p>
    <w:p>
      <w:pPr>
        <w:pStyle w:val="ListParagraph"/>
      </w:pPr>
      <w:r>
        <w:rPr>
          <w:sz w:val="22"/>
        </w:rPr>
        <w:t>D. 9785</w:t>
      </w:r>
    </w:p>
    <w:p/>
    <w:p>
      <w:r>
        <w:rPr>
          <w:b/>
          <w:sz w:val="24"/>
        </w:rPr>
        <w:t>Câu 8: Giá trị của biểu thức $3 \times m + 12$ khi $m = 8$ là:</w:t>
      </w:r>
    </w:p>
    <w:p>
      <w:pPr>
        <w:pStyle w:val="ListParagraph"/>
      </w:pPr>
      <w:r>
        <w:rPr>
          <w:sz w:val="22"/>
        </w:rPr>
        <w:t>A. 36</w:t>
      </w:r>
    </w:p>
    <w:p>
      <w:pPr>
        <w:pStyle w:val="ListParagraph"/>
      </w:pPr>
      <w:r>
        <w:rPr>
          <w:sz w:val="22"/>
        </w:rPr>
        <w:t>B. 44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9: Một cửa hàng nhập về 5 bao gạo, mỗi bao nặng 45 kg. Cửa hàng đã bán 120 kg gạo. Hỏi cửa hàng còn lại bao nhiêu ki-lô-gam gạo?</w:t>
      </w:r>
    </w:p>
    <w:p>
      <w:pPr>
        <w:pStyle w:val="ListParagraph"/>
      </w:pPr>
      <w:r>
        <w:rPr>
          <w:sz w:val="22"/>
        </w:rPr>
        <w:t>A. 105</w:t>
      </w:r>
    </w:p>
    <w:p>
      <w:pPr>
        <w:pStyle w:val="ListParagraph"/>
      </w:pPr>
      <w:r>
        <w:rPr>
          <w:sz w:val="22"/>
        </w:rPr>
        <w:t>B. 225</w:t>
      </w:r>
    </w:p>
    <w:p>
      <w:pPr>
        <w:pStyle w:val="ListParagraph"/>
      </w:pPr>
      <w:r>
        <w:rPr>
          <w:sz w:val="22"/>
        </w:rPr>
        <w:t>C. 125</w:t>
      </w:r>
    </w:p>
    <w:p>
      <w:pPr>
        <w:pStyle w:val="ListParagraph"/>
      </w:pPr>
      <w:r>
        <w:rPr>
          <w:sz w:val="22"/>
        </w:rPr>
        <w:t>D. 95</w:t>
      </w:r>
    </w:p>
    <w:p/>
    <w:p>
      <w:r>
        <w:rPr>
          <w:b/>
          <w:sz w:val="24"/>
        </w:rPr>
        <w:t>Câu 10: Số gồm 5 chục nghìn, 3 nghìn, 2 trăm, 4 chục và 1 đơn vị được viết là:</w:t>
      </w:r>
    </w:p>
    <w:p>
      <w:pPr>
        <w:pStyle w:val="ListParagraph"/>
      </w:pPr>
      <w:r>
        <w:rPr>
          <w:sz w:val="22"/>
        </w:rPr>
        <w:t>A. 53 241</w:t>
      </w:r>
    </w:p>
    <w:p>
      <w:pPr>
        <w:pStyle w:val="ListParagraph"/>
      </w:pPr>
      <w:r>
        <w:rPr>
          <w:sz w:val="22"/>
        </w:rPr>
        <w:t>B. 53 214</w:t>
      </w:r>
    </w:p>
    <w:p>
      <w:pPr>
        <w:pStyle w:val="ListParagraph"/>
      </w:pPr>
      <w:r>
        <w:rPr>
          <w:sz w:val="22"/>
        </w:rPr>
        <w:t>C. 50 341</w:t>
      </w:r>
    </w:p>
    <w:p>
      <w:pPr>
        <w:pStyle w:val="ListParagraph"/>
      </w:pPr>
      <w:r>
        <w:rPr>
          <w:sz w:val="22"/>
        </w:rPr>
        <w:t>D. 53 421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