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Unit1 Từ mới bài 1+ 2</w:t>
      </w:r>
    </w:p>
    <w:p>
      <w:pPr>
        <w:jc w:val="center"/>
      </w:pPr>
      <w:r>
        <w:rPr>
          <w:sz w:val="22"/>
        </w:rPr>
        <w:t>Số câu: 29    Thời gian: _____ phút    Họ và tên: _________________________</w:t>
      </w:r>
    </w:p>
    <w:p/>
    <w:p>
      <w:r>
        <w:rPr>
          <w:b/>
          <w:sz w:val="24"/>
        </w:rPr>
        <w:t>Câu 1: Từ 'admire' có nghĩa là gì?</w:t>
      </w:r>
    </w:p>
    <w:p>
      <w:pPr>
        <w:pStyle w:val="ListParagraph"/>
      </w:pPr>
      <w:r>
        <w:rPr>
          <w:sz w:val="22"/>
        </w:rPr>
        <w:t>A. thú vị</w:t>
      </w:r>
    </w:p>
    <w:p>
      <w:pPr>
        <w:pStyle w:val="ListParagraph"/>
      </w:pPr>
      <w:r>
        <w:rPr>
          <w:sz w:val="22"/>
        </w:rPr>
        <w:t>B. ngưỡng mộ</w:t>
      </w:r>
    </w:p>
    <w:p>
      <w:pPr>
        <w:pStyle w:val="ListParagraph"/>
      </w:pPr>
      <w:r>
        <w:rPr>
          <w:sz w:val="22"/>
        </w:rPr>
        <w:t>C. nhật ký</w:t>
      </w:r>
    </w:p>
    <w:p>
      <w:pPr>
        <w:pStyle w:val="ListParagraph"/>
      </w:pPr>
      <w:r>
        <w:rPr>
          <w:sz w:val="22"/>
        </w:rPr>
        <w:t>D. hòa bình</w:t>
      </w:r>
    </w:p>
    <w:p/>
    <w:p>
      <w:r>
        <w:rPr>
          <w:b/>
          <w:sz w:val="24"/>
        </w:rPr>
        <w:t>Câu 2: Từ 'interesting' có nghĩa là gì?</w:t>
      </w:r>
    </w:p>
    <w:p>
      <w:pPr>
        <w:pStyle w:val="ListParagraph"/>
      </w:pPr>
      <w:r>
        <w:rPr>
          <w:sz w:val="22"/>
        </w:rPr>
        <w:t>A. thú vị</w:t>
      </w:r>
    </w:p>
    <w:p>
      <w:pPr>
        <w:pStyle w:val="ListParagraph"/>
      </w:pPr>
      <w:r>
        <w:rPr>
          <w:sz w:val="22"/>
        </w:rPr>
        <w:t>B. y học</w:t>
      </w:r>
    </w:p>
    <w:p>
      <w:pPr>
        <w:pStyle w:val="ListParagraph"/>
      </w:pPr>
      <w:r>
        <w:rPr>
          <w:sz w:val="22"/>
        </w:rPr>
        <w:t>C. nhiệm vụ</w:t>
      </w:r>
    </w:p>
    <w:p>
      <w:pPr>
        <w:pStyle w:val="ListParagraph"/>
      </w:pPr>
      <w:r>
        <w:rPr>
          <w:sz w:val="22"/>
        </w:rPr>
        <w:t>D. khu rừng</w:t>
      </w:r>
    </w:p>
    <w:p/>
    <w:p>
      <w:r>
        <w:rPr>
          <w:b/>
          <w:sz w:val="24"/>
        </w:rPr>
        <w:t>Câu 3: Từ 'diary' có nghĩa là gì?</w:t>
      </w:r>
    </w:p>
    <w:p>
      <w:pPr>
        <w:pStyle w:val="ListParagraph"/>
      </w:pPr>
      <w:r>
        <w:rPr>
          <w:sz w:val="22"/>
        </w:rPr>
        <w:t>A. hòa bình</w:t>
      </w:r>
    </w:p>
    <w:p>
      <w:pPr>
        <w:pStyle w:val="ListParagraph"/>
      </w:pPr>
      <w:r>
        <w:rPr>
          <w:sz w:val="22"/>
        </w:rPr>
        <w:t>B. phát minh</w:t>
      </w:r>
    </w:p>
    <w:p>
      <w:pPr>
        <w:pStyle w:val="ListParagraph"/>
      </w:pPr>
      <w:r>
        <w:rPr>
          <w:sz w:val="22"/>
        </w:rPr>
        <w:t>C. nhật ký</w:t>
      </w:r>
    </w:p>
    <w:p>
      <w:pPr>
        <w:pStyle w:val="ListParagraph"/>
      </w:pPr>
      <w:r>
        <w:rPr>
          <w:sz w:val="22"/>
        </w:rPr>
        <w:t>D. thế hệ</w:t>
      </w:r>
    </w:p>
    <w:p/>
    <w:p>
      <w:r>
        <w:rPr>
          <w:b/>
          <w:sz w:val="24"/>
        </w:rPr>
        <w:t>Câu 4: Từ 'peace' có nghĩa là gì?</w:t>
      </w:r>
    </w:p>
    <w:p>
      <w:pPr>
        <w:pStyle w:val="ListParagraph"/>
      </w:pPr>
      <w:r>
        <w:rPr>
          <w:sz w:val="22"/>
        </w:rPr>
        <w:t>A. tình nguyện</w:t>
      </w:r>
    </w:p>
    <w:p>
      <w:pPr>
        <w:pStyle w:val="ListParagraph"/>
      </w:pPr>
      <w:r>
        <w:rPr>
          <w:sz w:val="22"/>
        </w:rPr>
        <w:t>B. cuộc hôn nhân</w:t>
      </w:r>
    </w:p>
    <w:p>
      <w:pPr>
        <w:pStyle w:val="ListParagraph"/>
      </w:pPr>
      <w:r>
        <w:rPr>
          <w:sz w:val="22"/>
        </w:rPr>
        <w:t>C. bóng đèn</w:t>
      </w:r>
    </w:p>
    <w:p>
      <w:pPr>
        <w:pStyle w:val="ListParagraph"/>
      </w:pPr>
      <w:r>
        <w:rPr>
          <w:sz w:val="22"/>
        </w:rPr>
        <w:t>D. hòa bình</w:t>
      </w:r>
    </w:p>
    <w:p/>
    <w:p>
      <w:r>
        <w:rPr>
          <w:b/>
          <w:sz w:val="24"/>
        </w:rPr>
        <w:t>Câu 5: Từ 'medicine' có nghĩa là gì?</w:t>
      </w:r>
    </w:p>
    <w:p>
      <w:pPr>
        <w:pStyle w:val="ListParagraph"/>
      </w:pPr>
      <w:r>
        <w:rPr>
          <w:sz w:val="22"/>
        </w:rPr>
        <w:t>A. y học</w:t>
      </w:r>
    </w:p>
    <w:p>
      <w:pPr>
        <w:pStyle w:val="ListParagraph"/>
      </w:pPr>
      <w:r>
        <w:rPr>
          <w:sz w:val="22"/>
        </w:rPr>
        <w:t>B. bác sĩ phẫu thuật</w:t>
      </w:r>
    </w:p>
    <w:p>
      <w:pPr>
        <w:pStyle w:val="ListParagraph"/>
      </w:pPr>
      <w:r>
        <w:rPr>
          <w:sz w:val="22"/>
        </w:rPr>
        <w:t>C. quân địch</w:t>
      </w:r>
    </w:p>
    <w:p>
      <w:pPr>
        <w:pStyle w:val="ListParagraph"/>
      </w:pPr>
      <w:r>
        <w:rPr>
          <w:sz w:val="22"/>
        </w:rPr>
        <w:t>D. máy hát</w:t>
      </w:r>
    </w:p>
    <w:p/>
    <w:p>
      <w:r>
        <w:rPr>
          <w:b/>
          <w:sz w:val="24"/>
        </w:rPr>
        <w:t>Câu 6: Từ 'volunteer' có nghĩa là gì?</w:t>
      </w:r>
    </w:p>
    <w:p>
      <w:pPr>
        <w:pStyle w:val="ListParagraph"/>
      </w:pPr>
      <w:r>
        <w:rPr>
          <w:sz w:val="22"/>
        </w:rPr>
        <w:t>A. tham gia quân đội</w:t>
      </w:r>
    </w:p>
    <w:p>
      <w:pPr>
        <w:pStyle w:val="ListParagraph"/>
      </w:pPr>
      <w:r>
        <w:rPr>
          <w:sz w:val="22"/>
        </w:rPr>
        <w:t>B. bệnh viện dã chiến</w:t>
      </w:r>
    </w:p>
    <w:p>
      <w:pPr>
        <w:pStyle w:val="ListParagraph"/>
      </w:pPr>
      <w:r>
        <w:rPr>
          <w:sz w:val="22"/>
        </w:rPr>
        <w:t>C. tình nguyện</w:t>
      </w:r>
    </w:p>
    <w:p>
      <w:pPr>
        <w:pStyle w:val="ListParagraph"/>
      </w:pPr>
      <w:r>
        <w:rPr>
          <w:sz w:val="22"/>
        </w:rPr>
        <w:t>D. trải nghiệm</w:t>
      </w:r>
    </w:p>
    <w:p/>
    <w:p>
      <w:r>
        <w:rPr>
          <w:b/>
          <w:sz w:val="24"/>
        </w:rPr>
        <w:t>Câu 7: Cụm từ 'join the army' có nghĩa là gì?</w:t>
      </w:r>
    </w:p>
    <w:p>
      <w:pPr>
        <w:pStyle w:val="ListParagraph"/>
      </w:pPr>
      <w:r>
        <w:rPr>
          <w:sz w:val="22"/>
        </w:rPr>
        <w:t>A. tham gia quân đội</w:t>
      </w:r>
    </w:p>
    <w:p>
      <w:pPr>
        <w:pStyle w:val="ListParagraph"/>
      </w:pPr>
      <w:r>
        <w:rPr>
          <w:sz w:val="22"/>
        </w:rPr>
        <w:t>B. tham gia</w:t>
      </w:r>
    </w:p>
    <w:p>
      <w:pPr>
        <w:pStyle w:val="ListParagraph"/>
      </w:pPr>
      <w:r>
        <w:rPr>
          <w:sz w:val="22"/>
        </w:rPr>
        <w:t>C. kháng chiến chống lại</w:t>
      </w:r>
    </w:p>
    <w:p>
      <w:pPr>
        <w:pStyle w:val="ListParagraph"/>
      </w:pPr>
      <w:r>
        <w:rPr>
          <w:sz w:val="22"/>
        </w:rPr>
        <w:t>D. có tuổi thơ hạnh phúc</w:t>
      </w:r>
    </w:p>
    <w:p/>
    <w:p>
      <w:r>
        <w:rPr>
          <w:b/>
          <w:sz w:val="24"/>
        </w:rPr>
        <w:t>Câu 8: Từ 'surgeon' có nghĩa là gì?</w:t>
      </w:r>
    </w:p>
    <w:p>
      <w:pPr>
        <w:pStyle w:val="ListParagraph"/>
      </w:pPr>
      <w:r>
        <w:rPr>
          <w:sz w:val="22"/>
        </w:rPr>
        <w:t>A. y học</w:t>
      </w:r>
    </w:p>
    <w:p>
      <w:pPr>
        <w:pStyle w:val="ListParagraph"/>
      </w:pPr>
      <w:r>
        <w:rPr>
          <w:sz w:val="22"/>
        </w:rPr>
        <w:t>B. nhiệm vụ</w:t>
      </w:r>
    </w:p>
    <w:p>
      <w:pPr>
        <w:pStyle w:val="ListParagraph"/>
      </w:pPr>
      <w:r>
        <w:rPr>
          <w:sz w:val="22"/>
        </w:rPr>
        <w:t>C. kẻ thù</w:t>
      </w:r>
    </w:p>
    <w:p>
      <w:pPr>
        <w:pStyle w:val="ListParagraph"/>
      </w:pPr>
      <w:r>
        <w:rPr>
          <w:sz w:val="22"/>
        </w:rPr>
        <w:t>D. bác sĩ phẫu thuật</w:t>
      </w:r>
    </w:p>
    <w:p/>
    <w:p>
      <w:r>
        <w:rPr>
          <w:b/>
          <w:sz w:val="24"/>
        </w:rPr>
        <w:t>Câu 9: Cụm từ 'the resistance war against' có nghĩa là gì?</w:t>
      </w:r>
    </w:p>
    <w:p>
      <w:pPr>
        <w:pStyle w:val="ListParagraph"/>
      </w:pPr>
      <w:r>
        <w:rPr>
          <w:sz w:val="22"/>
        </w:rPr>
        <w:t>A. bệnh viện dã chiến</w:t>
      </w:r>
    </w:p>
    <w:p>
      <w:pPr>
        <w:pStyle w:val="ListParagraph"/>
      </w:pPr>
      <w:r>
        <w:rPr>
          <w:sz w:val="22"/>
        </w:rPr>
        <w:t>B. kháng chiến chống lại</w:t>
      </w:r>
    </w:p>
    <w:p>
      <w:pPr>
        <w:pStyle w:val="ListParagraph"/>
      </w:pPr>
      <w:r>
        <w:rPr>
          <w:sz w:val="22"/>
        </w:rPr>
        <w:t>C. ghi chép cá nhân</w:t>
      </w:r>
    </w:p>
    <w:p>
      <w:pPr>
        <w:pStyle w:val="ListParagraph"/>
      </w:pPr>
      <w:r>
        <w:rPr>
          <w:sz w:val="22"/>
        </w:rPr>
        <w:t>D. cuộc sống đơn giản</w:t>
      </w:r>
    </w:p>
    <w:p/>
    <w:p>
      <w:r>
        <w:rPr>
          <w:b/>
          <w:sz w:val="24"/>
        </w:rPr>
        <w:t>Câu 10: Cụm từ 'field hospital' có nghĩa là gì?</w:t>
      </w:r>
    </w:p>
    <w:p>
      <w:pPr>
        <w:pStyle w:val="ListParagraph"/>
      </w:pPr>
      <w:r>
        <w:rPr>
          <w:sz w:val="22"/>
        </w:rPr>
        <w:t>A. bác sĩ phẫu thuật</w:t>
      </w:r>
    </w:p>
    <w:p>
      <w:pPr>
        <w:pStyle w:val="ListParagraph"/>
      </w:pPr>
      <w:r>
        <w:rPr>
          <w:sz w:val="22"/>
        </w:rPr>
        <w:t>B. khu rừng</w:t>
      </w:r>
    </w:p>
    <w:p>
      <w:pPr>
        <w:pStyle w:val="ListParagraph"/>
      </w:pPr>
      <w:r>
        <w:rPr>
          <w:sz w:val="22"/>
        </w:rPr>
        <w:t>C. bệnh viện dã chiến</w:t>
      </w:r>
    </w:p>
    <w:p>
      <w:pPr>
        <w:pStyle w:val="ListParagraph"/>
      </w:pPr>
      <w:r>
        <w:rPr>
          <w:sz w:val="22"/>
        </w:rPr>
        <w:t>D. phát minh</w:t>
      </w:r>
    </w:p>
    <w:p/>
    <w:p>
      <w:r>
        <w:rPr>
          <w:b/>
          <w:sz w:val="24"/>
        </w:rPr>
        <w:t>Câu 11: Từ 'contain' có nghĩa là gì?</w:t>
      </w:r>
    </w:p>
    <w:p>
      <w:pPr>
        <w:pStyle w:val="ListParagraph"/>
      </w:pPr>
      <w:r>
        <w:rPr>
          <w:sz w:val="22"/>
        </w:rPr>
        <w:t>A. bao gồm</w:t>
      </w:r>
    </w:p>
    <w:p>
      <w:pPr>
        <w:pStyle w:val="ListParagraph"/>
      </w:pPr>
      <w:r>
        <w:rPr>
          <w:sz w:val="22"/>
        </w:rPr>
        <w:t>B. tham gia</w:t>
      </w:r>
    </w:p>
    <w:p>
      <w:pPr>
        <w:pStyle w:val="ListParagraph"/>
      </w:pPr>
      <w:r>
        <w:rPr>
          <w:sz w:val="22"/>
        </w:rPr>
        <w:t>C. ngưỡng mộ</w:t>
      </w:r>
    </w:p>
    <w:p>
      <w:pPr>
        <w:pStyle w:val="ListParagraph"/>
      </w:pPr>
      <w:r>
        <w:rPr>
          <w:sz w:val="22"/>
        </w:rPr>
        <w:t>D. trải nghiệm</w:t>
      </w:r>
    </w:p>
    <w:p/>
    <w:p>
      <w:r>
        <w:rPr>
          <w:b/>
          <w:sz w:val="24"/>
        </w:rPr>
        <w:t>Câu 12: Cụm từ 'personal account' có nghĩa là gì?</w:t>
      </w:r>
    </w:p>
    <w:p>
      <w:pPr>
        <w:pStyle w:val="ListParagraph"/>
      </w:pPr>
      <w:r>
        <w:rPr>
          <w:sz w:val="22"/>
        </w:rPr>
        <w:t>A. cuộc hôn nhân</w:t>
      </w:r>
    </w:p>
    <w:p>
      <w:pPr>
        <w:pStyle w:val="ListParagraph"/>
      </w:pPr>
      <w:r>
        <w:rPr>
          <w:sz w:val="22"/>
        </w:rPr>
        <w:t>B. thế hệ</w:t>
      </w:r>
    </w:p>
    <w:p>
      <w:pPr>
        <w:pStyle w:val="ListParagraph"/>
      </w:pPr>
      <w:r>
        <w:rPr>
          <w:sz w:val="22"/>
        </w:rPr>
        <w:t>C. máy hát</w:t>
      </w:r>
    </w:p>
    <w:p>
      <w:pPr>
        <w:pStyle w:val="ListParagraph"/>
      </w:pPr>
      <w:r>
        <w:rPr>
          <w:sz w:val="22"/>
        </w:rPr>
        <w:t>D. ghi chép cá nhân</w:t>
      </w:r>
    </w:p>
    <w:p/>
    <w:p>
      <w:r>
        <w:rPr>
          <w:b/>
          <w:sz w:val="24"/>
        </w:rPr>
        <w:t>Câu 13: Từ 'experience' có nghĩa là gì?</w:t>
      </w:r>
    </w:p>
    <w:p>
      <w:pPr>
        <w:pStyle w:val="ListParagraph"/>
      </w:pPr>
      <w:r>
        <w:rPr>
          <w:sz w:val="22"/>
        </w:rPr>
        <w:t>A. nhiệm vụ</w:t>
      </w:r>
    </w:p>
    <w:p>
      <w:pPr>
        <w:pStyle w:val="ListParagraph"/>
      </w:pPr>
      <w:r>
        <w:rPr>
          <w:sz w:val="22"/>
        </w:rPr>
        <w:t>B. trải nghiệm</w:t>
      </w:r>
    </w:p>
    <w:p>
      <w:pPr>
        <w:pStyle w:val="ListParagraph"/>
      </w:pPr>
      <w:r>
        <w:rPr>
          <w:sz w:val="22"/>
        </w:rPr>
        <w:t>C. quân địch</w:t>
      </w:r>
    </w:p>
    <w:p>
      <w:pPr>
        <w:pStyle w:val="ListParagraph"/>
      </w:pPr>
      <w:r>
        <w:rPr>
          <w:sz w:val="22"/>
        </w:rPr>
        <w:t>D. bóng đèn</w:t>
      </w:r>
    </w:p>
    <w:p/>
    <w:p>
      <w:r>
        <w:rPr>
          <w:b/>
          <w:sz w:val="24"/>
        </w:rPr>
        <w:t>Câu 14: Từ 'enemy' có nghĩa là gì?</w:t>
      </w:r>
    </w:p>
    <w:p>
      <w:pPr>
        <w:pStyle w:val="ListParagraph"/>
      </w:pPr>
      <w:r>
        <w:rPr>
          <w:sz w:val="22"/>
        </w:rPr>
        <w:t>A. khu rừng</w:t>
      </w:r>
    </w:p>
    <w:p>
      <w:pPr>
        <w:pStyle w:val="ListParagraph"/>
      </w:pPr>
      <w:r>
        <w:rPr>
          <w:sz w:val="22"/>
        </w:rPr>
        <w:t>B. nhiệm vụ</w:t>
      </w:r>
    </w:p>
    <w:p>
      <w:pPr>
        <w:pStyle w:val="ListParagraph"/>
      </w:pPr>
      <w:r>
        <w:rPr>
          <w:sz w:val="22"/>
        </w:rPr>
        <w:t>C. quân địch, kẻ thù</w:t>
      </w:r>
    </w:p>
    <w:p>
      <w:pPr>
        <w:pStyle w:val="ListParagraph"/>
      </w:pPr>
      <w:r>
        <w:rPr>
          <w:sz w:val="22"/>
        </w:rPr>
        <w:t>D. hòa bình</w:t>
      </w:r>
    </w:p>
    <w:p/>
    <w:p>
      <w:r>
        <w:rPr>
          <w:b/>
          <w:sz w:val="24"/>
        </w:rPr>
        <w:t>Câu 15: Từ 'duty' có nghĩa là gì?</w:t>
      </w:r>
    </w:p>
    <w:p>
      <w:pPr>
        <w:pStyle w:val="ListParagraph"/>
      </w:pPr>
      <w:r>
        <w:rPr>
          <w:sz w:val="22"/>
        </w:rPr>
        <w:t>A. nhiệm vụ</w:t>
      </w:r>
    </w:p>
    <w:p>
      <w:pPr>
        <w:pStyle w:val="ListParagraph"/>
      </w:pPr>
      <w:r>
        <w:rPr>
          <w:sz w:val="22"/>
        </w:rPr>
        <w:t>B. trải nghiệm</w:t>
      </w:r>
    </w:p>
    <w:p>
      <w:pPr>
        <w:pStyle w:val="ListParagraph"/>
      </w:pPr>
      <w:r>
        <w:rPr>
          <w:sz w:val="22"/>
        </w:rPr>
        <w:t>C. phát minh</w:t>
      </w:r>
    </w:p>
    <w:p>
      <w:pPr>
        <w:pStyle w:val="ListParagraph"/>
      </w:pPr>
      <w:r>
        <w:rPr>
          <w:sz w:val="22"/>
        </w:rPr>
        <w:t>D. cuộc sống đơn giản</w:t>
      </w:r>
    </w:p>
    <w:p/>
    <w:p>
      <w:r>
        <w:rPr>
          <w:b/>
          <w:sz w:val="24"/>
        </w:rPr>
        <w:t>Câu 16: Từ 'jungle' có nghĩa là gì?</w:t>
      </w:r>
    </w:p>
    <w:p>
      <w:pPr>
        <w:pStyle w:val="ListParagraph"/>
      </w:pPr>
      <w:r>
        <w:rPr>
          <w:sz w:val="22"/>
        </w:rPr>
        <w:t>A. bệnh viện dã chiến</w:t>
      </w:r>
    </w:p>
    <w:p>
      <w:pPr>
        <w:pStyle w:val="ListParagraph"/>
      </w:pPr>
      <w:r>
        <w:rPr>
          <w:sz w:val="22"/>
        </w:rPr>
        <w:t>B. thế hệ</w:t>
      </w:r>
    </w:p>
    <w:p>
      <w:pPr>
        <w:pStyle w:val="ListParagraph"/>
      </w:pPr>
      <w:r>
        <w:rPr>
          <w:sz w:val="22"/>
        </w:rPr>
        <w:t>C. máy hát</w:t>
      </w:r>
    </w:p>
    <w:p>
      <w:pPr>
        <w:pStyle w:val="ListParagraph"/>
      </w:pPr>
      <w:r>
        <w:rPr>
          <w:sz w:val="22"/>
        </w:rPr>
        <w:t>D. khu rừng</w:t>
      </w:r>
    </w:p>
    <w:p/>
    <w:p>
      <w:r>
        <w:rPr>
          <w:b/>
          <w:sz w:val="24"/>
        </w:rPr>
        <w:t>Câu 17: Cụm từ 'have a happy childhood' có nghĩa là gì?</w:t>
      </w:r>
    </w:p>
    <w:p>
      <w:pPr>
        <w:pStyle w:val="ListParagraph"/>
      </w:pPr>
      <w:r>
        <w:rPr>
          <w:sz w:val="22"/>
        </w:rPr>
        <w:t>A. có tuổi thơ khó khăn</w:t>
      </w:r>
    </w:p>
    <w:p>
      <w:pPr>
        <w:pStyle w:val="ListParagraph"/>
      </w:pPr>
      <w:r>
        <w:rPr>
          <w:sz w:val="22"/>
        </w:rPr>
        <w:t>B. có tuổi thơ hạnh phúc</w:t>
      </w:r>
    </w:p>
    <w:p>
      <w:pPr>
        <w:pStyle w:val="ListParagraph"/>
      </w:pPr>
      <w:r>
        <w:rPr>
          <w:sz w:val="22"/>
        </w:rPr>
        <w:t>C. tham gia quân đội</w:t>
      </w:r>
    </w:p>
    <w:p>
      <w:pPr>
        <w:pStyle w:val="ListParagraph"/>
      </w:pPr>
      <w:r>
        <w:rPr>
          <w:sz w:val="22"/>
        </w:rPr>
        <w:t>D. ngưỡng mộ</w:t>
      </w:r>
    </w:p>
    <w:p/>
    <w:p>
      <w:r>
        <w:rPr>
          <w:b/>
          <w:sz w:val="24"/>
        </w:rPr>
        <w:t>Câu 18: Cụm từ 'have a difficult childhood' có nghĩa là gì?</w:t>
      </w:r>
    </w:p>
    <w:p>
      <w:pPr>
        <w:pStyle w:val="ListParagraph"/>
      </w:pPr>
      <w:r>
        <w:rPr>
          <w:sz w:val="22"/>
        </w:rPr>
        <w:t>A. có tuổi thơ hạnh phúc</w:t>
      </w:r>
    </w:p>
    <w:p>
      <w:pPr>
        <w:pStyle w:val="ListParagraph"/>
      </w:pPr>
      <w:r>
        <w:rPr>
          <w:sz w:val="22"/>
        </w:rPr>
        <w:t>B. cuộc sống đơn giản</w:t>
      </w:r>
    </w:p>
    <w:p>
      <w:pPr>
        <w:pStyle w:val="ListParagraph"/>
      </w:pPr>
      <w:r>
        <w:rPr>
          <w:sz w:val="22"/>
        </w:rPr>
        <w:t>C. có tuổi thơ khó khăn</w:t>
      </w:r>
    </w:p>
    <w:p>
      <w:pPr>
        <w:pStyle w:val="ListParagraph"/>
      </w:pPr>
      <w:r>
        <w:rPr>
          <w:sz w:val="22"/>
        </w:rPr>
        <w:t>D. thành công</w:t>
      </w:r>
    </w:p>
    <w:p/>
    <w:p>
      <w:r>
        <w:rPr>
          <w:b/>
          <w:sz w:val="24"/>
        </w:rPr>
        <w:t>Câu 19: Từ 'impressive' có nghĩa là gì?</w:t>
      </w:r>
    </w:p>
    <w:p>
      <w:pPr>
        <w:pStyle w:val="ListParagraph"/>
      </w:pPr>
      <w:r>
        <w:rPr>
          <w:sz w:val="22"/>
        </w:rPr>
        <w:t>A. đáng ngạc nhiên</w:t>
      </w:r>
    </w:p>
    <w:p>
      <w:pPr>
        <w:pStyle w:val="ListParagraph"/>
      </w:pPr>
      <w:r>
        <w:rPr>
          <w:sz w:val="22"/>
        </w:rPr>
        <w:t>B. thành công</w:t>
      </w:r>
    </w:p>
    <w:p>
      <w:pPr>
        <w:pStyle w:val="ListParagraph"/>
      </w:pPr>
      <w:r>
        <w:rPr>
          <w:sz w:val="22"/>
        </w:rPr>
        <w:t>C. đơn giản</w:t>
      </w:r>
    </w:p>
    <w:p>
      <w:pPr>
        <w:pStyle w:val="ListParagraph"/>
      </w:pPr>
      <w:r>
        <w:rPr>
          <w:sz w:val="22"/>
        </w:rPr>
        <w:t>D. ấn tượng</w:t>
      </w:r>
    </w:p>
    <w:p/>
    <w:p>
      <w:r>
        <w:rPr>
          <w:b/>
          <w:sz w:val="24"/>
        </w:rPr>
        <w:t>Câu 20: Từ 'respect' có nghĩa là gì?</w:t>
      </w:r>
    </w:p>
    <w:p>
      <w:pPr>
        <w:pStyle w:val="ListParagraph"/>
      </w:pPr>
      <w:r>
        <w:rPr>
          <w:sz w:val="22"/>
        </w:rPr>
        <w:t>A. ấn tượng</w:t>
      </w:r>
    </w:p>
    <w:p>
      <w:pPr>
        <w:pStyle w:val="ListParagraph"/>
      </w:pPr>
      <w:r>
        <w:rPr>
          <w:sz w:val="22"/>
        </w:rPr>
        <w:t>B. ngưỡng mộ, tôn trọng</w:t>
      </w:r>
    </w:p>
    <w:p>
      <w:pPr>
        <w:pStyle w:val="ListParagraph"/>
      </w:pPr>
      <w:r>
        <w:rPr>
          <w:sz w:val="22"/>
        </w:rPr>
        <w:t>C. thú vị</w:t>
      </w:r>
    </w:p>
    <w:p>
      <w:pPr>
        <w:pStyle w:val="ListParagraph"/>
      </w:pPr>
      <w:r>
        <w:rPr>
          <w:sz w:val="22"/>
        </w:rPr>
        <w:t>D. hòa bình</w:t>
      </w:r>
    </w:p>
    <w:p/>
    <w:p>
      <w:r>
        <w:rPr>
          <w:b/>
          <w:sz w:val="24"/>
        </w:rPr>
        <w:t>Câu 21: Từ 'amazing' có nghĩa là gì?</w:t>
      </w:r>
    </w:p>
    <w:p>
      <w:pPr>
        <w:pStyle w:val="ListParagraph"/>
      </w:pPr>
      <w:r>
        <w:rPr>
          <w:sz w:val="22"/>
        </w:rPr>
        <w:t>A. đáng ngạc nhiên</w:t>
      </w:r>
    </w:p>
    <w:p>
      <w:pPr>
        <w:pStyle w:val="ListParagraph"/>
      </w:pPr>
      <w:r>
        <w:rPr>
          <w:sz w:val="22"/>
        </w:rPr>
        <w:t>B. ấn tượng</w:t>
      </w:r>
    </w:p>
    <w:p>
      <w:pPr>
        <w:pStyle w:val="ListParagraph"/>
      </w:pPr>
      <w:r>
        <w:rPr>
          <w:sz w:val="22"/>
        </w:rPr>
        <w:t>C. thành công</w:t>
      </w:r>
    </w:p>
    <w:p>
      <w:pPr>
        <w:pStyle w:val="ListParagraph"/>
      </w:pPr>
      <w:r>
        <w:rPr>
          <w:sz w:val="22"/>
        </w:rPr>
        <w:t>D. đơn giản</w:t>
      </w:r>
    </w:p>
    <w:p/>
    <w:p>
      <w:r>
        <w:rPr>
          <w:b/>
          <w:sz w:val="24"/>
        </w:rPr>
        <w:t>Câu 22: Từ 'marriage' có nghĩa là gì?</w:t>
      </w:r>
    </w:p>
    <w:p>
      <w:pPr>
        <w:pStyle w:val="ListParagraph"/>
      </w:pPr>
      <w:r>
        <w:rPr>
          <w:sz w:val="22"/>
        </w:rPr>
        <w:t>A. thế hệ</w:t>
      </w:r>
    </w:p>
    <w:p>
      <w:pPr>
        <w:pStyle w:val="ListParagraph"/>
      </w:pPr>
      <w:r>
        <w:rPr>
          <w:sz w:val="22"/>
        </w:rPr>
        <w:t>B. phát minh</w:t>
      </w:r>
    </w:p>
    <w:p>
      <w:pPr>
        <w:pStyle w:val="ListParagraph"/>
      </w:pPr>
      <w:r>
        <w:rPr>
          <w:sz w:val="22"/>
        </w:rPr>
        <w:t>C. cuộc hôn nhân</w:t>
      </w:r>
    </w:p>
    <w:p>
      <w:pPr>
        <w:pStyle w:val="ListParagraph"/>
      </w:pPr>
      <w:r>
        <w:rPr>
          <w:sz w:val="22"/>
        </w:rPr>
        <w:t>D. máy hát</w:t>
      </w:r>
    </w:p>
    <w:p/>
    <w:p>
      <w:r>
        <w:rPr>
          <w:b/>
          <w:sz w:val="24"/>
        </w:rPr>
        <w:t>Câu 23: Từ 'generation' có nghĩa là gì?</w:t>
      </w:r>
    </w:p>
    <w:p>
      <w:pPr>
        <w:pStyle w:val="ListParagraph"/>
      </w:pPr>
      <w:r>
        <w:rPr>
          <w:sz w:val="22"/>
        </w:rPr>
        <w:t>A. cuộc hôn nhân</w:t>
      </w:r>
    </w:p>
    <w:p>
      <w:pPr>
        <w:pStyle w:val="ListParagraph"/>
      </w:pPr>
      <w:r>
        <w:rPr>
          <w:sz w:val="22"/>
        </w:rPr>
        <w:t>B. phát minh</w:t>
      </w:r>
    </w:p>
    <w:p>
      <w:pPr>
        <w:pStyle w:val="ListParagraph"/>
      </w:pPr>
      <w:r>
        <w:rPr>
          <w:sz w:val="22"/>
        </w:rPr>
        <w:t>C. bóng đèn</w:t>
      </w:r>
    </w:p>
    <w:p>
      <w:pPr>
        <w:pStyle w:val="ListParagraph"/>
      </w:pPr>
      <w:r>
        <w:rPr>
          <w:sz w:val="22"/>
        </w:rPr>
        <w:t>D. thế hệ</w:t>
      </w:r>
    </w:p>
    <w:p/>
    <w:p>
      <w:r>
        <w:rPr>
          <w:b/>
          <w:sz w:val="24"/>
        </w:rPr>
        <w:t>Câu 24: Từ 'phonograph' có nghĩa là gì?</w:t>
      </w:r>
    </w:p>
    <w:p>
      <w:pPr>
        <w:pStyle w:val="ListParagraph"/>
      </w:pPr>
      <w:r>
        <w:rPr>
          <w:sz w:val="22"/>
        </w:rPr>
        <w:t>A. bóng đèn</w:t>
      </w:r>
    </w:p>
    <w:p>
      <w:pPr>
        <w:pStyle w:val="ListParagraph"/>
      </w:pPr>
      <w:r>
        <w:rPr>
          <w:sz w:val="22"/>
        </w:rPr>
        <w:t>B. máy hát</w:t>
      </w:r>
    </w:p>
    <w:p>
      <w:pPr>
        <w:pStyle w:val="ListParagraph"/>
      </w:pPr>
      <w:r>
        <w:rPr>
          <w:sz w:val="22"/>
        </w:rPr>
        <w:t>C. phát minh</w:t>
      </w:r>
    </w:p>
    <w:p>
      <w:pPr>
        <w:pStyle w:val="ListParagraph"/>
      </w:pPr>
      <w:r>
        <w:rPr>
          <w:sz w:val="22"/>
        </w:rPr>
        <w:t>D. cuộc sống đơn giản</w:t>
      </w:r>
    </w:p>
    <w:p/>
    <w:p>
      <w:r>
        <w:rPr>
          <w:b/>
          <w:sz w:val="24"/>
        </w:rPr>
        <w:t>Câu 25: Từ 'invention' có nghĩa là gì?</w:t>
      </w:r>
    </w:p>
    <w:p>
      <w:pPr>
        <w:pStyle w:val="ListParagraph"/>
      </w:pPr>
      <w:r>
        <w:rPr>
          <w:sz w:val="22"/>
        </w:rPr>
        <w:t>A. phát minh</w:t>
      </w:r>
    </w:p>
    <w:p>
      <w:pPr>
        <w:pStyle w:val="ListParagraph"/>
      </w:pPr>
      <w:r>
        <w:rPr>
          <w:sz w:val="22"/>
        </w:rPr>
        <w:t>B. máy hát</w:t>
      </w:r>
    </w:p>
    <w:p>
      <w:pPr>
        <w:pStyle w:val="ListParagraph"/>
      </w:pPr>
      <w:r>
        <w:rPr>
          <w:sz w:val="22"/>
        </w:rPr>
        <w:t>C. bóng đèn</w:t>
      </w:r>
    </w:p>
    <w:p>
      <w:pPr>
        <w:pStyle w:val="ListParagraph"/>
      </w:pPr>
      <w:r>
        <w:rPr>
          <w:sz w:val="22"/>
        </w:rPr>
        <w:t>D. thành công</w:t>
      </w:r>
    </w:p>
    <w:p/>
    <w:p>
      <w:r>
        <w:rPr>
          <w:b/>
          <w:sz w:val="24"/>
        </w:rPr>
        <w:t>Câu 26: Cụm từ 'simple life' có nghĩa là gì?</w:t>
      </w:r>
    </w:p>
    <w:p>
      <w:pPr>
        <w:pStyle w:val="ListParagraph"/>
      </w:pPr>
      <w:r>
        <w:rPr>
          <w:sz w:val="22"/>
        </w:rPr>
        <w:t>A. tuổi thơ hạnh phúc</w:t>
      </w:r>
    </w:p>
    <w:p>
      <w:pPr>
        <w:pStyle w:val="ListParagraph"/>
      </w:pPr>
      <w:r>
        <w:rPr>
          <w:sz w:val="22"/>
        </w:rPr>
        <w:t>B. cuộc hôn nhân</w:t>
      </w:r>
    </w:p>
    <w:p>
      <w:pPr>
        <w:pStyle w:val="ListParagraph"/>
      </w:pPr>
      <w:r>
        <w:rPr>
          <w:sz w:val="22"/>
        </w:rPr>
        <w:t>C. nhiệm vụ</w:t>
      </w:r>
    </w:p>
    <w:p>
      <w:pPr>
        <w:pStyle w:val="ListParagraph"/>
      </w:pPr>
      <w:r>
        <w:rPr>
          <w:sz w:val="22"/>
        </w:rPr>
        <w:t>D. cuộc sống đơn giản</w:t>
      </w:r>
    </w:p>
    <w:p/>
    <w:p>
      <w:r>
        <w:rPr>
          <w:b/>
          <w:sz w:val="24"/>
        </w:rPr>
        <w:t>Câu 27: Cụm từ 'the light bulb' có nghĩa là gì?</w:t>
      </w:r>
    </w:p>
    <w:p>
      <w:pPr>
        <w:pStyle w:val="ListParagraph"/>
      </w:pPr>
      <w:r>
        <w:rPr>
          <w:sz w:val="22"/>
        </w:rPr>
        <w:t>A. bóng đèn</w:t>
      </w:r>
    </w:p>
    <w:p>
      <w:pPr>
        <w:pStyle w:val="ListParagraph"/>
      </w:pPr>
      <w:r>
        <w:rPr>
          <w:sz w:val="22"/>
        </w:rPr>
        <w:t>B. máy hát</w:t>
      </w:r>
    </w:p>
    <w:p>
      <w:pPr>
        <w:pStyle w:val="ListParagraph"/>
      </w:pPr>
      <w:r>
        <w:rPr>
          <w:sz w:val="22"/>
        </w:rPr>
        <w:t>C. phát minh</w:t>
      </w:r>
    </w:p>
    <w:p>
      <w:pPr>
        <w:pStyle w:val="ListParagraph"/>
      </w:pPr>
      <w:r>
        <w:rPr>
          <w:sz w:val="22"/>
        </w:rPr>
        <w:t>D. y học</w:t>
      </w:r>
    </w:p>
    <w:p/>
    <w:p>
      <w:r>
        <w:rPr>
          <w:b/>
          <w:sz w:val="24"/>
        </w:rPr>
        <w:t>Câu 28: Cụm từ 'at the age of' có nghĩa là gì?</w:t>
      </w:r>
    </w:p>
    <w:p>
      <w:pPr>
        <w:pStyle w:val="ListParagraph"/>
      </w:pPr>
      <w:r>
        <w:rPr>
          <w:sz w:val="22"/>
        </w:rPr>
        <w:t>A. thành công</w:t>
      </w:r>
    </w:p>
    <w:p>
      <w:pPr>
        <w:pStyle w:val="ListParagraph"/>
      </w:pPr>
      <w:r>
        <w:rPr>
          <w:sz w:val="22"/>
        </w:rPr>
        <w:t>B. có tuổi thơ khó khăn</w:t>
      </w:r>
    </w:p>
    <w:p>
      <w:pPr>
        <w:pStyle w:val="ListParagraph"/>
      </w:pPr>
      <w:r>
        <w:rPr>
          <w:sz w:val="22"/>
        </w:rPr>
        <w:t>C. vào tuổi...</w:t>
      </w:r>
    </w:p>
    <w:p>
      <w:pPr>
        <w:pStyle w:val="ListParagraph"/>
      </w:pPr>
      <w:r>
        <w:rPr>
          <w:sz w:val="22"/>
        </w:rPr>
        <w:t>D. tham gia</w:t>
      </w:r>
    </w:p>
    <w:p/>
    <w:p>
      <w:r>
        <w:rPr>
          <w:b/>
          <w:sz w:val="24"/>
        </w:rPr>
        <w:t>Câu 29: Từ 'successful' có nghĩa là gì?</w:t>
      </w:r>
    </w:p>
    <w:p>
      <w:pPr>
        <w:pStyle w:val="ListParagraph"/>
      </w:pPr>
      <w:r>
        <w:rPr>
          <w:sz w:val="22"/>
        </w:rPr>
        <w:t>A. thành công</w:t>
      </w:r>
    </w:p>
    <w:p>
      <w:pPr>
        <w:pStyle w:val="ListParagraph"/>
      </w:pPr>
      <w:r>
        <w:rPr>
          <w:sz w:val="22"/>
        </w:rPr>
        <w:t>B. ấn tượng</w:t>
      </w:r>
    </w:p>
    <w:p>
      <w:pPr>
        <w:pStyle w:val="ListParagraph"/>
      </w:pPr>
      <w:r>
        <w:rPr>
          <w:sz w:val="22"/>
        </w:rPr>
        <w:t>C. thú vị</w:t>
      </w:r>
    </w:p>
    <w:p>
      <w:pPr>
        <w:pStyle w:val="ListParagraph"/>
      </w:pPr>
      <w:r>
        <w:rPr>
          <w:sz w:val="22"/>
        </w:rPr>
        <w:t>D. hòa bình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