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hóa sinh</w:t>
      </w:r>
    </w:p>
    <w:p>
      <w:pPr>
        <w:jc w:val="center"/>
      </w:pPr>
      <w:r>
        <w:rPr>
          <w:sz w:val="22"/>
        </w:rPr>
        <w:t>Số câu: 300    Thời gian: _____ phút    Họ và tên: _________________________</w:t>
      </w:r>
    </w:p>
    <w:p/>
    <w:p>
      <w:r>
        <w:rPr>
          <w:b/>
          <w:sz w:val="24"/>
        </w:rPr>
        <w:t>Câu 1: Acid amin là hợp chất hữu cơ trong phân tử có:</w:t>
      </w:r>
    </w:p>
    <w:p>
      <w:pPr>
        <w:pStyle w:val="ListParagraph"/>
      </w:pPr>
      <w:r>
        <w:rPr>
          <w:sz w:val="22"/>
        </w:rPr>
        <w:t>A. Nhóm -NH&lt;sub&gt;2&lt;/sub&gt;, nhóm -COOH</w:t>
      </w:r>
    </w:p>
    <w:p>
      <w:pPr>
        <w:pStyle w:val="ListParagraph"/>
      </w:pPr>
      <w:r>
        <w:rPr>
          <w:sz w:val="22"/>
        </w:rPr>
        <w:t>B. Một nhóm -NH&lt;sub&gt;2&lt;/sub&gt;, một nhóm –COOH</w:t>
      </w:r>
    </w:p>
    <w:p>
      <w:pPr>
        <w:pStyle w:val="ListParagraph"/>
      </w:pPr>
      <w:r>
        <w:rPr>
          <w:sz w:val="22"/>
        </w:rPr>
        <w:t>C. Nhóm =NH, nhóm –COOH</w:t>
      </w:r>
    </w:p>
    <w:p>
      <w:pPr>
        <w:pStyle w:val="ListParagraph"/>
      </w:pPr>
      <w:r>
        <w:rPr>
          <w:sz w:val="22"/>
        </w:rPr>
        <w:t>D. Nhóm -NH&lt;sub&gt;2&lt;/sub&gt;, nhóm -CHO</w:t>
      </w:r>
    </w:p>
    <w:p/>
    <w:p>
      <w:r>
        <w:rPr>
          <w:b/>
          <w:sz w:val="24"/>
        </w:rPr>
        <w:t>Câu 2: Acid amin trung tính là những acid amin có:</w:t>
      </w:r>
    </w:p>
    <w:p>
      <w:pPr>
        <w:pStyle w:val="ListParagraph"/>
      </w:pPr>
      <w:r>
        <w:rPr>
          <w:sz w:val="22"/>
        </w:rPr>
        <w:t>A. Số nhóm -NH&lt;sub&gt;2&lt;/sub&gt; nhiều hơn số nhóm -COOH</w:t>
      </w:r>
    </w:p>
    <w:p>
      <w:pPr>
        <w:pStyle w:val="ListParagraph"/>
      </w:pPr>
      <w:r>
        <w:rPr>
          <w:sz w:val="22"/>
        </w:rPr>
        <w:t>B. Số nhóm -NH&lt;sub&gt;2&lt;/sub&gt; bằng số nhóm -COOH</w:t>
      </w:r>
    </w:p>
    <w:p>
      <w:pPr>
        <w:pStyle w:val="ListParagraph"/>
      </w:pPr>
      <w:r>
        <w:rPr>
          <w:sz w:val="22"/>
        </w:rPr>
        <w:t>C. Số nhóm -NH&lt;sub&gt;2&lt;/sub&gt; ít hơn số nhóm -COOH</w:t>
      </w:r>
    </w:p>
    <w:p>
      <w:pPr>
        <w:pStyle w:val="ListParagraph"/>
      </w:pPr>
      <w:r>
        <w:rPr>
          <w:sz w:val="22"/>
        </w:rPr>
        <w:t>D. R là gốc hydrocarbon</w:t>
      </w:r>
    </w:p>
    <w:p/>
    <w:p>
      <w:r>
        <w:rPr>
          <w:b/>
          <w:sz w:val="24"/>
        </w:rPr>
        <w:t>Câu 3: Acid amin acid là những acid amin:</w:t>
      </w:r>
    </w:p>
    <w:p>
      <w:pPr>
        <w:pStyle w:val="ListParagraph"/>
      </w:pPr>
      <w:r>
        <w:rPr>
          <w:sz w:val="22"/>
        </w:rPr>
        <w:t>A. Gốc R có một nhóm -NH&lt;sub&gt;2&lt;/sub&gt;</w:t>
      </w:r>
    </w:p>
    <w:p>
      <w:pPr>
        <w:pStyle w:val="ListParagraph"/>
      </w:pPr>
      <w:r>
        <w:rPr>
          <w:sz w:val="22"/>
        </w:rPr>
        <w:t>B. Gốc R có một nhóm -OH</w:t>
      </w:r>
    </w:p>
    <w:p>
      <w:pPr>
        <w:pStyle w:val="ListParagraph"/>
      </w:pPr>
      <w:r>
        <w:rPr>
          <w:sz w:val="22"/>
        </w:rPr>
        <w:t>C. Số nhóm -COOH nhiều hơn số nhóm -NH&lt;sub&gt;2&lt;/sub&gt;</w:t>
      </w:r>
    </w:p>
    <w:p>
      <w:pPr>
        <w:pStyle w:val="ListParagraph"/>
      </w:pPr>
      <w:r>
        <w:rPr>
          <w:sz w:val="22"/>
        </w:rPr>
        <w:t>D. Số nhóm -NH&lt;sub&gt;2&lt;/sub&gt; nhiều hơn số nhóm -COOH</w:t>
      </w:r>
    </w:p>
    <w:p/>
    <w:p>
      <w:r>
        <w:rPr>
          <w:b/>
          <w:sz w:val="24"/>
        </w:rPr>
        <w:t>Câu 4: Acid amin base là những acid amin:</w:t>
      </w:r>
    </w:p>
    <w:p>
      <w:pPr>
        <w:pStyle w:val="ListParagraph"/>
      </w:pPr>
      <w:r>
        <w:rPr>
          <w:sz w:val="22"/>
        </w:rPr>
        <w:t>A. Số nhóm -NH&lt;sub&gt;2&lt;/sub&gt; nhiều hơn số nhóm -COOH</w:t>
      </w:r>
    </w:p>
    <w:p>
      <w:pPr>
        <w:pStyle w:val="ListParagraph"/>
      </w:pPr>
      <w:r>
        <w:rPr>
          <w:sz w:val="22"/>
        </w:rPr>
        <w:t>B. Số nhóm -NH&lt;sub&gt;2&lt;/sub&gt; ít hơn số nhóm -COOH</w:t>
      </w:r>
    </w:p>
    <w:p>
      <w:pPr>
        <w:pStyle w:val="ListParagraph"/>
      </w:pPr>
      <w:r>
        <w:rPr>
          <w:sz w:val="22"/>
        </w:rPr>
        <w:t>C. Chỉ có nhóm -NH&lt;sub&gt;2&lt;/sub&gt;, không có nhóm -COOH</w:t>
      </w:r>
    </w:p>
    <w:p>
      <w:pPr>
        <w:pStyle w:val="ListParagraph"/>
      </w:pPr>
      <w:r>
        <w:rPr>
          <w:sz w:val="22"/>
        </w:rPr>
        <w:t>D. Tác dụng được với các acid, không tác dụng với base</w:t>
      </w:r>
    </w:p>
    <w:p/>
    <w:p>
      <w:r>
        <w:rPr>
          <w:b/>
          <w:sz w:val="24"/>
        </w:rPr>
        <w:t>Câu 5: Công thức sau là của amino acid nào 🖼️ [IMAGE: /static/uploads/docx_img_1791215302_c3d3dd9c.png]</w:t>
      </w:r>
    </w:p>
    <w:p>
      <w:pPr>
        <w:pStyle w:val="ListParagraph"/>
      </w:pPr>
      <w:r>
        <w:rPr>
          <w:sz w:val="22"/>
        </w:rPr>
        <w:t>A. Serin</w:t>
      </w:r>
    </w:p>
    <w:p>
      <w:pPr>
        <w:pStyle w:val="ListParagraph"/>
      </w:pPr>
      <w:r>
        <w:rPr>
          <w:sz w:val="22"/>
        </w:rPr>
        <w:t>B. Threonin</w:t>
      </w:r>
    </w:p>
    <w:p>
      <w:pPr>
        <w:pStyle w:val="ListParagraph"/>
      </w:pPr>
      <w:r>
        <w:rPr>
          <w:sz w:val="22"/>
        </w:rPr>
        <w:t>C. Tyrosin</w:t>
      </w:r>
    </w:p>
    <w:p>
      <w:pPr>
        <w:pStyle w:val="ListParagraph"/>
      </w:pPr>
      <w:r>
        <w:rPr>
          <w:sz w:val="22"/>
        </w:rPr>
        <w:t>D. Phenylalanin</w:t>
      </w:r>
    </w:p>
    <w:p/>
    <w:p>
      <w:r>
        <w:rPr>
          <w:b/>
          <w:sz w:val="24"/>
        </w:rPr>
        <w:t>Câu 6: Công thức sau là của amino acid nào 🖼️ [IMAGE: /static/uploads/docx_img_1791215302_28fbff49.png]</w:t>
      </w:r>
    </w:p>
    <w:p>
      <w:pPr>
        <w:pStyle w:val="ListParagraph"/>
      </w:pPr>
      <w:r>
        <w:rPr>
          <w:sz w:val="22"/>
        </w:rPr>
        <w:t>A. Tryptophan</w:t>
      </w:r>
    </w:p>
    <w:p>
      <w:pPr>
        <w:pStyle w:val="ListParagraph"/>
      </w:pPr>
      <w:r>
        <w:rPr>
          <w:sz w:val="22"/>
        </w:rPr>
        <w:t>B. Histamin</w:t>
      </w:r>
    </w:p>
    <w:p>
      <w:pPr>
        <w:pStyle w:val="ListParagraph"/>
      </w:pPr>
      <w:r>
        <w:rPr>
          <w:sz w:val="22"/>
        </w:rPr>
        <w:t>C. Phenylalanin</w:t>
      </w:r>
    </w:p>
    <w:p>
      <w:pPr>
        <w:pStyle w:val="ListParagraph"/>
      </w:pPr>
      <w:r>
        <w:rPr>
          <w:sz w:val="22"/>
        </w:rPr>
        <w:t>D. Histidin</w:t>
      </w:r>
    </w:p>
    <w:p/>
    <w:p>
      <w:r>
        <w:rPr>
          <w:b/>
          <w:sz w:val="24"/>
        </w:rPr>
        <w:t>Câu 7: Công thức sau là của amino acid nào 🖼️ [IMAGE: /static/uploads/docx_img_1791215302_2a7f8928.png]</w:t>
      </w:r>
    </w:p>
    <w:p>
      <w:pPr>
        <w:pStyle w:val="ListParagraph"/>
      </w:pPr>
      <w:r>
        <w:rPr>
          <w:sz w:val="22"/>
        </w:rPr>
        <w:t>A. Tyrosin</w:t>
      </w:r>
    </w:p>
    <w:p>
      <w:pPr>
        <w:pStyle w:val="ListParagraph"/>
      </w:pPr>
      <w:r>
        <w:rPr>
          <w:sz w:val="22"/>
        </w:rPr>
        <w:t>B. Threonin</w:t>
      </w:r>
    </w:p>
    <w:p>
      <w:pPr>
        <w:pStyle w:val="ListParagraph"/>
      </w:pPr>
      <w:r>
        <w:rPr>
          <w:sz w:val="22"/>
        </w:rPr>
        <w:t>C. Phenylalanin</w:t>
      </w:r>
    </w:p>
    <w:p>
      <w:pPr>
        <w:pStyle w:val="ListParagraph"/>
      </w:pPr>
      <w:r>
        <w:rPr>
          <w:sz w:val="22"/>
        </w:rPr>
        <w:t>D. Serin</w:t>
      </w:r>
    </w:p>
    <w:p/>
    <w:p>
      <w:r>
        <w:rPr>
          <w:b/>
          <w:sz w:val="24"/>
        </w:rPr>
        <w:t>Câu 8: Những acid amin sau được xếp vào nhóm acid amin trung tính:</w:t>
      </w:r>
    </w:p>
    <w:p>
      <w:pPr>
        <w:pStyle w:val="ListParagraph"/>
      </w:pPr>
      <w:r>
        <w:rPr>
          <w:sz w:val="22"/>
        </w:rPr>
        <w:t>A. Ala, Thr, Val, Asp, Leu</w:t>
      </w:r>
    </w:p>
    <w:p>
      <w:pPr>
        <w:pStyle w:val="ListParagraph"/>
      </w:pPr>
      <w:r>
        <w:rPr>
          <w:sz w:val="22"/>
        </w:rPr>
        <w:t>B. Gly, Val, Leu, Ile, Cys</w:t>
      </w:r>
    </w:p>
    <w:p>
      <w:pPr>
        <w:pStyle w:val="ListParagraph"/>
      </w:pPr>
      <w:r>
        <w:rPr>
          <w:sz w:val="22"/>
        </w:rPr>
        <w:t>C. Tyr, Gly, Val, Ala, Ser</w:t>
      </w:r>
    </w:p>
    <w:p>
      <w:pPr>
        <w:pStyle w:val="ListParagraph"/>
      </w:pPr>
      <w:r>
        <w:rPr>
          <w:sz w:val="22"/>
        </w:rPr>
        <w:t>D. Leu, Ile, Gly, Glu, Cys</w:t>
      </w:r>
    </w:p>
    <w:p/>
    <w:p>
      <w:r>
        <w:rPr>
          <w:b/>
          <w:sz w:val="24"/>
        </w:rPr>
        <w:t>Câu 9: Những acid amin sau được xếp vào nhóm acid amin vòng</w:t>
      </w:r>
    </w:p>
    <w:p>
      <w:pPr>
        <w:pStyle w:val="ListParagraph"/>
      </w:pPr>
      <w:r>
        <w:rPr>
          <w:sz w:val="22"/>
        </w:rPr>
        <w:t>A. Thr, Cys, Ile, Leu, Phe</w:t>
      </w:r>
    </w:p>
    <w:p>
      <w:pPr>
        <w:pStyle w:val="ListParagraph"/>
      </w:pPr>
      <w:r>
        <w:rPr>
          <w:sz w:val="22"/>
        </w:rPr>
        <w:t>B. Phe, Tyr, Trp, His, Pro</w:t>
      </w:r>
    </w:p>
    <w:p>
      <w:pPr>
        <w:pStyle w:val="ListParagraph"/>
      </w:pPr>
      <w:r>
        <w:rPr>
          <w:sz w:val="22"/>
        </w:rPr>
        <w:t>C. Phe, Trp, His, Pro, Met</w:t>
      </w:r>
    </w:p>
    <w:p>
      <w:pPr>
        <w:pStyle w:val="ListParagraph"/>
      </w:pPr>
      <w:r>
        <w:rPr>
          <w:sz w:val="22"/>
        </w:rPr>
        <w:t>D. Asp, Asn, Glu, Gln, Tyr</w:t>
      </w:r>
    </w:p>
    <w:p/>
    <w:p>
      <w:r>
        <w:rPr>
          <w:b/>
          <w:sz w:val="24"/>
        </w:rPr>
        <w:t>Câu 10: Acid amin có thể: 1. Phản ứng chỉ với acid 2. Phản ứng chỉ với base 3. Vừa phản ứng với acid vừa phản ứng với base 4. Tác dụng với Ninhydrin 5. Cho phản ứng Molisc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11: Các acid amin sau là những acid amin cơ thể người không tự tổng hợp được</w:t>
      </w:r>
    </w:p>
    <w:p>
      <w:pPr>
        <w:pStyle w:val="ListParagraph"/>
      </w:pPr>
      <w:r>
        <w:rPr>
          <w:sz w:val="22"/>
        </w:rPr>
        <w:t>A. Val, Leu, Ile, Thr, Met, Phe, Trp, Lys</w:t>
      </w:r>
    </w:p>
    <w:p>
      <w:pPr>
        <w:pStyle w:val="ListParagraph"/>
      </w:pPr>
      <w:r>
        <w:rPr>
          <w:sz w:val="22"/>
        </w:rPr>
        <w:t>B. Gly, Val, Ile, Thr, Met, Phe, Trp, Cys</w:t>
      </w:r>
    </w:p>
    <w:p>
      <w:pPr>
        <w:pStyle w:val="ListParagraph"/>
      </w:pPr>
      <w:r>
        <w:rPr>
          <w:sz w:val="22"/>
        </w:rPr>
        <w:t>C. Val, Leu, Ile, Thr, Met, Phe, Tyr, Pro</w:t>
      </w:r>
    </w:p>
    <w:p>
      <w:pPr>
        <w:pStyle w:val="ListParagraph"/>
      </w:pPr>
      <w:r>
        <w:rPr>
          <w:sz w:val="22"/>
        </w:rPr>
        <w:t>D. Leu, Ile, His, Thr, Met, Trp, Arg, Tyr</w:t>
      </w:r>
    </w:p>
    <w:p/>
    <w:p>
      <w:r>
        <w:rPr>
          <w:b/>
          <w:sz w:val="24"/>
        </w:rPr>
        <w:t>Câu 12: Protein có một số đặc điểm cấu tạo như sau: 1. Có cấu trúc bậc 1 do những acid amin nối với nhau bằng liên kết peptid 2. Có cấu trúc bậc 1 do những acid amin nối với nhau bằng liên kết este 3. Có cấu trúc bậc 2 do những acid amin nối với nhau bằng liên kết peptid 4. Có cấu trúc bậc 2, được giữ vững bởi liên kết hydr 5. Có cấu trúc bậc 3 và một số có cấu trúc bậc 4 Chọn tập hợp đúng:</w:t>
      </w:r>
    </w:p>
    <w:p>
      <w:pPr>
        <w:pStyle w:val="ListParagraph"/>
      </w:pPr>
      <w:r>
        <w:rPr>
          <w:sz w:val="22"/>
        </w:rPr>
        <w:t>A. 1, 2, 3</w:t>
      </w:r>
    </w:p>
    <w:p>
      <w:pPr>
        <w:pStyle w:val="ListParagraph"/>
      </w:pPr>
      <w:r>
        <w:rPr>
          <w:sz w:val="22"/>
        </w:rPr>
        <w:t>B. 2, 3, 4</w:t>
      </w:r>
    </w:p>
    <w:p>
      <w:pPr>
        <w:pStyle w:val="ListParagraph"/>
      </w:pPr>
      <w:r>
        <w:rPr>
          <w:sz w:val="22"/>
        </w:rPr>
        <w:t>C. 1, 3, 4</w:t>
      </w:r>
    </w:p>
    <w:p>
      <w:pPr>
        <w:pStyle w:val="ListParagraph"/>
      </w:pPr>
      <w:r>
        <w:rPr>
          <w:sz w:val="22"/>
        </w:rPr>
        <w:t>D. 1, 4, 5</w:t>
      </w:r>
    </w:p>
    <w:p/>
    <w:p>
      <w:r>
        <w:rPr>
          <w:b/>
          <w:sz w:val="24"/>
        </w:rPr>
        <w:t>Câu 13: Các acid amin nối với nhau qua liên kết peptid để tạo thành: 1. Peptid với phân tử lượng lớn hơn 10.000 2. Peptid với phân tử lượng nhỏ hơn 10.000 3. Protein với phân tử lượng lớn hơn 10.000 4. Protein với phân tử lượng nhỏ hơn 10.000 5. Peptid và protein Chọn tập hợp đúng:</w:t>
      </w:r>
    </w:p>
    <w:p>
      <w:pPr>
        <w:pStyle w:val="ListParagraph"/>
      </w:pPr>
      <w:r>
        <w:rPr>
          <w:sz w:val="22"/>
        </w:rPr>
        <w:t>A. 1, 2, 4</w:t>
      </w:r>
    </w:p>
    <w:p>
      <w:pPr>
        <w:pStyle w:val="ListParagraph"/>
      </w:pPr>
      <w:r>
        <w:rPr>
          <w:sz w:val="22"/>
        </w:rPr>
        <w:t>B. 2, 3, 4</w:t>
      </w:r>
    </w:p>
    <w:p>
      <w:pPr>
        <w:pStyle w:val="ListParagraph"/>
      </w:pPr>
      <w:r>
        <w:rPr>
          <w:sz w:val="22"/>
        </w:rPr>
        <w:t>C. 1, 2, 3</w:t>
      </w:r>
    </w:p>
    <w:p>
      <w:pPr>
        <w:pStyle w:val="ListParagraph"/>
      </w:pPr>
      <w:r>
        <w:rPr>
          <w:sz w:val="22"/>
        </w:rPr>
        <w:t>D. 2, 3,5</w:t>
      </w:r>
    </w:p>
    <w:p/>
    <w:p>
      <w:r>
        <w:rPr>
          <w:b/>
          <w:sz w:val="24"/>
        </w:rPr>
        <w:t>Câu 14: Các liên kết sau gặp trong phân tử protein:</w:t>
      </w:r>
    </w:p>
    <w:p>
      <w:pPr>
        <w:pStyle w:val="ListParagraph"/>
      </w:pPr>
      <w:r>
        <w:rPr>
          <w:sz w:val="22"/>
        </w:rPr>
        <w:t>A. Este, peptid, hydro, kỵ nước, ion</w:t>
      </w:r>
    </w:p>
    <w:p>
      <w:pPr>
        <w:pStyle w:val="ListParagraph"/>
      </w:pPr>
      <w:r>
        <w:rPr>
          <w:sz w:val="22"/>
        </w:rPr>
        <w:t>B. Peptid, disulfua, hydro, kỵ nước, ion</w:t>
      </w:r>
    </w:p>
    <w:p>
      <w:pPr>
        <w:pStyle w:val="ListParagraph"/>
      </w:pPr>
      <w:r>
        <w:rPr>
          <w:sz w:val="22"/>
        </w:rPr>
        <w:t>C. Peptid, disulfua, hydro, ete, ion</w:t>
      </w:r>
    </w:p>
    <w:p>
      <w:pPr>
        <w:pStyle w:val="ListParagraph"/>
      </w:pPr>
      <w:r>
        <w:rPr>
          <w:sz w:val="22"/>
        </w:rPr>
        <w:t>D. Peptid, disulfua, hydro, ete, este</w:t>
      </w:r>
    </w:p>
    <w:p/>
    <w:p>
      <w:r>
        <w:rPr>
          <w:b/>
          <w:sz w:val="24"/>
        </w:rPr>
        <w:t>Câu 15: Enzym xúc tác cho phản ứng trao đổi nhóm amin: 1. Có coenzym là pyridoxal phosphat 2. Có coenzym là Thiamin pyrophosphat 3. Có coenzym là NAD&lt;sup&gt;+&lt;/sup&gt; 4. Được gọi với tên chung là: Transaminase 5. Được gọi với tên chung là Dehydrogenase Chọn tập hợp đúng:</w:t>
      </w:r>
    </w:p>
    <w:p>
      <w:pPr>
        <w:pStyle w:val="ListParagraph"/>
      </w:pPr>
      <w:r>
        <w:rPr>
          <w:sz w:val="22"/>
        </w:rPr>
        <w:t>A. 1, 2</w:t>
      </w:r>
    </w:p>
    <w:p>
      <w:pPr>
        <w:pStyle w:val="ListParagraph"/>
      </w:pPr>
      <w:r>
        <w:rPr>
          <w:sz w:val="22"/>
        </w:rPr>
        <w:t>B. 1, 4</w:t>
      </w:r>
    </w:p>
    <w:p>
      <w:pPr>
        <w:pStyle w:val="ListParagraph"/>
      </w:pPr>
      <w:r>
        <w:rPr>
          <w:sz w:val="22"/>
        </w:rPr>
        <w:t>C. 3, 4</w:t>
      </w:r>
    </w:p>
    <w:p>
      <w:pPr>
        <w:pStyle w:val="ListParagraph"/>
      </w:pPr>
      <w:r>
        <w:rPr>
          <w:sz w:val="22"/>
        </w:rPr>
        <w:t>D. 1, 5</w:t>
      </w:r>
    </w:p>
    <w:p/>
    <w:p>
      <w:r>
        <w:rPr>
          <w:b/>
          <w:sz w:val="24"/>
        </w:rPr>
        <w:t>Câu 16: Sản phẩm khử amin oxy hóa của một acid amin gồm: 1. Amin 2. Acid α cetonic 3. NH&lt;sub&gt;3&lt;/sub&gt; 4. Acid carboxylic 5. Aldehyd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17: Sơ đồ tóm tắt chu trình urê 🖼️ [IMAGE: /static/uploads/docx_img_1791215302_94b468f2.png] Chọn chất phù hợp điền vào chỗ trống</w:t>
      </w:r>
    </w:p>
    <w:p>
      <w:pPr>
        <w:pStyle w:val="ListParagraph"/>
      </w:pPr>
      <w:r>
        <w:rPr>
          <w:sz w:val="22"/>
        </w:rPr>
        <w:t>A. Malat</w:t>
      </w:r>
    </w:p>
    <w:p>
      <w:pPr>
        <w:pStyle w:val="ListParagraph"/>
      </w:pPr>
      <w:r>
        <w:rPr>
          <w:sz w:val="22"/>
        </w:rPr>
        <w:t>B. Arginin</w:t>
      </w:r>
    </w:p>
    <w:p>
      <w:pPr>
        <w:pStyle w:val="ListParagraph"/>
      </w:pPr>
      <w:r>
        <w:rPr>
          <w:sz w:val="22"/>
        </w:rPr>
        <w:t>C. Histidin</w:t>
      </w:r>
    </w:p>
    <w:p>
      <w:pPr>
        <w:pStyle w:val="ListParagraph"/>
      </w:pPr>
      <w:r>
        <w:rPr>
          <w:sz w:val="22"/>
        </w:rPr>
        <w:t>D. Succinat</w:t>
      </w:r>
    </w:p>
    <w:p/>
    <w:p>
      <w:r>
        <w:rPr>
          <w:b/>
          <w:sz w:val="24"/>
        </w:rPr>
        <w:t>Câu 18: Trong cơ thể, Alanin và Aspartat được tổng họp bằng cách: 1. Oxaloacetat + Glutamat &lt;sup&gt;GOT&lt;/sup&gt; Aspartat + a Cetoglutarat 🖼️ [IMAGE: /static/uploads/docx_img_1791215302_bd859274.png] 2. Oxalat + Glutamat &lt;sup&gt;GOT&lt;/sup&gt; Aspartat + a Cetoglutarat 🖼️ [IMAGE: /static/uploads/docx_img_1791215302_9859dd0f.png] 3. Malat + Glutamat &lt;sup&gt;GOT&lt;/sup&gt; Aspartat + a Cetoglutarat 🖼️ [IMAGE: /static/uploads/docx_img_1791215302_9859dd0f.png] 4. Pyruvat + Glutamat &lt;sup&gt;GPT&lt;/sup&gt; Alanin + a Cetoglutarat 🖼️ [IMAGE: /static/uploads/docx_img_1791215302_bd859274.png] 5. Succinat + Glutamat &lt;sup&gt;GPT&lt;/sup&gt; Alanin + a Cetoglutarat 🖼️ [IMAGE: /static/uploads/docx_img_1791215302_ecc832c6.png]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1, 4</w:t>
      </w:r>
    </w:p>
    <w:p/>
    <w:p>
      <w:r>
        <w:rPr>
          <w:b/>
          <w:sz w:val="24"/>
        </w:rPr>
        <w:t>Câu 19: Trong các nhóm protein sau, loại nào có cấu tạo là protein tạp:</w:t>
      </w:r>
    </w:p>
    <w:p>
      <w:pPr>
        <w:pStyle w:val="ListParagraph"/>
      </w:pPr>
      <w:r>
        <w:rPr>
          <w:sz w:val="22"/>
        </w:rPr>
        <w:t>A. Collagen, Albumin, Lipoprotein, Keratin</w:t>
      </w:r>
    </w:p>
    <w:p>
      <w:pPr>
        <w:pStyle w:val="ListParagraph"/>
      </w:pPr>
      <w:r>
        <w:rPr>
          <w:sz w:val="22"/>
        </w:rPr>
        <w:t>B. Glucoprotein, Flavoprotein, Nucleoprotein, Lipoprotein</w:t>
      </w:r>
    </w:p>
    <w:p>
      <w:pPr>
        <w:pStyle w:val="ListParagraph"/>
      </w:pPr>
      <w:r>
        <w:rPr>
          <w:sz w:val="22"/>
        </w:rPr>
        <w:t>C. Collagen, Lipoprotein, Globulin, Cromoprotein</w:t>
      </w:r>
    </w:p>
    <w:p>
      <w:pPr>
        <w:pStyle w:val="ListParagraph"/>
      </w:pPr>
      <w:r>
        <w:rPr>
          <w:sz w:val="22"/>
        </w:rPr>
        <w:t>D. Keratin, Globulin, Glucoprotein, Metaloprotein</w:t>
      </w:r>
    </w:p>
    <w:p/>
    <w:p>
      <w:r>
        <w:rPr>
          <w:b/>
          <w:sz w:val="24"/>
        </w:rPr>
        <w:t>Câu 20: Phản ứng đặc trưng dùng để nhận biết peptid, protein là</w:t>
      </w:r>
    </w:p>
    <w:p>
      <w:pPr>
        <w:pStyle w:val="ListParagraph"/>
      </w:pPr>
      <w:r>
        <w:rPr>
          <w:sz w:val="22"/>
        </w:rPr>
        <w:t>A. Phản ứng Ninhydrin</w:t>
      </w:r>
    </w:p>
    <w:p>
      <w:pPr>
        <w:pStyle w:val="ListParagraph"/>
      </w:pPr>
      <w:r>
        <w:rPr>
          <w:sz w:val="22"/>
        </w:rPr>
        <w:t>B. Phản ứng Molish</w:t>
      </w:r>
    </w:p>
    <w:p>
      <w:pPr>
        <w:pStyle w:val="ListParagraph"/>
      </w:pPr>
      <w:r>
        <w:rPr>
          <w:sz w:val="22"/>
        </w:rPr>
        <w:t>C. Phản ứng Biurê</w:t>
      </w:r>
    </w:p>
    <w:p>
      <w:pPr>
        <w:pStyle w:val="ListParagraph"/>
      </w:pPr>
      <w:r>
        <w:rPr>
          <w:sz w:val="22"/>
        </w:rPr>
        <w:t>D. Phản ứng thuỷ phân</w:t>
      </w:r>
    </w:p>
    <w:p/>
    <w:p>
      <w:r>
        <w:rPr>
          <w:b/>
          <w:sz w:val="24"/>
        </w:rPr>
        <w:t>Câu 21: g Amino Butyric Acid (GABA) là: 1. Sản phẩm khử amin của Acid glutamic 2. Sản phẩm khử carboxyl của Acid glutamic 3. Có tác dung dãn mạch, tăng tính thấm thành mạch 4. Chất có trong chất xám tế bào thần kinh, cần thiết cho hoạt động của neuron 5. Không có tác dụng sinh học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2, 5</w:t>
      </w:r>
    </w:p>
    <w:p/>
    <w:p>
      <w:r>
        <w:rPr>
          <w:b/>
          <w:sz w:val="24"/>
        </w:rPr>
        <w:t>Câu 22: NH&lt;sub&gt;3&lt;/sub&gt; sẽ chuyển hoá theo những con đường sau: 1. Được đào thải nguyên vẹn ra nước tiểu 2. Tham gia phản ứng amin hoá, kết hợp acid a cetonic để tổng hợp lại acid amin 3. Ở gan được tổng hợp thành urê theo máu đến thận và thải ra nước tiểu 4. Tham gia phản ứng trao đổi amin 5. Ở thận NH&lt;sub&gt;3&lt;/sub&gt; được đào thải dưới dạng NH&lt;sub&gt;4&lt;/sub&gt;&lt;sup&gt;+&lt;/sup&gt; Chọn tập hợp đúng</w:t>
      </w:r>
    </w:p>
    <w:p>
      <w:pPr>
        <w:pStyle w:val="ListParagraph"/>
      </w:pPr>
      <w:r>
        <w:rPr>
          <w:sz w:val="22"/>
        </w:rPr>
        <w:t>A. 1, 2, 3</w:t>
      </w:r>
    </w:p>
    <w:p>
      <w:pPr>
        <w:pStyle w:val="ListParagraph"/>
      </w:pPr>
      <w:r>
        <w:rPr>
          <w:sz w:val="22"/>
        </w:rPr>
        <w:t>B. 2, 3, 4</w:t>
      </w:r>
    </w:p>
    <w:p>
      <w:pPr>
        <w:pStyle w:val="ListParagraph"/>
      </w:pPr>
      <w:r>
        <w:rPr>
          <w:sz w:val="22"/>
        </w:rPr>
        <w:t>C. 2, 3, 5</w:t>
      </w:r>
    </w:p>
    <w:p>
      <w:pPr>
        <w:pStyle w:val="ListParagraph"/>
      </w:pPr>
      <w:r>
        <w:rPr>
          <w:sz w:val="22"/>
        </w:rPr>
        <w:t>D. 3, 4, 5</w:t>
      </w:r>
    </w:p>
    <w:p/>
    <w:p>
      <w:r>
        <w:rPr>
          <w:b/>
          <w:sz w:val="24"/>
        </w:rPr>
        <w:t>Câu 23: Acid a cetonic sẽ chuyển hoá theo những con đường sau: 1. Kết hợp với NH&lt;sub&gt;3&lt;/sub&gt; để tổng hợp trở lại thành acid amin 2. Tham gia vào chu trình urê 3. Được sử dụng để tổng hợp glucose, glycogen 4. Kết hợp với Arginin để tạo thành Creatinin 5. Một số acid a cetonic bị khử carboxyl để tạo thành acid béo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24: Serotonin: 1. Được tổng hợp từ acid amin Tyrosin 2. Được tổng hợp từ acid amin Tryptophan 3. Có tác dung tăng tính thấm thành mạch 4. Có tác dụng gây co mạch và tăng huyết áp 5. Được đào thải ở nước tiểu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3,</w:t>
      </w:r>
    </w:p>
    <w:p/>
    <w:p>
      <w:r>
        <w:rPr>
          <w:b/>
          <w:sz w:val="24"/>
        </w:rPr>
        <w:t>Câu 25: Trong viêm gan siêu vi cấp tính, có sự thay đổi hoạt độ các enzym sau:</w:t>
      </w:r>
    </w:p>
    <w:p>
      <w:pPr>
        <w:pStyle w:val="ListParagraph"/>
      </w:pPr>
      <w:r>
        <w:rPr>
          <w:sz w:val="22"/>
        </w:rPr>
        <w:t>A. GOT tăng, GPT tăng, GOT &gt; GPT</w:t>
      </w:r>
    </w:p>
    <w:p>
      <w:pPr>
        <w:pStyle w:val="ListParagraph"/>
      </w:pPr>
      <w:r>
        <w:rPr>
          <w:sz w:val="22"/>
        </w:rPr>
        <w:t>B. GOT tăng, GPT tăng, GPT &gt; GOT</w:t>
      </w:r>
    </w:p>
    <w:p>
      <w:pPr>
        <w:pStyle w:val="ListParagraph"/>
      </w:pPr>
      <w:r>
        <w:rPr>
          <w:sz w:val="22"/>
        </w:rPr>
        <w:t>C. GOT và GPT tăng mức độ như nhau</w:t>
      </w:r>
    </w:p>
    <w:p>
      <w:pPr>
        <w:pStyle w:val="ListParagraph"/>
      </w:pPr>
      <w:r>
        <w:rPr>
          <w:sz w:val="22"/>
        </w:rPr>
        <w:t>D. GOT và GPT không tăng</w:t>
      </w:r>
    </w:p>
    <w:p/>
    <w:p>
      <w:r>
        <w:rPr>
          <w:b/>
          <w:sz w:val="24"/>
        </w:rPr>
        <w:t>Câu 26: Dạng vận chuyển của NH&lt;sub&gt;3&lt;/sub&gt; trong máu là:</w:t>
      </w:r>
    </w:p>
    <w:p>
      <w:pPr>
        <w:pStyle w:val="ListParagraph"/>
      </w:pPr>
      <w:r>
        <w:rPr>
          <w:sz w:val="22"/>
        </w:rPr>
        <w:t>A. NH4&lt;sup&gt;+&lt;/sup&gt;</w:t>
      </w:r>
    </w:p>
    <w:p>
      <w:pPr>
        <w:pStyle w:val="ListParagraph"/>
      </w:pPr>
      <w:r>
        <w:rPr>
          <w:sz w:val="22"/>
        </w:rPr>
        <w:t>B. Acid glutamic</w:t>
      </w:r>
    </w:p>
    <w:p>
      <w:pPr>
        <w:pStyle w:val="ListParagraph"/>
      </w:pPr>
      <w:r>
        <w:rPr>
          <w:sz w:val="22"/>
        </w:rPr>
        <w:t>C. Glutamin</w:t>
      </w:r>
    </w:p>
    <w:p>
      <w:pPr>
        <w:pStyle w:val="ListParagraph"/>
      </w:pPr>
      <w:r>
        <w:rPr>
          <w:sz w:val="22"/>
        </w:rPr>
        <w:t>D. Urê</w:t>
      </w:r>
    </w:p>
    <w:p/>
    <w:p>
      <w:r>
        <w:rPr>
          <w:b/>
          <w:sz w:val="24"/>
        </w:rPr>
        <w:t>Câu 27: Chu trình Urê liên quan với chu trình Krebs qua phân tử:</w:t>
      </w:r>
    </w:p>
    <w:p>
      <w:pPr>
        <w:pStyle w:val="ListParagraph"/>
      </w:pPr>
      <w:r>
        <w:rPr>
          <w:sz w:val="22"/>
        </w:rPr>
        <w:t>A. Aspartat</w:t>
      </w:r>
    </w:p>
    <w:p>
      <w:pPr>
        <w:pStyle w:val="ListParagraph"/>
      </w:pPr>
      <w:r>
        <w:rPr>
          <w:sz w:val="22"/>
        </w:rPr>
        <w:t>B. Orniti</w:t>
      </w:r>
    </w:p>
    <w:p>
      <w:pPr>
        <w:pStyle w:val="ListParagraph"/>
      </w:pPr>
      <w:r>
        <w:rPr>
          <w:sz w:val="22"/>
        </w:rPr>
        <w:t>C. Oxaloacetat</w:t>
      </w:r>
    </w:p>
    <w:p>
      <w:pPr>
        <w:pStyle w:val="ListParagraph"/>
      </w:pPr>
      <w:r>
        <w:rPr>
          <w:sz w:val="22"/>
        </w:rPr>
        <w:t>D. Succinat</w:t>
      </w:r>
    </w:p>
    <w:p/>
    <w:p>
      <w:r>
        <w:rPr>
          <w:b/>
          <w:sz w:val="24"/>
        </w:rPr>
        <w:t>Câu 28: Liên kết đóng vai trò quan trọng trong việc duy trì cấu trúc bậc 3 của protein là</w:t>
      </w:r>
    </w:p>
    <w:p>
      <w:pPr>
        <w:pStyle w:val="ListParagraph"/>
      </w:pPr>
      <w:r>
        <w:rPr>
          <w:sz w:val="22"/>
        </w:rPr>
        <w:t>A. Liên kết hydro</w:t>
      </w:r>
    </w:p>
    <w:p>
      <w:pPr>
        <w:pStyle w:val="ListParagraph"/>
      </w:pPr>
      <w:r>
        <w:rPr>
          <w:sz w:val="22"/>
        </w:rPr>
        <w:t>B. Liên kết ion</w:t>
      </w:r>
    </w:p>
    <w:p>
      <w:pPr>
        <w:pStyle w:val="ListParagraph"/>
      </w:pPr>
      <w:r>
        <w:rPr>
          <w:sz w:val="22"/>
        </w:rPr>
        <w:t>C. Liên kết disulfua</w:t>
      </w:r>
    </w:p>
    <w:p>
      <w:pPr>
        <w:pStyle w:val="ListParagraph"/>
      </w:pPr>
      <w:r>
        <w:rPr>
          <w:sz w:val="22"/>
        </w:rPr>
        <w:t>D. Liên kết peptid</w:t>
      </w:r>
    </w:p>
    <w:p/>
    <w:p>
      <w:r>
        <w:rPr>
          <w:b/>
          <w:sz w:val="24"/>
        </w:rPr>
        <w:t>Câu 29: Histamin: 1. Là sản phẩm khử carboxyl của Histidin 2. Là sản phẩm trao đổi amin của Histidin 3. Có tác dụng tăng tính thấm màng tế bào, kích ứng gây mẫn ngứa 4. Là sản phẩm khử amin oxy hóa của Histidin 5. Là một amin có gốc R đóng vòng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1, 4, 5</w:t>
      </w:r>
    </w:p>
    <w:p/>
    <w:p>
      <w:r>
        <w:rPr>
          <w:b/>
          <w:sz w:val="24"/>
        </w:rPr>
        <w:t>Câu 30: GPT xúc tác trao đổi nhóm amin cho phản ứng sau:</w:t>
      </w:r>
    </w:p>
    <w:p>
      <w:pPr>
        <w:pStyle w:val="ListParagraph"/>
      </w:pPr>
      <w:r>
        <w:rPr>
          <w:sz w:val="22"/>
        </w:rPr>
        <w:t>A. Alanin + a Cetoglutarat → Pyruvat + Glutamat</w:t>
      </w:r>
    </w:p>
    <w:p>
      <w:pPr>
        <w:pStyle w:val="ListParagraph"/>
      </w:pPr>
      <w:r>
        <w:rPr>
          <w:sz w:val="22"/>
        </w:rPr>
        <w:t>B. Alanin + Oxaloacetat → Pyruvat + Aspartat</w:t>
      </w:r>
    </w:p>
    <w:p>
      <w:pPr>
        <w:pStyle w:val="ListParagraph"/>
      </w:pPr>
      <w:r>
        <w:rPr>
          <w:sz w:val="22"/>
        </w:rPr>
        <w:t>C. Aspartat + a Cetoglutarat → Oxaloacetat + Glutamat</w:t>
      </w:r>
    </w:p>
    <w:p>
      <w:pPr>
        <w:pStyle w:val="ListParagraph"/>
      </w:pPr>
      <w:r>
        <w:rPr>
          <w:sz w:val="22"/>
        </w:rPr>
        <w:t>D. Aspartat + Phenylpyruvat → Oxaloacetat + Phenylalanin</w:t>
      </w:r>
    </w:p>
    <w:p/>
    <w:p>
      <w:r>
        <w:rPr>
          <w:b/>
          <w:sz w:val="24"/>
        </w:rPr>
        <w:t>Câu 31: Enzyme thủy phân protein thuộc nhóm endopeptidase</w:t>
      </w:r>
    </w:p>
    <w:p>
      <w:pPr>
        <w:pStyle w:val="ListParagraph"/>
      </w:pPr>
      <w:r>
        <w:rPr>
          <w:sz w:val="22"/>
        </w:rPr>
        <w:t>A. Pepsin</w:t>
      </w:r>
    </w:p>
    <w:p>
      <w:pPr>
        <w:pStyle w:val="ListParagraph"/>
      </w:pPr>
      <w:r>
        <w:rPr>
          <w:sz w:val="22"/>
        </w:rPr>
        <w:t>B. Carboxypeptidase</w:t>
      </w:r>
    </w:p>
    <w:p>
      <w:pPr>
        <w:pStyle w:val="ListParagraph"/>
      </w:pPr>
      <w:r>
        <w:rPr>
          <w:sz w:val="22"/>
        </w:rPr>
        <w:t>C. Aminopeptidase</w:t>
      </w:r>
    </w:p>
    <w:p>
      <w:pPr>
        <w:pStyle w:val="ListParagraph"/>
      </w:pPr>
      <w:r>
        <w:rPr>
          <w:sz w:val="22"/>
        </w:rPr>
        <w:t>D. Dipeptidase</w:t>
      </w:r>
    </w:p>
    <w:p/>
    <w:p>
      <w:r>
        <w:rPr>
          <w:b/>
          <w:sz w:val="24"/>
        </w:rPr>
        <w:t>Câu 32: Enzyme hoạt động ở pH 1-2</w:t>
      </w:r>
    </w:p>
    <w:p>
      <w:pPr>
        <w:pStyle w:val="ListParagraph"/>
      </w:pPr>
      <w:r>
        <w:rPr>
          <w:sz w:val="22"/>
        </w:rPr>
        <w:t>A. Trypsinogen</w:t>
      </w:r>
    </w:p>
    <w:p>
      <w:pPr>
        <w:pStyle w:val="ListParagraph"/>
      </w:pPr>
      <w:r>
        <w:rPr>
          <w:sz w:val="22"/>
        </w:rPr>
        <w:t>B. Pepsin</w:t>
      </w:r>
    </w:p>
    <w:p>
      <w:pPr>
        <w:pStyle w:val="ListParagraph"/>
      </w:pPr>
      <w:r>
        <w:rPr>
          <w:sz w:val="22"/>
        </w:rPr>
        <w:t>C. Trypsin</w:t>
      </w:r>
    </w:p>
    <w:p>
      <w:pPr>
        <w:pStyle w:val="ListParagraph"/>
      </w:pPr>
      <w:r>
        <w:rPr>
          <w:sz w:val="22"/>
        </w:rPr>
        <w:t>D. Pepsinogen</w:t>
      </w:r>
    </w:p>
    <w:p/>
    <w:p>
      <w:r>
        <w:rPr>
          <w:b/>
          <w:sz w:val="24"/>
        </w:rPr>
        <w:t>Câu 33: Enzyme thủy phân protein và peptid có trong tụy tạng, NGOẠI TRỪ</w:t>
      </w:r>
    </w:p>
    <w:p>
      <w:pPr>
        <w:pStyle w:val="ListParagraph"/>
      </w:pPr>
      <w:r>
        <w:rPr>
          <w:sz w:val="22"/>
        </w:rPr>
        <w:t>A. Trypsin</w:t>
      </w:r>
    </w:p>
    <w:p>
      <w:pPr>
        <w:pStyle w:val="ListParagraph"/>
      </w:pPr>
      <w:r>
        <w:rPr>
          <w:sz w:val="22"/>
        </w:rPr>
        <w:t>B. Aminopeptidase</w:t>
      </w:r>
    </w:p>
    <w:p>
      <w:pPr>
        <w:pStyle w:val="ListParagraph"/>
      </w:pPr>
      <w:r>
        <w:rPr>
          <w:sz w:val="22"/>
        </w:rPr>
        <w:t>C. Carboxypeptidase</w:t>
      </w:r>
    </w:p>
    <w:p>
      <w:pPr>
        <w:pStyle w:val="ListParagraph"/>
      </w:pPr>
      <w:r>
        <w:rPr>
          <w:sz w:val="22"/>
        </w:rPr>
        <w:t>D. Chymotrypsin</w:t>
      </w:r>
    </w:p>
    <w:p/>
    <w:p>
      <w:r>
        <w:rPr>
          <w:b/>
          <w:sz w:val="24"/>
        </w:rPr>
        <w:t>Câu 34: Enzyme thủy phân protein trong TB, NGOẠI TRỪ</w:t>
      </w:r>
    </w:p>
    <w:p>
      <w:pPr>
        <w:pStyle w:val="ListParagraph"/>
      </w:pPr>
      <w:r>
        <w:rPr>
          <w:sz w:val="22"/>
        </w:rPr>
        <w:t>A. Catepsin A, B, C</w:t>
      </w:r>
    </w:p>
    <w:p>
      <w:pPr>
        <w:pStyle w:val="ListParagraph"/>
      </w:pPr>
      <w:r>
        <w:rPr>
          <w:sz w:val="22"/>
        </w:rPr>
        <w:t>B. Aminopeptidase</w:t>
      </w:r>
    </w:p>
    <w:p>
      <w:pPr>
        <w:pStyle w:val="ListParagraph"/>
      </w:pPr>
      <w:r>
        <w:rPr>
          <w:sz w:val="22"/>
        </w:rPr>
        <w:t>C. Carboxypeptidase</w:t>
      </w:r>
    </w:p>
    <w:p>
      <w:pPr>
        <w:pStyle w:val="ListParagraph"/>
      </w:pPr>
      <w:r>
        <w:rPr>
          <w:sz w:val="22"/>
        </w:rPr>
        <w:t>D. Dipeptidase</w:t>
      </w:r>
    </w:p>
    <w:p/>
    <w:p>
      <w:r>
        <w:rPr>
          <w:b/>
          <w:sz w:val="24"/>
        </w:rPr>
        <w:t>Câu 35: Tiêu hóa protein ở dạ dày tạo thành</w:t>
      </w:r>
    </w:p>
    <w:p>
      <w:pPr>
        <w:pStyle w:val="ListParagraph"/>
      </w:pPr>
      <w:r>
        <w:rPr>
          <w:sz w:val="22"/>
        </w:rPr>
        <w:t>A. Acid amin, peptid, Nitơ</w:t>
      </w:r>
    </w:p>
    <w:p>
      <w:pPr>
        <w:pStyle w:val="ListParagraph"/>
      </w:pPr>
      <w:r>
        <w:rPr>
          <w:sz w:val="22"/>
        </w:rPr>
        <w:t>B. Proteose, pepton, polypeptid</w:t>
      </w:r>
    </w:p>
    <w:p>
      <w:pPr>
        <w:pStyle w:val="ListParagraph"/>
      </w:pPr>
      <w:r>
        <w:rPr>
          <w:sz w:val="22"/>
        </w:rPr>
        <w:t>C. Proteose, amin, urê</w:t>
      </w:r>
    </w:p>
    <w:p>
      <w:pPr>
        <w:pStyle w:val="ListParagraph"/>
      </w:pPr>
      <w:r>
        <w:rPr>
          <w:sz w:val="22"/>
        </w:rPr>
        <w:t>D. Peptid, pepton, Nitơ</w:t>
      </w:r>
    </w:p>
    <w:p/>
    <w:p>
      <w:r>
        <w:rPr>
          <w:b/>
          <w:sz w:val="24"/>
        </w:rPr>
        <w:t>Câu 36: Transaminase xúc tác cho phản ứng</w:t>
      </w:r>
    </w:p>
    <w:p>
      <w:pPr>
        <w:pStyle w:val="ListParagraph"/>
      </w:pPr>
      <w:r>
        <w:rPr>
          <w:sz w:val="22"/>
        </w:rPr>
        <w:t>A. Chuyển amin</w:t>
      </w:r>
    </w:p>
    <w:p>
      <w:pPr>
        <w:pStyle w:val="ListParagraph"/>
      </w:pPr>
      <w:r>
        <w:rPr>
          <w:sz w:val="22"/>
        </w:rPr>
        <w:t>B. Khử amin</w:t>
      </w:r>
    </w:p>
    <w:p>
      <w:pPr>
        <w:pStyle w:val="ListParagraph"/>
      </w:pPr>
      <w:r>
        <w:rPr>
          <w:sz w:val="22"/>
        </w:rPr>
        <w:t>C. Amin hóa</w:t>
      </w:r>
    </w:p>
    <w:p>
      <w:pPr>
        <w:pStyle w:val="ListParagraph"/>
      </w:pPr>
      <w:r>
        <w:rPr>
          <w:sz w:val="22"/>
        </w:rPr>
        <w:t>D. Chuyên chở NH&lt;sub&gt;3&lt;/sub&gt;</w:t>
      </w:r>
    </w:p>
    <w:p/>
    <w:p>
      <w:r>
        <w:rPr>
          <w:b/>
          <w:sz w:val="24"/>
        </w:rPr>
        <w:t>Câu 37: Transaminase có nhiều ở</w:t>
      </w:r>
    </w:p>
    <w:p>
      <w:pPr>
        <w:pStyle w:val="ListParagraph"/>
      </w:pPr>
      <w:r>
        <w:rPr>
          <w:sz w:val="22"/>
        </w:rPr>
        <w:t>A. Mắt</w:t>
      </w:r>
    </w:p>
    <w:p>
      <w:pPr>
        <w:pStyle w:val="ListParagraph"/>
      </w:pPr>
      <w:r>
        <w:rPr>
          <w:sz w:val="22"/>
        </w:rPr>
        <w:t>B. Gan, tim</w:t>
      </w:r>
    </w:p>
    <w:p>
      <w:pPr>
        <w:pStyle w:val="ListParagraph"/>
      </w:pPr>
      <w:r>
        <w:rPr>
          <w:sz w:val="22"/>
        </w:rPr>
        <w:t>C. Nhân tế bào</w:t>
      </w:r>
    </w:p>
    <w:p>
      <w:pPr>
        <w:pStyle w:val="ListParagraph"/>
      </w:pPr>
      <w:r>
        <w:rPr>
          <w:sz w:val="22"/>
        </w:rPr>
        <w:t>D. Tế bào chất</w:t>
      </w:r>
    </w:p>
    <w:p/>
    <w:p>
      <w:r>
        <w:rPr>
          <w:b/>
          <w:sz w:val="24"/>
        </w:rPr>
        <w:t>Câu 38: Trong bệnh nhồi máu cơ tim</w:t>
      </w:r>
    </w:p>
    <w:p>
      <w:pPr>
        <w:pStyle w:val="ListParagraph"/>
      </w:pPr>
      <w:r>
        <w:rPr>
          <w:sz w:val="22"/>
        </w:rPr>
        <w:t>A. GOT/GPT = 1</w:t>
      </w:r>
    </w:p>
    <w:p>
      <w:pPr>
        <w:pStyle w:val="ListParagraph"/>
      </w:pPr>
      <w:r>
        <w:rPr>
          <w:sz w:val="22"/>
        </w:rPr>
        <w:t>B. GOT/GPT &lt; 1</w:t>
      </w:r>
    </w:p>
    <w:p>
      <w:pPr>
        <w:pStyle w:val="ListParagraph"/>
      </w:pPr>
      <w:r>
        <w:rPr>
          <w:sz w:val="22"/>
        </w:rPr>
        <w:t>C. GOT/GPT &gt; 1</w:t>
      </w:r>
    </w:p>
    <w:p>
      <w:pPr>
        <w:pStyle w:val="ListParagraph"/>
      </w:pPr>
      <w:r>
        <w:rPr>
          <w:sz w:val="22"/>
        </w:rPr>
        <w:t>D. Không thay đổi giá trị GOT và GPT</w:t>
      </w:r>
    </w:p>
    <w:p/>
    <w:p>
      <w:r>
        <w:rPr>
          <w:b/>
          <w:sz w:val="24"/>
        </w:rPr>
        <w:t>Câu 39: Enzyme xúc tác cho phản ứng khử amin trực tiếp L-glutamat</w:t>
      </w:r>
    </w:p>
    <w:p>
      <w:pPr>
        <w:pStyle w:val="ListParagraph"/>
      </w:pPr>
      <w:r>
        <w:rPr>
          <w:sz w:val="22"/>
        </w:rPr>
        <w:t>A. Dehydrogenase, coenzyme là NAD&lt;sup&gt;+&lt;/sup&gt;</w:t>
      </w:r>
    </w:p>
    <w:p>
      <w:pPr>
        <w:pStyle w:val="ListParagraph"/>
      </w:pPr>
      <w:r>
        <w:rPr>
          <w:sz w:val="22"/>
        </w:rPr>
        <w:t>B. Dehydrogenase, coenzyme là FMN</w:t>
      </w:r>
    </w:p>
    <w:p>
      <w:pPr>
        <w:pStyle w:val="ListParagraph"/>
      </w:pPr>
      <w:r>
        <w:rPr>
          <w:sz w:val="22"/>
        </w:rPr>
        <w:t>C. Transaminase, coenzyme là NAD+</w:t>
      </w:r>
    </w:p>
    <w:p>
      <w:pPr>
        <w:pStyle w:val="ListParagraph"/>
      </w:pPr>
      <w:r>
        <w:rPr>
          <w:sz w:val="22"/>
        </w:rPr>
        <w:t>D. Transaminase, coenzyme là FMN</w:t>
      </w:r>
    </w:p>
    <w:p/>
    <w:p>
      <w:r>
        <w:rPr>
          <w:b/>
          <w:sz w:val="24"/>
        </w:rPr>
        <w:t>Câu 40: Phản ứng khử amin gián tiếp gồm 2 phản ứng</w:t>
      </w:r>
    </w:p>
    <w:p>
      <w:pPr>
        <w:pStyle w:val="ListParagraph"/>
      </w:pPr>
      <w:r>
        <w:rPr>
          <w:sz w:val="22"/>
        </w:rPr>
        <w:t>A. Chuyên chở NH3 và khử amin</w:t>
      </w:r>
    </w:p>
    <w:p>
      <w:pPr>
        <w:pStyle w:val="ListParagraph"/>
      </w:pPr>
      <w:r>
        <w:rPr>
          <w:sz w:val="22"/>
        </w:rPr>
        <w:t>B. Chuyển amin và khử amin</w:t>
      </w:r>
    </w:p>
    <w:p>
      <w:pPr>
        <w:pStyle w:val="ListParagraph"/>
      </w:pPr>
      <w:r>
        <w:rPr>
          <w:sz w:val="22"/>
        </w:rPr>
        <w:t>C. Amin hóa và khử amin</w:t>
      </w:r>
    </w:p>
    <w:p>
      <w:pPr>
        <w:pStyle w:val="ListParagraph"/>
      </w:pPr>
      <w:r>
        <w:rPr>
          <w:sz w:val="22"/>
        </w:rPr>
        <w:t>D. Khử amin và khử amin</w:t>
      </w:r>
    </w:p>
    <w:p/>
    <w:p>
      <w:r>
        <w:rPr>
          <w:b/>
          <w:sz w:val="24"/>
        </w:rPr>
        <w:t>Câu 41: Chọn câu ĐÚNG khi nói về Urê</w:t>
      </w:r>
    </w:p>
    <w:p>
      <w:pPr>
        <w:pStyle w:val="ListParagraph"/>
      </w:pPr>
      <w:r>
        <w:rPr>
          <w:sz w:val="22"/>
        </w:rPr>
        <w:t>A. Urê hình thành ở thận, sau đó được đưa tới máu</w:t>
      </w:r>
    </w:p>
    <w:p>
      <w:pPr>
        <w:pStyle w:val="ListParagraph"/>
      </w:pPr>
      <w:r>
        <w:rPr>
          <w:sz w:val="22"/>
        </w:rPr>
        <w:t>B. Trị số urê huyết bình thường 0,1-0,3 g/L</w:t>
      </w:r>
    </w:p>
    <w:p>
      <w:pPr>
        <w:pStyle w:val="ListParagraph"/>
      </w:pPr>
      <w:r>
        <w:rPr>
          <w:sz w:val="22"/>
        </w:rPr>
        <w:t>C. Nồng độ urê phụ thuộc vào khẩu phần ăn giàu đạm</w:t>
      </w:r>
    </w:p>
    <w:p>
      <w:pPr>
        <w:pStyle w:val="ListParagraph"/>
      </w:pPr>
      <w:r>
        <w:rPr>
          <w:sz w:val="22"/>
        </w:rPr>
        <w:t>D. Quá trình hình thành urê từ NH&lt;sub&gt;3&lt;/sub&gt; không cần ATP</w:t>
      </w:r>
    </w:p>
    <w:p/>
    <w:p>
      <w:r>
        <w:rPr>
          <w:b/>
          <w:sz w:val="24"/>
        </w:rPr>
        <w:t>Câu 42: Glutamin từ máu chuyển tới gan</w:t>
      </w:r>
    </w:p>
    <w:p>
      <w:pPr>
        <w:pStyle w:val="ListParagraph"/>
      </w:pPr>
      <w:r>
        <w:rPr>
          <w:sz w:val="22"/>
        </w:rPr>
        <w:t>A. Phân hủy thành NH&lt;sub&gt;3&lt;/sub&gt;, tổng hợp muối NH&lt;sub&gt;4&lt;/sub&gt;Cl và đào thải ra ngoài theo nước tiểu</w:t>
      </w:r>
    </w:p>
    <w:p>
      <w:pPr>
        <w:pStyle w:val="ListParagraph"/>
      </w:pPr>
      <w:r>
        <w:rPr>
          <w:sz w:val="22"/>
        </w:rPr>
        <w:t>B. Phân hủy thành NH&lt;sub&gt;3&lt;/sub&gt;, tổng hợp urê và đào thải ra ngoài theo nước tiểu</w:t>
      </w:r>
    </w:p>
    <w:p>
      <w:pPr>
        <w:pStyle w:val="ListParagraph"/>
      </w:pPr>
      <w:r>
        <w:rPr>
          <w:sz w:val="22"/>
        </w:rPr>
        <w:t>C. Phân hủy thành urê, tổng hợp NH&lt;sub&gt;3&lt;/sub&gt; và đào thải ra ngoài theo nước tiểu</w:t>
      </w:r>
    </w:p>
    <w:p>
      <w:pPr>
        <w:pStyle w:val="ListParagraph"/>
      </w:pPr>
      <w:r>
        <w:rPr>
          <w:sz w:val="22"/>
        </w:rPr>
        <w:t>D. Phân hủy thành NH&lt;sub&gt;4&lt;/sub&gt;Cl, tổng hợp NH&lt;sub&gt;3&lt;/sub&gt; và đào thải ra ngoài theo nước tiểu</w:t>
      </w:r>
    </w:p>
    <w:p/>
    <w:p>
      <w:r>
        <w:rPr>
          <w:b/>
          <w:sz w:val="24"/>
        </w:rPr>
        <w:t>Câu 43: Chất đóng vai trò đưa nhóm NH&lt;sub&gt;3 &lt;/sub&gt;thứ hai vào chu trình urê</w:t>
      </w:r>
    </w:p>
    <w:p>
      <w:pPr>
        <w:pStyle w:val="ListParagraph"/>
      </w:pPr>
      <w:r>
        <w:rPr>
          <w:sz w:val="22"/>
        </w:rPr>
        <w:t>A. Fumarat</w:t>
      </w:r>
    </w:p>
    <w:p>
      <w:pPr>
        <w:pStyle w:val="ListParagraph"/>
      </w:pPr>
      <w:r>
        <w:rPr>
          <w:sz w:val="22"/>
        </w:rPr>
        <w:t>B. Oxaloacetat</w:t>
      </w:r>
    </w:p>
    <w:p>
      <w:pPr>
        <w:pStyle w:val="ListParagraph"/>
      </w:pPr>
      <w:r>
        <w:rPr>
          <w:sz w:val="22"/>
        </w:rPr>
        <w:t>C. L-malat</w:t>
      </w:r>
    </w:p>
    <w:p>
      <w:pPr>
        <w:pStyle w:val="ListParagraph"/>
      </w:pPr>
      <w:r>
        <w:rPr>
          <w:sz w:val="22"/>
        </w:rPr>
        <w:t>D. Aspartat</w:t>
      </w:r>
    </w:p>
    <w:p/>
    <w:p>
      <w:r>
        <w:rPr>
          <w:b/>
          <w:sz w:val="24"/>
        </w:rPr>
        <w:t>Câu 44: Sản phẩm chuyển hóa của phenylalanin</w:t>
      </w:r>
    </w:p>
    <w:p>
      <w:pPr>
        <w:pStyle w:val="ListParagraph"/>
      </w:pPr>
      <w:r>
        <w:rPr>
          <w:sz w:val="22"/>
        </w:rPr>
        <w:t>A. Taurin</w:t>
      </w:r>
    </w:p>
    <w:p>
      <w:pPr>
        <w:pStyle w:val="ListParagraph"/>
      </w:pPr>
      <w:r>
        <w:rPr>
          <w:sz w:val="22"/>
        </w:rPr>
        <w:t>B. Porphyrin</w:t>
      </w:r>
    </w:p>
    <w:p>
      <w:pPr>
        <w:pStyle w:val="ListParagraph"/>
      </w:pPr>
      <w:r>
        <w:rPr>
          <w:sz w:val="22"/>
        </w:rPr>
        <w:t>C. Melanin</w:t>
      </w:r>
    </w:p>
    <w:p>
      <w:pPr>
        <w:pStyle w:val="ListParagraph"/>
      </w:pPr>
      <w:r>
        <w:rPr>
          <w:sz w:val="22"/>
        </w:rPr>
        <w:t>D. Creatinin</w:t>
      </w:r>
    </w:p>
    <w:p/>
    <w:p>
      <w:r>
        <w:rPr>
          <w:b/>
          <w:sz w:val="24"/>
        </w:rPr>
        <w:t>Câu 45: Chất trung gian của phản ứng khử amin gián tiếp</w:t>
      </w:r>
    </w:p>
    <w:p>
      <w:pPr>
        <w:pStyle w:val="ListParagraph"/>
      </w:pPr>
      <w:r>
        <w:rPr>
          <w:sz w:val="22"/>
        </w:rPr>
        <w:t>A. Acid glutamic</w:t>
      </w:r>
    </w:p>
    <w:p>
      <w:pPr>
        <w:pStyle w:val="ListParagraph"/>
      </w:pPr>
      <w:r>
        <w:rPr>
          <w:sz w:val="22"/>
        </w:rPr>
        <w:t>B. α-ceto acid</w:t>
      </w:r>
    </w:p>
    <w:p>
      <w:pPr>
        <w:pStyle w:val="ListParagraph"/>
      </w:pPr>
      <w:r>
        <w:rPr>
          <w:sz w:val="22"/>
        </w:rPr>
        <w:t>C. α-imin acid</w:t>
      </w:r>
    </w:p>
    <w:p>
      <w:pPr>
        <w:pStyle w:val="ListParagraph"/>
      </w:pPr>
      <w:r>
        <w:rPr>
          <w:sz w:val="22"/>
        </w:rPr>
        <w:t>D. Acid uric</w:t>
      </w:r>
    </w:p>
    <w:p/>
    <w:p>
      <w:r>
        <w:rPr>
          <w:b/>
          <w:sz w:val="24"/>
        </w:rPr>
        <w:t>Câu 46: Chu trình Urê còn được gọi là</w:t>
      </w:r>
    </w:p>
    <w:p>
      <w:pPr>
        <w:pStyle w:val="ListParagraph"/>
      </w:pPr>
      <w:r>
        <w:rPr>
          <w:sz w:val="22"/>
        </w:rPr>
        <w:t>A. Chu trình Cori</w:t>
      </w:r>
    </w:p>
    <w:p>
      <w:pPr>
        <w:pStyle w:val="ListParagraph"/>
      </w:pPr>
      <w:r>
        <w:rPr>
          <w:sz w:val="22"/>
        </w:rPr>
        <w:t>B. Chu trình Krebs</w:t>
      </w:r>
    </w:p>
    <w:p>
      <w:pPr>
        <w:pStyle w:val="ListParagraph"/>
      </w:pPr>
      <w:r>
        <w:rPr>
          <w:sz w:val="22"/>
        </w:rPr>
        <w:t>C. Chu trình Calvin</w:t>
      </w:r>
    </w:p>
    <w:p>
      <w:pPr>
        <w:pStyle w:val="ListParagraph"/>
      </w:pPr>
      <w:r>
        <w:rPr>
          <w:sz w:val="22"/>
        </w:rPr>
        <w:t>D. Chu trình Ornithin</w:t>
      </w:r>
    </w:p>
    <w:p/>
    <w:p>
      <w:r>
        <w:rPr>
          <w:b/>
          <w:sz w:val="24"/>
        </w:rPr>
        <w:t>Câu 47: Dạng vận chuyển NH&lt;sub&gt;3 &lt;/sub&gt;tự do trong máu</w:t>
      </w:r>
    </w:p>
    <w:p>
      <w:pPr>
        <w:pStyle w:val="ListParagraph"/>
      </w:pPr>
      <w:r>
        <w:rPr>
          <w:sz w:val="22"/>
        </w:rPr>
        <w:t>A. Glutamat</w:t>
      </w:r>
    </w:p>
    <w:p>
      <w:pPr>
        <w:pStyle w:val="ListParagraph"/>
      </w:pPr>
      <w:r>
        <w:rPr>
          <w:sz w:val="22"/>
        </w:rPr>
        <w:t>B. Glutamin</w:t>
      </w:r>
    </w:p>
    <w:p>
      <w:pPr>
        <w:pStyle w:val="ListParagraph"/>
      </w:pPr>
      <w:r>
        <w:rPr>
          <w:sz w:val="22"/>
        </w:rPr>
        <w:t>C. Acid glutamic</w:t>
      </w:r>
    </w:p>
    <w:p>
      <w:pPr>
        <w:pStyle w:val="ListParagraph"/>
      </w:pPr>
      <w:r>
        <w:rPr>
          <w:sz w:val="22"/>
        </w:rPr>
        <w:t>D. Urê</w:t>
      </w:r>
    </w:p>
    <w:p/>
    <w:p>
      <w:r>
        <w:rPr>
          <w:b/>
          <w:sz w:val="24"/>
        </w:rPr>
        <w:t>Câu 48: Các sản phẩm trung gian trong chu trình Urê</w:t>
      </w:r>
    </w:p>
    <w:p>
      <w:pPr>
        <w:pStyle w:val="ListParagraph"/>
      </w:pPr>
      <w:r>
        <w:rPr>
          <w:sz w:val="22"/>
        </w:rPr>
        <w:t>A. Carbamyl phosphat, arigin, ornithin, L-malat</w:t>
      </w:r>
    </w:p>
    <w:p>
      <w:pPr>
        <w:pStyle w:val="ListParagraph"/>
      </w:pPr>
      <w:r>
        <w:rPr>
          <w:sz w:val="22"/>
        </w:rPr>
        <w:t>B. Oxaloacetat, L-malat, fumarat, aspartat</w:t>
      </w:r>
    </w:p>
    <w:p>
      <w:pPr>
        <w:pStyle w:val="ListParagraph"/>
      </w:pPr>
      <w:r>
        <w:rPr>
          <w:sz w:val="22"/>
        </w:rPr>
        <w:t>C. Arginosuccinat, citrullin, arginin, ornithin</w:t>
      </w:r>
    </w:p>
    <w:p>
      <w:pPr>
        <w:pStyle w:val="ListParagraph"/>
      </w:pPr>
      <w:r>
        <w:rPr>
          <w:sz w:val="22"/>
        </w:rPr>
        <w:t>D. Carbamyl phosphat, ornithin, fumarat, aspartat</w:t>
      </w:r>
    </w:p>
    <w:p/>
    <w:p>
      <w:r>
        <w:rPr>
          <w:b/>
          <w:sz w:val="24"/>
        </w:rPr>
        <w:t>Câu 49: Tăng amoniac máu kiểu 2 là do thiếu enzyme</w:t>
      </w:r>
    </w:p>
    <w:p>
      <w:pPr>
        <w:pStyle w:val="ListParagraph"/>
      </w:pPr>
      <w:r>
        <w:rPr>
          <w:sz w:val="22"/>
        </w:rPr>
        <w:t>A. Carbamyl phosphate synthetase</w:t>
      </w:r>
    </w:p>
    <w:p>
      <w:pPr>
        <w:pStyle w:val="ListParagraph"/>
      </w:pPr>
      <w:r>
        <w:rPr>
          <w:sz w:val="22"/>
        </w:rPr>
        <w:t>B. Agrinosuccinat synthetase</w:t>
      </w:r>
    </w:p>
    <w:p>
      <w:pPr>
        <w:pStyle w:val="ListParagraph"/>
      </w:pPr>
      <w:r>
        <w:rPr>
          <w:sz w:val="22"/>
        </w:rPr>
        <w:t>C. Agrinosuccinase</w:t>
      </w:r>
    </w:p>
    <w:p>
      <w:pPr>
        <w:pStyle w:val="ListParagraph"/>
      </w:pPr>
      <w:r>
        <w:rPr>
          <w:sz w:val="22"/>
        </w:rPr>
        <w:t>D. Ornithin carbamyl transferase</w:t>
      </w:r>
    </w:p>
    <w:p/>
    <w:p>
      <w:r>
        <w:rPr>
          <w:b/>
          <w:sz w:val="24"/>
        </w:rPr>
        <w:t>Câu 50: Đặc điểm của bệnh Phenylceton niệu, NGOẠI TRỪ</w:t>
      </w:r>
    </w:p>
    <w:p>
      <w:pPr>
        <w:pStyle w:val="ListParagraph"/>
      </w:pPr>
      <w:r>
        <w:rPr>
          <w:sz w:val="22"/>
        </w:rPr>
        <w:t>A. Thiếu enzym phenylalanin hydroxylase trên đường chuyển hóa phenylalanin</w:t>
      </w:r>
    </w:p>
    <w:p>
      <w:pPr>
        <w:pStyle w:val="ListParagraph"/>
      </w:pPr>
      <w:r>
        <w:rPr>
          <w:sz w:val="22"/>
        </w:rPr>
        <w:t>B. Phenylalanin tăng cao trong máu</w:t>
      </w:r>
    </w:p>
    <w:p>
      <w:pPr>
        <w:pStyle w:val="ListParagraph"/>
      </w:pPr>
      <w:r>
        <w:rPr>
          <w:sz w:val="22"/>
        </w:rPr>
        <w:t>C. Phenyllactic và phenylacetic tăng cao trong nước tiểu</w:t>
      </w:r>
    </w:p>
    <w:p>
      <w:pPr>
        <w:pStyle w:val="ListParagraph"/>
      </w:pPr>
      <w:r>
        <w:rPr>
          <w:sz w:val="22"/>
        </w:rPr>
        <w:t>D. Nước tiểu có màu đen do bị oxy hóa khi tiếp xúc với không khí</w:t>
      </w:r>
    </w:p>
    <w:p/>
    <w:p>
      <w:r>
        <w:rPr>
          <w:b/>
          <w:sz w:val="24"/>
        </w:rPr>
        <w:t>Câu 51: Alcapton niệu là bệnh do thiếu enzyme</w:t>
      </w:r>
    </w:p>
    <w:p>
      <w:pPr>
        <w:pStyle w:val="ListParagraph"/>
      </w:pPr>
      <w:r>
        <w:rPr>
          <w:sz w:val="22"/>
        </w:rPr>
        <w:t>A. Fumarylacetoacetase</w:t>
      </w:r>
    </w:p>
    <w:p>
      <w:pPr>
        <w:pStyle w:val="ListParagraph"/>
      </w:pPr>
      <w:r>
        <w:rPr>
          <w:sz w:val="22"/>
        </w:rPr>
        <w:t>B. Homogentisat 1,2-dioxygenase</w:t>
      </w:r>
    </w:p>
    <w:p>
      <w:pPr>
        <w:pStyle w:val="ListParagraph"/>
      </w:pPr>
      <w:r>
        <w:rPr>
          <w:sz w:val="22"/>
        </w:rPr>
        <w:t>C. Tyrosin aminotransferase</w:t>
      </w:r>
    </w:p>
    <w:p>
      <w:pPr>
        <w:pStyle w:val="ListParagraph"/>
      </w:pPr>
      <w:r>
        <w:rPr>
          <w:sz w:val="22"/>
        </w:rPr>
        <w:t>D. ρ-hydroxyphenylpyruvat dioxygenase</w:t>
      </w:r>
    </w:p>
    <w:p/>
    <w:p>
      <w:r>
        <w:rPr>
          <w:b/>
          <w:sz w:val="24"/>
        </w:rPr>
        <w:t>Câu 52: Điều trị bệnh tiểu đường siro (Maple syrus urine disease) bằng chế độ ăn</w:t>
      </w:r>
    </w:p>
    <w:p>
      <w:pPr>
        <w:pStyle w:val="ListParagraph"/>
      </w:pPr>
      <w:r>
        <w:rPr>
          <w:sz w:val="22"/>
        </w:rPr>
        <w:t>A. Hạn chế phenylalanin</w:t>
      </w:r>
    </w:p>
    <w:p>
      <w:pPr>
        <w:pStyle w:val="ListParagraph"/>
      </w:pPr>
      <w:r>
        <w:rPr>
          <w:sz w:val="22"/>
        </w:rPr>
        <w:t>B. Tăng cường bổ sung tyrosin</w:t>
      </w:r>
    </w:p>
    <w:p>
      <w:pPr>
        <w:pStyle w:val="ListParagraph"/>
      </w:pPr>
      <w:r>
        <w:rPr>
          <w:sz w:val="22"/>
        </w:rPr>
        <w:t>C. Giảm leucin và các acid amin phân nhánh khác, bổ sung ATP</w:t>
      </w:r>
    </w:p>
    <w:p>
      <w:pPr>
        <w:pStyle w:val="ListParagraph"/>
      </w:pPr>
      <w:r>
        <w:rPr>
          <w:sz w:val="22"/>
        </w:rPr>
        <w:t>D. Hạn chế tyrosin</w:t>
      </w:r>
    </w:p>
    <w:p/>
    <w:p>
      <w:r>
        <w:rPr>
          <w:b/>
          <w:sz w:val="24"/>
        </w:rPr>
        <w:t>Câu 53: Tyrosinemia loại nào làm tăng nguy cơ gây ung thư gan</w:t>
      </w:r>
    </w:p>
    <w:p>
      <w:pPr>
        <w:pStyle w:val="ListParagraph"/>
      </w:pPr>
      <w:r>
        <w:rPr>
          <w:sz w:val="22"/>
        </w:rPr>
        <w:t>A. Tyrosinemia loại I</w:t>
      </w:r>
    </w:p>
    <w:p>
      <w:pPr>
        <w:pStyle w:val="ListParagraph"/>
      </w:pPr>
      <w:r>
        <w:rPr>
          <w:sz w:val="22"/>
        </w:rPr>
        <w:t>B. Tyrosinemia loại II</w:t>
      </w:r>
    </w:p>
    <w:p>
      <w:pPr>
        <w:pStyle w:val="ListParagraph"/>
      </w:pPr>
      <w:r>
        <w:rPr>
          <w:sz w:val="22"/>
        </w:rPr>
        <w:t>C. Tyrosinemia loại III</w:t>
      </w:r>
    </w:p>
    <w:p>
      <w:pPr>
        <w:pStyle w:val="ListParagraph"/>
      </w:pPr>
      <w:r>
        <w:rPr>
          <w:sz w:val="22"/>
        </w:rPr>
        <w:t>D. Tyrosinemia loại I và III</w:t>
      </w:r>
    </w:p>
    <w:p/>
    <w:p>
      <w:r>
        <w:rPr>
          <w:b/>
          <w:sz w:val="24"/>
        </w:rPr>
        <w:t>Câu 54: Acid amin cần thiết gồm</w:t>
      </w:r>
    </w:p>
    <w:p>
      <w:pPr>
        <w:pStyle w:val="ListParagraph"/>
      </w:pPr>
      <w:r>
        <w:rPr>
          <w:sz w:val="22"/>
        </w:rPr>
        <w:t>A. Leucin, lysin, methionin</w:t>
      </w:r>
    </w:p>
    <w:p>
      <w:pPr>
        <w:pStyle w:val="ListParagraph"/>
      </w:pPr>
      <w:r>
        <w:rPr>
          <w:sz w:val="22"/>
        </w:rPr>
        <w:t>B. Alanin, cystein, glycin</w:t>
      </w:r>
    </w:p>
    <w:p>
      <w:pPr>
        <w:pStyle w:val="ListParagraph"/>
      </w:pPr>
      <w:r>
        <w:rPr>
          <w:sz w:val="22"/>
        </w:rPr>
        <w:t>C. Glutamin, acid aspartic, proli</w:t>
      </w:r>
    </w:p>
    <w:p>
      <w:pPr>
        <w:pStyle w:val="ListParagraph"/>
      </w:pPr>
      <w:r>
        <w:rPr>
          <w:sz w:val="22"/>
        </w:rPr>
        <w:t>D. Tyrosin, asparagin, serin</w:t>
      </w:r>
    </w:p>
    <w:p/>
    <w:p>
      <w:r>
        <w:rPr>
          <w:b/>
          <w:sz w:val="24"/>
        </w:rPr>
        <w:t>Câu 55: Acid amin tạo ceton là acid amin có thể chuyển hóa thành</w:t>
      </w:r>
    </w:p>
    <w:p>
      <w:pPr>
        <w:pStyle w:val="ListParagraph"/>
      </w:pPr>
      <w:r>
        <w:rPr>
          <w:sz w:val="22"/>
        </w:rPr>
        <w:t>A. Pyruvat</w:t>
      </w:r>
    </w:p>
    <w:p>
      <w:pPr>
        <w:pStyle w:val="ListParagraph"/>
      </w:pPr>
      <w:r>
        <w:rPr>
          <w:sz w:val="22"/>
        </w:rPr>
        <w:t>B. Succinyl-CoA</w:t>
      </w:r>
    </w:p>
    <w:p>
      <w:pPr>
        <w:pStyle w:val="ListParagraph"/>
      </w:pPr>
      <w:r>
        <w:rPr>
          <w:sz w:val="22"/>
        </w:rPr>
        <w:t>C. Aceto acetat</w:t>
      </w:r>
    </w:p>
    <w:p>
      <w:pPr>
        <w:pStyle w:val="ListParagraph"/>
      </w:pPr>
      <w:r>
        <w:rPr>
          <w:sz w:val="22"/>
        </w:rPr>
        <w:t>D. Fumarat</w:t>
      </w:r>
    </w:p>
    <w:p/>
    <w:p>
      <w:r>
        <w:rPr>
          <w:b/>
          <w:sz w:val="24"/>
        </w:rPr>
        <w:t>Câu 56: Acid amin tổng hợp được cả hai chất đường và ceton</w:t>
      </w:r>
    </w:p>
    <w:p>
      <w:pPr>
        <w:pStyle w:val="ListParagraph"/>
      </w:pPr>
      <w:r>
        <w:rPr>
          <w:sz w:val="22"/>
        </w:rPr>
        <w:t>A. Phenylalanin, lysin, tyrosin</w:t>
      </w:r>
    </w:p>
    <w:p>
      <w:pPr>
        <w:pStyle w:val="ListParagraph"/>
      </w:pPr>
      <w:r>
        <w:rPr>
          <w:sz w:val="22"/>
        </w:rPr>
        <w:t>B. Alanin, prolin, histidin</w:t>
      </w:r>
    </w:p>
    <w:p>
      <w:pPr>
        <w:pStyle w:val="ListParagraph"/>
      </w:pPr>
      <w:r>
        <w:rPr>
          <w:sz w:val="22"/>
        </w:rPr>
        <w:t>C. Threonin, valin, serin</w:t>
      </w:r>
    </w:p>
    <w:p>
      <w:pPr>
        <w:pStyle w:val="ListParagraph"/>
      </w:pPr>
      <w:r>
        <w:rPr>
          <w:sz w:val="22"/>
        </w:rPr>
        <w:t>D. Methionin, hydroxyprolin, glutamat</w:t>
      </w:r>
    </w:p>
    <w:p/>
    <w:p>
      <w:r>
        <w:rPr>
          <w:b/>
          <w:sz w:val="24"/>
        </w:rPr>
        <w:t>Câu 57: Glycin tham gia quá trình sinh tổng hợp</w:t>
      </w:r>
    </w:p>
    <w:p>
      <w:pPr>
        <w:pStyle w:val="ListParagraph"/>
      </w:pPr>
      <w:r>
        <w:rPr>
          <w:sz w:val="22"/>
        </w:rPr>
        <w:t>A. Nicotiamid, acid formic, CO&lt;sub&gt;2&lt;/sub&gt;, NH&lt;sub&gt;3&lt;/sub&gt;</w:t>
      </w:r>
    </w:p>
    <w:p>
      <w:pPr>
        <w:pStyle w:val="ListParagraph"/>
      </w:pPr>
      <w:r>
        <w:rPr>
          <w:sz w:val="22"/>
        </w:rPr>
        <w:t>B. Melanin, acetoacetat, fumarat</w:t>
      </w:r>
    </w:p>
    <w:p>
      <w:pPr>
        <w:pStyle w:val="ListParagraph"/>
      </w:pPr>
      <w:r>
        <w:rPr>
          <w:sz w:val="22"/>
        </w:rPr>
        <w:t>C. T3, T4, catecholamin</w:t>
      </w:r>
    </w:p>
    <w:p>
      <w:pPr>
        <w:pStyle w:val="ListParagraph"/>
      </w:pPr>
      <w:r>
        <w:rPr>
          <w:sz w:val="22"/>
        </w:rPr>
        <w:t>D. Acid mật, creatinin, hem, base nitơ</w:t>
      </w:r>
    </w:p>
    <w:p/>
    <w:p>
      <w:r>
        <w:rPr>
          <w:b/>
          <w:sz w:val="24"/>
        </w:rPr>
        <w:t>Câu 58: Các acid amin tham gia vào quá trình tổng hợp glutathion</w:t>
      </w:r>
    </w:p>
    <w:p>
      <w:pPr>
        <w:pStyle w:val="ListParagraph"/>
      </w:pPr>
      <w:r>
        <w:rPr>
          <w:sz w:val="22"/>
        </w:rPr>
        <w:t>A. Lysin, histindin, cystein</w:t>
      </w:r>
    </w:p>
    <w:p>
      <w:pPr>
        <w:pStyle w:val="ListParagraph"/>
      </w:pPr>
      <w:r>
        <w:rPr>
          <w:sz w:val="22"/>
        </w:rPr>
        <w:t>B. Glutamat, cystein, glycin</w:t>
      </w:r>
    </w:p>
    <w:p>
      <w:pPr>
        <w:pStyle w:val="ListParagraph"/>
      </w:pPr>
      <w:r>
        <w:rPr>
          <w:sz w:val="22"/>
        </w:rPr>
        <w:t>C. Serin, prolin, glutamat</w:t>
      </w:r>
    </w:p>
    <w:p>
      <w:pPr>
        <w:pStyle w:val="ListParagraph"/>
      </w:pPr>
      <w:r>
        <w:rPr>
          <w:sz w:val="22"/>
        </w:rPr>
        <w:t>D. Glycin, prolin, asparagin</w:t>
      </w:r>
    </w:p>
    <w:p/>
    <w:p>
      <w:r>
        <w:rPr>
          <w:b/>
          <w:sz w:val="24"/>
        </w:rPr>
        <w:t>Câu 59: Đặc điểm của creatin, NGOẠI TRỪ</w:t>
      </w:r>
    </w:p>
    <w:p>
      <w:pPr>
        <w:pStyle w:val="ListParagraph"/>
      </w:pPr>
      <w:r>
        <w:rPr>
          <w:sz w:val="22"/>
        </w:rPr>
        <w:t>A. Do gan tạo ra</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Phóng thích năng lượng tạo ATP trong tế bào chất hoặc cơ</w:t>
      </w:r>
    </w:p>
    <w:p/>
    <w:p>
      <w:r>
        <w:rPr>
          <w:b/>
          <w:sz w:val="24"/>
        </w:rPr>
        <w:t>Câu 60: Đặc điểm của creatinin, NGOẠI TRỪ</w:t>
      </w:r>
    </w:p>
    <w:p>
      <w:pPr>
        <w:pStyle w:val="ListParagraph"/>
      </w:pPr>
      <w:r>
        <w:rPr>
          <w:sz w:val="22"/>
        </w:rPr>
        <w:t>A. Là sản phẩm khử nước của creatin</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Lượng creatinin phụ thuộc vào lượng cơ</w:t>
      </w:r>
    </w:p>
    <w:p/>
    <w:p>
      <w:r>
        <w:rPr>
          <w:b/>
          <w:sz w:val="24"/>
        </w:rPr>
        <w:t>Câu 61: Histamin là sản phẩm được tạo ra từ</w:t>
      </w:r>
    </w:p>
    <w:p>
      <w:pPr>
        <w:pStyle w:val="ListParagraph"/>
      </w:pPr>
      <w:r>
        <w:rPr>
          <w:sz w:val="22"/>
        </w:rPr>
        <w:t>A. Sự khử carboxyl của histidin</w:t>
      </w:r>
    </w:p>
    <w:p>
      <w:pPr>
        <w:pStyle w:val="ListParagraph"/>
      </w:pPr>
      <w:r>
        <w:rPr>
          <w:sz w:val="22"/>
        </w:rPr>
        <w:t>B. Sự khử amin của histidin</w:t>
      </w:r>
    </w:p>
    <w:p>
      <w:pPr>
        <w:pStyle w:val="ListParagraph"/>
      </w:pPr>
      <w:r>
        <w:rPr>
          <w:sz w:val="22"/>
        </w:rPr>
        <w:t>C. Sự chuyển amin của histidi</w:t>
      </w:r>
    </w:p>
    <w:p>
      <w:pPr>
        <w:pStyle w:val="ListParagraph"/>
      </w:pPr>
      <w:r>
        <w:rPr>
          <w:sz w:val="22"/>
        </w:rPr>
        <w:t>D. Sự amin hóa của histidin</w:t>
      </w:r>
    </w:p>
    <w:p/>
    <w:p>
      <w:r>
        <w:rPr>
          <w:b/>
          <w:sz w:val="24"/>
        </w:rPr>
        <w:t>Câu 62: Trong các glucid sau, các chất thể hiện tính khử là:</w:t>
      </w:r>
    </w:p>
    <w:p>
      <w:pPr>
        <w:pStyle w:val="ListParagraph"/>
      </w:pPr>
      <w:r>
        <w:rPr>
          <w:sz w:val="22"/>
        </w:rPr>
        <w:t>A. Glucose, fructose, tinh bột.</w:t>
      </w:r>
    </w:p>
    <w:p>
      <w:pPr>
        <w:pStyle w:val="ListParagraph"/>
      </w:pPr>
      <w:r>
        <w:rPr>
          <w:sz w:val="22"/>
        </w:rPr>
        <w:t>B. Glucose, fructose, lactose</w:t>
      </w:r>
    </w:p>
    <w:p>
      <w:pPr>
        <w:pStyle w:val="ListParagraph"/>
      </w:pPr>
      <w:r>
        <w:rPr>
          <w:sz w:val="22"/>
        </w:rPr>
        <w:t>C. Glucose, fructose, saccaros</w:t>
      </w:r>
    </w:p>
    <w:p>
      <w:pPr>
        <w:pStyle w:val="ListParagraph"/>
      </w:pPr>
      <w:r>
        <w:rPr>
          <w:sz w:val="22"/>
        </w:rPr>
        <w:t>D. Fructose, tinh bột, lactose</w:t>
      </w:r>
    </w:p>
    <w:p/>
    <w:p>
      <w:r>
        <w:rPr>
          <w:b/>
          <w:sz w:val="24"/>
        </w:rPr>
        <w:t>Câu 63: Dãy chất nào sau đây là Polysaccarid tạp:</w:t>
      </w:r>
    </w:p>
    <w:p>
      <w:pPr>
        <w:pStyle w:val="ListParagraph"/>
      </w:pPr>
      <w:r>
        <w:rPr>
          <w:sz w:val="22"/>
        </w:rPr>
        <w:t>A. Cellulose, tinh bột, heparin</w:t>
      </w:r>
    </w:p>
    <w:p>
      <w:pPr>
        <w:pStyle w:val="ListParagraph"/>
      </w:pPr>
      <w:r>
        <w:rPr>
          <w:sz w:val="22"/>
        </w:rPr>
        <w:t>B. Heparin, acid hyaluronic, cellulose</w:t>
      </w:r>
    </w:p>
    <w:p>
      <w:pPr>
        <w:pStyle w:val="ListParagraph"/>
      </w:pPr>
      <w:r>
        <w:rPr>
          <w:sz w:val="22"/>
        </w:rPr>
        <w:t>C. Condroitin sunfat, heparin, acid hyaluronic</w:t>
      </w:r>
    </w:p>
    <w:p>
      <w:pPr>
        <w:pStyle w:val="ListParagraph"/>
      </w:pPr>
      <w:r>
        <w:rPr>
          <w:sz w:val="22"/>
        </w:rPr>
        <w:t>D. Acid hyaluronic, glycogen, cellulose</w:t>
      </w:r>
    </w:p>
    <w:p/>
    <w:p>
      <w:r>
        <w:rPr>
          <w:b/>
          <w:sz w:val="24"/>
        </w:rPr>
        <w:t>Câu 64: Các nhóm chất sau đây, nhóm nào có cấu tạo phân nhánh:</w:t>
      </w:r>
    </w:p>
    <w:p>
      <w:pPr>
        <w:pStyle w:val="ListParagraph"/>
      </w:pPr>
      <w:r>
        <w:rPr>
          <w:sz w:val="22"/>
        </w:rPr>
        <w:t>A. Amylopectin, Glycogen</w:t>
      </w:r>
    </w:p>
    <w:p>
      <w:pPr>
        <w:pStyle w:val="ListParagraph"/>
      </w:pPr>
      <w:r>
        <w:rPr>
          <w:sz w:val="22"/>
        </w:rPr>
        <w:t>B. Amylopectin, Cellulose</w:t>
      </w:r>
    </w:p>
    <w:p>
      <w:pPr>
        <w:pStyle w:val="ListParagraph"/>
      </w:pPr>
      <w:r>
        <w:rPr>
          <w:sz w:val="22"/>
        </w:rPr>
        <w:t>C. Cellulose, Amylose</w:t>
      </w:r>
    </w:p>
    <w:p>
      <w:pPr>
        <w:pStyle w:val="ListParagraph"/>
      </w:pPr>
      <w:r>
        <w:rPr>
          <w:sz w:val="22"/>
        </w:rPr>
        <w:t>D. Dextrin, Cellulose</w:t>
      </w:r>
    </w:p>
    <w:p/>
    <w:p>
      <w:r>
        <w:rPr>
          <w:b/>
          <w:sz w:val="24"/>
        </w:rPr>
        <w:t>Câu 65: Trong các chất sau đây, chất nào tác dụng với Iod cho màu đỏ nâu:</w:t>
      </w:r>
    </w:p>
    <w:p>
      <w:pPr>
        <w:pStyle w:val="ListParagraph"/>
      </w:pPr>
      <w:r>
        <w:rPr>
          <w:sz w:val="22"/>
        </w:rPr>
        <w:t>A. Cellulose.</w:t>
      </w:r>
    </w:p>
    <w:p>
      <w:pPr>
        <w:pStyle w:val="ListParagraph"/>
      </w:pPr>
      <w:r>
        <w:rPr>
          <w:sz w:val="22"/>
        </w:rPr>
        <w:t>B. Glycogen</w:t>
      </w:r>
    </w:p>
    <w:p>
      <w:pPr>
        <w:pStyle w:val="ListParagraph"/>
      </w:pPr>
      <w:r>
        <w:rPr>
          <w:sz w:val="22"/>
        </w:rPr>
        <w:t>C. Amylose</w:t>
      </w:r>
    </w:p>
    <w:p>
      <w:pPr>
        <w:pStyle w:val="ListParagraph"/>
      </w:pPr>
      <w:r>
        <w:rPr>
          <w:sz w:val="22"/>
        </w:rPr>
        <w:t>D. Amylodextrin</w:t>
      </w:r>
    </w:p>
    <w:p/>
    <w:p>
      <w:r>
        <w:rPr>
          <w:b/>
          <w:sz w:val="24"/>
        </w:rPr>
        <w:t>Câu 66: Nhóm chất nào là Mucopolysaccarid</w:t>
      </w:r>
    </w:p>
    <w:p>
      <w:pPr>
        <w:pStyle w:val="ListParagraph"/>
      </w:pPr>
      <w:r>
        <w:rPr>
          <w:sz w:val="22"/>
        </w:rPr>
        <w:t>A. Acid hyaluronic, Cellulose và Condroitin Sulfat.</w:t>
      </w:r>
    </w:p>
    <w:p>
      <w:pPr>
        <w:pStyle w:val="ListParagraph"/>
      </w:pPr>
      <w:r>
        <w:rPr>
          <w:sz w:val="22"/>
        </w:rPr>
        <w:t>B. Acid hyaluronic, Condroitin Sulfat và Heparin</w:t>
      </w:r>
    </w:p>
    <w:p>
      <w:pPr>
        <w:pStyle w:val="ListParagraph"/>
      </w:pPr>
      <w:r>
        <w:rPr>
          <w:sz w:val="22"/>
        </w:rPr>
        <w:t>C. Acid hyaluronic, Cellulose và Dextran.</w:t>
      </w:r>
    </w:p>
    <w:p>
      <w:pPr>
        <w:pStyle w:val="ListParagraph"/>
      </w:pPr>
      <w:r>
        <w:rPr>
          <w:sz w:val="22"/>
        </w:rPr>
        <w:t>D. Cellulose, Condroitin Sulfat và Heparin.</w:t>
      </w:r>
    </w:p>
    <w:p/>
    <w:p>
      <w:r>
        <w:rPr>
          <w:b/>
          <w:sz w:val="24"/>
        </w:rPr>
        <w:t>Câu 67: Công thức bên là cấu tạo của: 🖼️ [IMAGE: /static/uploads/docx_img_1791215302_1bdcea04.png]</w:t>
      </w:r>
    </w:p>
    <w:p>
      <w:pPr>
        <w:pStyle w:val="ListParagraph"/>
      </w:pPr>
      <w:r>
        <w:rPr>
          <w:sz w:val="22"/>
        </w:rPr>
        <w:t>A. Saccarose.</w:t>
      </w:r>
    </w:p>
    <w:p>
      <w:pPr>
        <w:pStyle w:val="ListParagraph"/>
      </w:pPr>
      <w:r>
        <w:rPr>
          <w:sz w:val="22"/>
        </w:rPr>
        <w:t>B. Lactose.</w:t>
      </w:r>
    </w:p>
    <w:p>
      <w:pPr>
        <w:pStyle w:val="ListParagraph"/>
      </w:pPr>
      <w:r>
        <w:rPr>
          <w:sz w:val="22"/>
        </w:rPr>
        <w:t>C. Maltose</w:t>
      </w:r>
    </w:p>
    <w:p>
      <w:pPr>
        <w:pStyle w:val="ListParagraph"/>
      </w:pPr>
      <w:r>
        <w:rPr>
          <w:sz w:val="22"/>
        </w:rPr>
        <w:t>D. Galactose</w:t>
      </w:r>
    </w:p>
    <w:p/>
    <w:p>
      <w:r>
        <w:rPr>
          <w:b/>
          <w:sz w:val="24"/>
        </w:rPr>
        <w:t>Câu 68: Chất nào không có tính khử</w:t>
      </w:r>
    </w:p>
    <w:p>
      <w:pPr>
        <w:pStyle w:val="ListParagraph"/>
      </w:pPr>
      <w:r>
        <w:rPr>
          <w:sz w:val="22"/>
        </w:rPr>
        <w:t>A. Saccarose</w:t>
      </w:r>
    </w:p>
    <w:p>
      <w:pPr>
        <w:pStyle w:val="ListParagraph"/>
      </w:pPr>
      <w:r>
        <w:rPr>
          <w:sz w:val="22"/>
        </w:rPr>
        <w:t>B. Lactose</w:t>
      </w:r>
    </w:p>
    <w:p>
      <w:pPr>
        <w:pStyle w:val="ListParagraph"/>
      </w:pPr>
      <w:r>
        <w:rPr>
          <w:sz w:val="22"/>
        </w:rPr>
        <w:t>C. Mantose</w:t>
      </w:r>
    </w:p>
    <w:p>
      <w:pPr>
        <w:pStyle w:val="ListParagraph"/>
      </w:pPr>
      <w:r>
        <w:rPr>
          <w:sz w:val="22"/>
        </w:rPr>
        <w:t>D. Galactose</w:t>
      </w:r>
    </w:p>
    <w:p/>
    <w:p>
      <w:r>
        <w:rPr>
          <w:b/>
          <w:sz w:val="24"/>
        </w:rPr>
        <w:t>Câu 69: Phản ứng Molish dùng để nhận định:</w:t>
      </w:r>
    </w:p>
    <w:p>
      <w:pPr>
        <w:pStyle w:val="ListParagraph"/>
      </w:pPr>
      <w:r>
        <w:rPr>
          <w:sz w:val="22"/>
        </w:rPr>
        <w:t>A. Các chất có nhóm ceton.</w:t>
      </w:r>
    </w:p>
    <w:p>
      <w:pPr>
        <w:pStyle w:val="ListParagraph"/>
      </w:pPr>
      <w:r>
        <w:rPr>
          <w:sz w:val="22"/>
        </w:rPr>
        <w:t>B. Các chất là Glucid</w:t>
      </w:r>
    </w:p>
    <w:p>
      <w:pPr>
        <w:pStyle w:val="ListParagraph"/>
      </w:pPr>
      <w:r>
        <w:rPr>
          <w:sz w:val="22"/>
        </w:rPr>
        <w:t>C. Các chất có nhóm aldehyd</w:t>
      </w:r>
    </w:p>
    <w:p>
      <w:pPr>
        <w:pStyle w:val="ListParagraph"/>
      </w:pPr>
      <w:r>
        <w:rPr>
          <w:sz w:val="22"/>
        </w:rPr>
        <w:t>D. Các chất là Protid</w:t>
      </w:r>
    </w:p>
    <w:p/>
    <w:p>
      <w:r>
        <w:rPr>
          <w:b/>
          <w:sz w:val="24"/>
        </w:rPr>
        <w:t>Câu 70: Glucose và Fructose khi bị khử (+2H ) sẽ cho chất gọi là:</w:t>
      </w:r>
    </w:p>
    <w:p>
      <w:pPr>
        <w:pStyle w:val="ListParagraph"/>
      </w:pPr>
      <w:r>
        <w:rPr>
          <w:sz w:val="22"/>
        </w:rPr>
        <w:t>A. Ribitol</w:t>
      </w:r>
    </w:p>
    <w:p>
      <w:pPr>
        <w:pStyle w:val="ListParagraph"/>
      </w:pPr>
      <w:r>
        <w:rPr>
          <w:sz w:val="22"/>
        </w:rPr>
        <w:t>B. Sorbitol</w:t>
      </w:r>
    </w:p>
    <w:p>
      <w:pPr>
        <w:pStyle w:val="ListParagraph"/>
      </w:pPr>
      <w:r>
        <w:rPr>
          <w:sz w:val="22"/>
        </w:rPr>
        <w:t>C. Mannitol</w:t>
      </w:r>
    </w:p>
    <w:p>
      <w:pPr>
        <w:pStyle w:val="ListParagraph"/>
      </w:pPr>
      <w:r>
        <w:rPr>
          <w:sz w:val="22"/>
        </w:rPr>
        <w:t>D. Alcol etylic</w:t>
      </w:r>
    </w:p>
    <w:p/>
    <w:p>
      <w:r>
        <w:rPr>
          <w:b/>
          <w:sz w:val="24"/>
        </w:rPr>
        <w:t>Câu 71: Phản ứng Feling dùng để nhận định:</w:t>
      </w:r>
    </w:p>
    <w:p>
      <w:pPr>
        <w:pStyle w:val="ListParagraph"/>
      </w:pPr>
      <w:r>
        <w:rPr>
          <w:sz w:val="22"/>
        </w:rPr>
        <w:t>A. Saccarose</w:t>
      </w:r>
    </w:p>
    <w:p>
      <w:pPr>
        <w:pStyle w:val="ListParagraph"/>
      </w:pPr>
      <w:r>
        <w:rPr>
          <w:sz w:val="22"/>
        </w:rPr>
        <w:t>B. Lactose</w:t>
      </w:r>
    </w:p>
    <w:p>
      <w:pPr>
        <w:pStyle w:val="ListParagraph"/>
      </w:pPr>
      <w:r>
        <w:rPr>
          <w:sz w:val="22"/>
        </w:rPr>
        <w:t>C. Amylose</w:t>
      </w:r>
    </w:p>
    <w:p>
      <w:pPr>
        <w:pStyle w:val="ListParagraph"/>
      </w:pPr>
      <w:r>
        <w:rPr>
          <w:sz w:val="22"/>
        </w:rPr>
        <w:t>D. Amylopectin</w:t>
      </w:r>
    </w:p>
    <w:p/>
    <w:p>
      <w:r>
        <w:rPr>
          <w:b/>
          <w:sz w:val="24"/>
        </w:rPr>
        <w:t>Câu 72: Các nhóm chất nào sau đây có cấu tạo mạch thẳng không phân nhánh:</w:t>
      </w:r>
    </w:p>
    <w:p>
      <w:pPr>
        <w:pStyle w:val="ListParagraph"/>
      </w:pPr>
      <w:r>
        <w:rPr>
          <w:sz w:val="22"/>
        </w:rPr>
        <w:t>A. Amylose, Glycogen, Cellulose</w:t>
      </w:r>
    </w:p>
    <w:p>
      <w:pPr>
        <w:pStyle w:val="ListParagraph"/>
      </w:pPr>
      <w:r>
        <w:rPr>
          <w:sz w:val="22"/>
        </w:rPr>
        <w:t>B. Amylopectin, Glycogen, Cellulose</w:t>
      </w:r>
    </w:p>
    <w:p>
      <w:pPr>
        <w:pStyle w:val="ListParagraph"/>
      </w:pPr>
      <w:r>
        <w:rPr>
          <w:sz w:val="22"/>
        </w:rPr>
        <w:t>C. Amylose, Cellulose</w:t>
      </w:r>
    </w:p>
    <w:p>
      <w:pPr>
        <w:pStyle w:val="ListParagraph"/>
      </w:pPr>
      <w:r>
        <w:rPr>
          <w:sz w:val="22"/>
        </w:rPr>
        <w:t>D. Dextrin, Glycogen, Amylopectin</w:t>
      </w:r>
    </w:p>
    <w:p/>
    <w:p>
      <w:r>
        <w:rPr>
          <w:b/>
          <w:sz w:val="24"/>
        </w:rPr>
        <w:t>Câu 73: Trong cấu tạo của Heparin có:</w:t>
      </w:r>
    </w:p>
    <w:p>
      <w:pPr>
        <w:pStyle w:val="ListParagraph"/>
      </w:pPr>
      <w:r>
        <w:rPr>
          <w:sz w:val="22"/>
        </w:rPr>
        <w:t>A. H&lt;sub&gt;3&lt;/sub&gt;PO&lt;sub&gt;4&lt;/sub&gt;</w:t>
      </w:r>
    </w:p>
    <w:p>
      <w:pPr>
        <w:pStyle w:val="ListParagraph"/>
      </w:pPr>
      <w:r>
        <w:rPr>
          <w:sz w:val="22"/>
        </w:rPr>
        <w:t>B. H&lt;sub&gt;2&lt;/sub&gt;SO&lt;sub&gt;4&lt;/sub&gt;</w:t>
      </w:r>
    </w:p>
    <w:p>
      <w:pPr>
        <w:pStyle w:val="ListParagraph"/>
      </w:pPr>
      <w:r>
        <w:rPr>
          <w:sz w:val="22"/>
        </w:rPr>
        <w:t>C. Acid Gluconic</w:t>
      </w:r>
    </w:p>
    <w:p>
      <w:pPr>
        <w:pStyle w:val="ListParagraph"/>
      </w:pPr>
      <w:r>
        <w:rPr>
          <w:sz w:val="22"/>
        </w:rPr>
        <w:t>D. Acid Glyceric</w:t>
      </w:r>
    </w:p>
    <w:p/>
    <w:p>
      <w:r>
        <w:rPr>
          <w:b/>
          <w:sz w:val="24"/>
        </w:rPr>
        <w:t>Câu 74: Tập hợp các coenzym nào dưới đây tham gia vào quá trình khử Carboxyl oxy hóa:</w:t>
      </w:r>
    </w:p>
    <w:p>
      <w:pPr>
        <w:pStyle w:val="ListParagraph"/>
      </w:pPr>
      <w:r>
        <w:rPr>
          <w:sz w:val="22"/>
        </w:rPr>
        <w:t>A. TPP, NAD, Pyridoxalè</w:t>
      </w:r>
    </w:p>
    <w:p>
      <w:pPr>
        <w:pStyle w:val="ListParagraph"/>
      </w:pPr>
      <w:r>
        <w:rPr>
          <w:sz w:val="22"/>
        </w:rPr>
        <w:t>B. NAD, FAD, Biotin.</w:t>
      </w:r>
    </w:p>
    <w:p>
      <w:pPr>
        <w:pStyle w:val="ListParagraph"/>
      </w:pPr>
      <w:r>
        <w:rPr>
          <w:sz w:val="22"/>
        </w:rPr>
        <w:t>C. Acid Lipoic, Biotin, CoASH.</w:t>
      </w:r>
    </w:p>
    <w:p>
      <w:pPr>
        <w:pStyle w:val="ListParagraph"/>
      </w:pPr>
      <w:r>
        <w:rPr>
          <w:sz w:val="22"/>
        </w:rPr>
        <w:t>D. NAD, TPP, CoASH</w:t>
      </w:r>
    </w:p>
    <w:p/>
    <w:p>
      <w:r>
        <w:rPr>
          <w:b/>
          <w:sz w:val="24"/>
        </w:rPr>
        <w:t>Câu 75: Chuyển hóa Fructose 6 è F 1-6 Di è cần: 🖼️ [IMAGE: /static/uploads/docx_img_1791215302_08fb745a.png]</w:t>
      </w:r>
    </w:p>
    <w:p>
      <w:pPr>
        <w:pStyle w:val="ListParagraph"/>
      </w:pPr>
      <w:r>
        <w:rPr>
          <w:sz w:val="22"/>
        </w:rPr>
        <w:t>A. NADP và Fructo 1-6 Di Phosphatase</w:t>
      </w:r>
    </w:p>
    <w:p>
      <w:pPr>
        <w:pStyle w:val="ListParagraph"/>
      </w:pPr>
      <w:r>
        <w:rPr>
          <w:sz w:val="22"/>
        </w:rPr>
        <w:t>B. ATP và Phosphofructokinase</w:t>
      </w:r>
    </w:p>
    <w:p>
      <w:pPr>
        <w:pStyle w:val="ListParagraph"/>
      </w:pPr>
      <w:r>
        <w:rPr>
          <w:sz w:val="22"/>
        </w:rPr>
        <w:t>C. H&lt;sub&gt;3&lt;/sub&gt;PO&lt;sub&gt;4&lt;/sub&gt; và F 1-6 Di Phosphatase</w:t>
      </w:r>
    </w:p>
    <w:p>
      <w:pPr>
        <w:pStyle w:val="ListParagraph"/>
      </w:pPr>
      <w:r>
        <w:rPr>
          <w:sz w:val="22"/>
        </w:rPr>
        <w:t>D. ADP và Phosphofructokinase</w:t>
      </w:r>
    </w:p>
    <w:p/>
    <w:p>
      <w:r>
        <w:rPr>
          <w:b/>
          <w:sz w:val="24"/>
        </w:rPr>
        <w:t>Câu 76: Trong quá trình thoái hóa Glycogen thành Glucose, enzym nào sau đây tham gia cắt nhánh để giải phóng Glucose tự do:</w:t>
      </w:r>
    </w:p>
    <w:p>
      <w:pPr>
        <w:pStyle w:val="ListParagraph"/>
      </w:pPr>
      <w:r>
        <w:rPr>
          <w:sz w:val="22"/>
        </w:rPr>
        <w:t>A. Phosphorylase.</w:t>
      </w:r>
    </w:p>
    <w:p>
      <w:pPr>
        <w:pStyle w:val="ListParagraph"/>
      </w:pPr>
      <w:r>
        <w:rPr>
          <w:sz w:val="22"/>
        </w:rPr>
        <w:t>B. Amylo 1-6 Glucosidase @.</w:t>
      </w:r>
    </w:p>
    <w:p>
      <w:pPr>
        <w:pStyle w:val="ListParagraph"/>
      </w:pPr>
      <w:r>
        <w:rPr>
          <w:sz w:val="22"/>
        </w:rPr>
        <w:t>C. Amylo 1-4 → 1-4 transGlucosidase</w:t>
      </w:r>
    </w:p>
    <w:p>
      <w:pPr>
        <w:pStyle w:val="ListParagraph"/>
      </w:pPr>
      <w:r>
        <w:rPr>
          <w:sz w:val="22"/>
        </w:rPr>
        <w:t>D. Amylo 1-4 → 1-6 transGlucosidase</w:t>
      </w:r>
    </w:p>
    <w:p/>
    <w:p>
      <w:r>
        <w:rPr>
          <w:b/>
          <w:sz w:val="24"/>
        </w:rPr>
        <w:t>Câu 77: Quá trình tổng hợp Glycogen từ Glucose theo tuần tự sẽ là:</w:t>
      </w:r>
    </w:p>
    <w:p>
      <w:pPr>
        <w:pStyle w:val="ListParagraph"/>
      </w:pPr>
      <w:r>
        <w:rPr>
          <w:sz w:val="22"/>
        </w:rPr>
        <w:t>A. Glucose G-1-è G-6-è Tổng hợp mạch thẳng Tổng hợp mạch nhánh. 🖼️ [IMAGE: /static/uploads/docx_img_1791215302_08fb745a.png] 🖼️ [IMAGE: /static/uploads/docx_img_1791215302_08fb745a.png] 🖼️ [IMAGE: /static/uploads/docx_img_1791215302_08fb745a.png] 🖼️ [IMAGE: /static/uploads/docx_img_1791215302_08fb745a.png]</w:t>
      </w:r>
    </w:p>
    <w:p>
      <w:pPr>
        <w:pStyle w:val="ListParagraph"/>
      </w:pPr>
      <w:r>
        <w:rPr>
          <w:sz w:val="22"/>
        </w:rPr>
        <w:t>B. Glucose G-1-è G-6-èTổng hợp mạch nhánh Tổng hợp mạch thẳng. 🖼️ [IMAGE: /static/uploads/docx_img_1791215302_08fb745a.png] 🖼️ [IMAGE: /static/uploads/docx_img_1791215302_08fb745a.png] 🖼️ [IMAGE: /static/uploads/docx_img_1791215302_08fb745a.png] 🖼️ [IMAGE: /static/uploads/docx_img_1791215302_08fb745a.png]</w:t>
      </w:r>
    </w:p>
    <w:p>
      <w:pPr>
        <w:pStyle w:val="ListParagraph"/>
      </w:pPr>
      <w:r>
        <w:rPr>
          <w:sz w:val="22"/>
        </w:rPr>
        <w:t>C. Glucose G-6-è G-1-èTổng hợp mạch thẳng Tổng hợp mạch nhánh 🖼️ [IMAGE: /static/uploads/docx_img_1791215302_08fb745a.png] 🖼️ [IMAGE: /static/uploads/docx_img_1791215302_08fb745a.png] 🖼️ [IMAGE: /static/uploads/docx_img_1791215302_08fb745a.png] 🖼️ [IMAGE: /static/uploads/docx_img_1791215302_08fb745a.png]</w:t>
      </w:r>
    </w:p>
    <w:p>
      <w:pPr>
        <w:pStyle w:val="ListParagraph"/>
      </w:pPr>
      <w:r>
        <w:rPr>
          <w:sz w:val="22"/>
        </w:rPr>
        <w:t>D. GlucoseG-6-èG-1-è Tổng hợp mạch nhánh Tổng hợp mạch thẳng. 🖼️ [IMAGE: /static/uploads/docx_img_1791215302_08fb745a.png] 🖼️ [IMAGE: /static/uploads/docx_img_1791215302_08fb745a.png] 🖼️ [IMAGE: /static/uploads/docx_img_1791215302_08fb745a.png] 🖼️ [IMAGE: /static/uploads/docx_img_1791215302_08fb745a.png]</w:t>
      </w:r>
    </w:p>
    <w:p/>
    <w:p>
      <w:r>
        <w:rPr>
          <w:b/>
          <w:sz w:val="24"/>
        </w:rPr>
        <w:t>Câu 78: Trong chuỗi phản ứng sau,ở giai đoạn nào có sự tham gia của enzym Aldolase: 🖼️ [IMAGE: /static/uploads/docx_img_1791215302_82b62183.png]</w:t>
      </w:r>
    </w:p>
    <w:p>
      <w:pPr>
        <w:pStyle w:val="ListParagraph"/>
      </w:pPr>
      <w:r>
        <w:rPr>
          <w:sz w:val="22"/>
        </w:rPr>
        <w:t>A. 1, 5</w:t>
      </w:r>
    </w:p>
    <w:p>
      <w:pPr>
        <w:pStyle w:val="ListParagraph"/>
      </w:pPr>
      <w:r>
        <w:rPr>
          <w:sz w:val="22"/>
        </w:rPr>
        <w:t>B. 2, 5</w:t>
      </w:r>
    </w:p>
    <w:p>
      <w:pPr>
        <w:pStyle w:val="ListParagraph"/>
      </w:pPr>
      <w:r>
        <w:rPr>
          <w:sz w:val="22"/>
        </w:rPr>
        <w:t>C. 3</w:t>
      </w:r>
    </w:p>
    <w:p>
      <w:pPr>
        <w:pStyle w:val="ListParagraph"/>
      </w:pPr>
      <w:r>
        <w:rPr>
          <w:sz w:val="22"/>
        </w:rPr>
        <w:t>D. 4</w:t>
      </w:r>
    </w:p>
    <w:p/>
    <w:p>
      <w:r>
        <w:rPr>
          <w:b/>
          <w:sz w:val="24"/>
        </w:rPr>
        <w:t>Câu 79: Trong chuỗi phản ứng sau,ở giai đoạn nào có sự tham gia của enzym Glucose kinase: 🖼️ [IMAGE: /static/uploads/docx_img_1791215302_306e05e7.png]</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80: Trong chuỗi phản ứng sau,ở giai đoạn nào có sự tham gia của enzym Phosphogluco isomerase: 🖼️ [IMAGE: /static/uploads/docx_img_1791215302_aacadab5.png]</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81: Trong chuỗi phản ứng sau,ở giai đoạn nào có sự tham gia của enzym Phosphofructosekinase: 🖼️ [IMAGE: /static/uploads/docx_img_1791215302_8d3f2e43.png]</w:t>
      </w:r>
    </w:p>
    <w:p>
      <w:pPr>
        <w:pStyle w:val="ListParagraph"/>
      </w:pPr>
      <w:r>
        <w:rPr>
          <w:sz w:val="22"/>
        </w:rPr>
        <w:t>A. 1,5</w:t>
      </w:r>
    </w:p>
    <w:p>
      <w:pPr>
        <w:pStyle w:val="ListParagraph"/>
      </w:pPr>
      <w:r>
        <w:rPr>
          <w:sz w:val="22"/>
        </w:rPr>
        <w:t>B. 2,5</w:t>
      </w:r>
    </w:p>
    <w:p>
      <w:pPr>
        <w:pStyle w:val="ListParagraph"/>
      </w:pPr>
      <w:r>
        <w:rPr>
          <w:sz w:val="22"/>
        </w:rPr>
        <w:t>C. 3</w:t>
      </w:r>
    </w:p>
    <w:p>
      <w:pPr>
        <w:pStyle w:val="ListParagraph"/>
      </w:pPr>
      <w:r>
        <w:rPr>
          <w:sz w:val="22"/>
        </w:rPr>
        <w:t>D. 4</w:t>
      </w:r>
    </w:p>
    <w:p/>
    <w:p>
      <w:r>
        <w:rPr>
          <w:b/>
          <w:sz w:val="24"/>
        </w:rPr>
        <w:t>Câu 82: Trong chuỗi phản ứng sau,ở giai đoạn nào có sự tham gia của enzym Triophosphat isomerase 🖼️ [IMAGE: /static/uploads/docx_img_1791215302_bf198b69.png]</w:t>
      </w:r>
    </w:p>
    <w:p>
      <w:pPr>
        <w:pStyle w:val="ListParagraph"/>
      </w:pPr>
      <w:r>
        <w:rPr>
          <w:sz w:val="22"/>
        </w:rPr>
        <w:t>A. 1,2</w:t>
      </w:r>
    </w:p>
    <w:p>
      <w:pPr>
        <w:pStyle w:val="ListParagraph"/>
      </w:pPr>
      <w:r>
        <w:rPr>
          <w:sz w:val="22"/>
        </w:rPr>
        <w:t>B. 3,4</w:t>
      </w:r>
    </w:p>
    <w:p>
      <w:pPr>
        <w:pStyle w:val="ListParagraph"/>
      </w:pPr>
      <w:r>
        <w:rPr>
          <w:sz w:val="22"/>
        </w:rPr>
        <w:t>C. 4</w:t>
      </w:r>
    </w:p>
    <w:p>
      <w:pPr>
        <w:pStyle w:val="ListParagraph"/>
      </w:pPr>
      <w:r>
        <w:rPr>
          <w:sz w:val="22"/>
        </w:rPr>
        <w:t>D. 5</w:t>
      </w:r>
    </w:p>
    <w:p/>
    <w:p>
      <w:r>
        <w:rPr>
          <w:b/>
          <w:sz w:val="24"/>
        </w:rPr>
        <w:t>Câu 83: Trong chu trình Pentose Phosphat, Transcetolase là Enzym chuyển nhóm:</w:t>
      </w:r>
    </w:p>
    <w:p>
      <w:pPr>
        <w:pStyle w:val="ListParagraph"/>
      </w:pPr>
      <w:r>
        <w:rPr>
          <w:sz w:val="22"/>
        </w:rPr>
        <w:t>A. 3 đơn vị C từ Cetose đến Aldose.</w:t>
      </w:r>
    </w:p>
    <w:p>
      <w:pPr>
        <w:pStyle w:val="ListParagraph"/>
      </w:pPr>
      <w:r>
        <w:rPr>
          <w:sz w:val="22"/>
        </w:rPr>
        <w:t>B. 2 đơn vị C từ Aldose đến Cetose C.</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84: Trong chu trình Pentose Phosphat, Trans aldolase là enzym chuyển nhóm:</w:t>
      </w:r>
    </w:p>
    <w:p>
      <w:pPr>
        <w:pStyle w:val="ListParagraph"/>
      </w:pPr>
      <w:r>
        <w:rPr>
          <w:sz w:val="22"/>
        </w:rPr>
        <w:t>A. 3 đơn vị C từ Cetose đến Aldose</w:t>
      </w:r>
    </w:p>
    <w:p>
      <w:pPr>
        <w:pStyle w:val="ListParagraph"/>
      </w:pPr>
      <w:r>
        <w:rPr>
          <w:sz w:val="22"/>
        </w:rPr>
        <w:t>B. 2 đơn vị C từ Aldose đến Cetose</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85: Phản ứng tổng quát của chu trình Pentose Phosphat:</w:t>
      </w:r>
    </w:p>
    <w:p>
      <w:pPr>
        <w:pStyle w:val="ListParagraph"/>
      </w:pPr>
      <w:r>
        <w:rPr>
          <w:sz w:val="22"/>
        </w:rPr>
        <w:t>A. 6G-6-è + 12 NADP&lt;sup&gt;+&lt;/sup&gt; + 6H&lt;sub&gt;2&lt;/sub&gt;O ® 5G-6-è + 6CO&lt;sub&gt;2&lt;/sub&gt; + 12 NADPHH&lt;sup&gt;+&lt;/sup&gt;</w:t>
      </w:r>
    </w:p>
    <w:p>
      <w:pPr>
        <w:pStyle w:val="ListParagraph"/>
      </w:pPr>
      <w:r>
        <w:rPr>
          <w:sz w:val="22"/>
        </w:rPr>
        <w:t>B. 3 G-6-è+3NADP&lt;sup&gt;+&lt;/sup&gt;+ 3H&lt;sub&gt;2&lt;/sub&gt;® G-6-è + P Glyceraldedyd + 3NADPHH&lt;sup&gt;+ &lt;/sup&gt;+3CO&lt;sub&gt;2&lt;/sub&gt;</w:t>
      </w:r>
    </w:p>
    <w:p>
      <w:pPr>
        <w:pStyle w:val="ListParagraph"/>
      </w:pPr>
      <w:r>
        <w:rPr>
          <w:sz w:val="22"/>
        </w:rPr>
        <w:t>C. 3 G-6-è + 3NAD&lt;sup&gt;+&lt;/sup&gt; + 3H&lt;sub&gt;2&lt;/sub&gt;O ® 2 G-6-è+ Glyceraldedyd + 3NADHH&lt;sup&gt;+ &lt;/sup&gt;+CO&lt;sub&gt;2&lt;/sub&gt;</w:t>
      </w:r>
    </w:p>
    <w:p>
      <w:pPr>
        <w:pStyle w:val="ListParagraph"/>
      </w:pPr>
      <w:r>
        <w:rPr>
          <w:sz w:val="22"/>
        </w:rPr>
        <w:t>D. 6 G-6-è + 12NAD&lt;sup&gt;+&lt;/sup&gt; + 6H&lt;sub&gt;2&lt;/sub&gt;O ® 5 G-6-è + 12NADHH&lt;sup&gt;+&lt;/sup&gt; + 6 CO&lt;sub&gt;2&lt;/sub&gt;.</w:t>
      </w:r>
    </w:p>
    <w:p/>
    <w:p>
      <w:r>
        <w:rPr>
          <w:b/>
          <w:sz w:val="24"/>
        </w:rPr>
        <w:t>Câu 86: Trong quá trình tổng hợp Glucose từ Pyruvat,ở chuỗi phản ứng sau, giai đoạn nào là không thuận nghịch với quá trình thoái hóa Glucose 🖼️ [IMAGE: /static/uploads/docx_img_1791215302_3447a45b.png]</w:t>
      </w:r>
    </w:p>
    <w:p>
      <w:pPr>
        <w:pStyle w:val="ListParagraph"/>
      </w:pPr>
      <w:r>
        <w:rPr>
          <w:sz w:val="22"/>
        </w:rPr>
        <w:t>A. 1,2</w:t>
      </w:r>
    </w:p>
    <w:p>
      <w:pPr>
        <w:pStyle w:val="ListParagraph"/>
      </w:pPr>
      <w:r>
        <w:rPr>
          <w:sz w:val="22"/>
        </w:rPr>
        <w:t>B. 1,3</w:t>
      </w:r>
    </w:p>
    <w:p>
      <w:pPr>
        <w:pStyle w:val="ListParagraph"/>
      </w:pPr>
      <w:r>
        <w:rPr>
          <w:sz w:val="22"/>
        </w:rPr>
        <w:t>C. 1,4</w:t>
      </w:r>
    </w:p>
    <w:p>
      <w:pPr>
        <w:pStyle w:val="ListParagraph"/>
      </w:pPr>
      <w:r>
        <w:rPr>
          <w:sz w:val="22"/>
        </w:rPr>
        <w:t>D. 2,4</w:t>
      </w:r>
    </w:p>
    <w:p/>
    <w:p>
      <w:r>
        <w:rPr>
          <w:b/>
          <w:sz w:val="24"/>
        </w:rPr>
        <w:t>Câu 87: Sự tổng hợp Glucose từ các acid amin qua trung gian của:</w:t>
      </w:r>
    </w:p>
    <w:p>
      <w:pPr>
        <w:pStyle w:val="ListParagraph"/>
      </w:pPr>
      <w:r>
        <w:rPr>
          <w:sz w:val="22"/>
        </w:rPr>
        <w:t>A. Pyruvat, Phosphoglycerat, các sản phẩm trung gian của chu trình Krebs</w:t>
      </w:r>
    </w:p>
    <w:p>
      <w:pPr>
        <w:pStyle w:val="ListParagraph"/>
      </w:pPr>
      <w:r>
        <w:rPr>
          <w:sz w:val="22"/>
        </w:rPr>
        <w:t>B. Lactat, Glucose 6 Phosphat, Phosphoglycerat</w:t>
      </w:r>
    </w:p>
    <w:p>
      <w:pPr>
        <w:pStyle w:val="ListParagraph"/>
      </w:pPr>
      <w:r>
        <w:rPr>
          <w:sz w:val="22"/>
        </w:rPr>
        <w:t>C. Pyruvat, Fructose 1- 6 Di Phosphat, Dihydroxyaceton</w:t>
      </w:r>
    </w:p>
    <w:p>
      <w:pPr>
        <w:pStyle w:val="ListParagraph"/>
      </w:pPr>
      <w:r>
        <w:rPr>
          <w:sz w:val="22"/>
        </w:rPr>
        <w:t>D. Pyruvat, Lactat, các sản phẩm trung gian của chu trình Krebs.</w:t>
      </w:r>
    </w:p>
    <w:p/>
    <w:p>
      <w:r>
        <w:rPr>
          <w:b/>
          <w:sz w:val="24"/>
        </w:rPr>
        <w:t>Câu 88: Người nghiện rượu có khả năng uống được rượu nhiều vì:</w:t>
      </w:r>
    </w:p>
    <w:p>
      <w:pPr>
        <w:pStyle w:val="ListParagraph"/>
      </w:pPr>
      <w:r>
        <w:rPr>
          <w:sz w:val="22"/>
        </w:rPr>
        <w:t>A. Hoạt tính enzym acetaldehydrogenase tăng</w:t>
      </w:r>
    </w:p>
    <w:p>
      <w:pPr>
        <w:pStyle w:val="ListParagraph"/>
      </w:pPr>
      <w:r>
        <w:rPr>
          <w:sz w:val="22"/>
        </w:rPr>
        <w:t>B. Hoạt tính enzym acetaldehydrogenase giảm</w:t>
      </w:r>
    </w:p>
    <w:p>
      <w:pPr>
        <w:pStyle w:val="ListParagraph"/>
      </w:pPr>
      <w:r>
        <w:rPr>
          <w:sz w:val="22"/>
        </w:rPr>
        <w:t>C. Hoạt tính enzym alcoldehydrogenase tăng</w:t>
      </w:r>
    </w:p>
    <w:p>
      <w:pPr>
        <w:pStyle w:val="ListParagraph"/>
      </w:pPr>
      <w:r>
        <w:rPr>
          <w:sz w:val="22"/>
        </w:rPr>
        <w:t>D. Hoạt tính enzym alcoldehydrogenase giảm</w:t>
      </w:r>
    </w:p>
    <w:p/>
    <w:p>
      <w:r>
        <w:rPr>
          <w:b/>
          <w:sz w:val="24"/>
        </w:rPr>
        <w:t>Câu 89: Các nội tiết tố nào sau đây có vai trò điều hòa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Vasopressin, Glucagon, ACTH.</w:t>
      </w:r>
    </w:p>
    <w:p/>
    <w:p>
      <w:r>
        <w:rPr>
          <w:b/>
          <w:sz w:val="24"/>
        </w:rPr>
        <w:t>Câu 90: Các nội tiết tố nào sau đây có vai trò làm tăng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Adrenalin, Glucagon, ACTH</w:t>
      </w:r>
    </w:p>
    <w:p/>
    <w:p>
      <w:r>
        <w:rPr>
          <w:b/>
          <w:sz w:val="24"/>
        </w:rPr>
        <w:t>Câu 91: Ở bệnh đái đường thể phụ thuộc Insulin, bệnh nhân thường chết trong tình trạng hôn mê do toan máu, trường hợp này thường do: 1. Giảm hoạt hóa enzym Glucokinase. 2. Giảm acid cetonic trong máu 3. Tăng các thể cetonic trong máu. 4. Giảm Acetyl CoA trong máu. 5. Tăng thoái hóa Glucose cho năng lượng. Chọn tập hợp đúng:</w:t>
      </w:r>
    </w:p>
    <w:p>
      <w:pPr>
        <w:pStyle w:val="ListParagraph"/>
      </w:pPr>
      <w:r>
        <w:rPr>
          <w:sz w:val="22"/>
        </w:rPr>
        <w:t>A. 1, 2</w:t>
      </w:r>
    </w:p>
    <w:p>
      <w:pPr>
        <w:pStyle w:val="ListParagraph"/>
      </w:pPr>
      <w:r>
        <w:rPr>
          <w:sz w:val="22"/>
        </w:rPr>
        <w:t>B. 1,3</w:t>
      </w:r>
    </w:p>
    <w:p>
      <w:pPr>
        <w:pStyle w:val="ListParagraph"/>
      </w:pPr>
      <w:r>
        <w:rPr>
          <w:sz w:val="22"/>
        </w:rPr>
        <w:t>C. 2,4</w:t>
      </w:r>
    </w:p>
    <w:p>
      <w:pPr>
        <w:pStyle w:val="ListParagraph"/>
      </w:pPr>
      <w:r>
        <w:rPr>
          <w:sz w:val="22"/>
        </w:rPr>
        <w:t>D. 3,5</w:t>
      </w:r>
    </w:p>
    <w:p/>
    <w:p>
      <w:r>
        <w:rPr>
          <w:b/>
          <w:sz w:val="24"/>
        </w:rPr>
        <w:t>Câu 92: Pyruvat chuyển thành acetyl-CoA</w:t>
      </w:r>
    </w:p>
    <w:p>
      <w:pPr>
        <w:pStyle w:val="ListParagraph"/>
      </w:pPr>
      <w:r>
        <w:rPr>
          <w:sz w:val="22"/>
        </w:rPr>
        <w:t>A. Có sự tham gia của NAD&lt;sup&gt;+&lt;/sup&gt;</w:t>
      </w:r>
    </w:p>
    <w:p>
      <w:pPr>
        <w:pStyle w:val="ListParagraph"/>
      </w:pPr>
      <w:r>
        <w:rPr>
          <w:sz w:val="22"/>
        </w:rPr>
        <w:t>B. Tiêu thụ CO&lt;sub&gt;2&lt;/sub&gt;</w:t>
      </w:r>
    </w:p>
    <w:p>
      <w:pPr>
        <w:pStyle w:val="ListParagraph"/>
      </w:pPr>
      <w:r>
        <w:rPr>
          <w:sz w:val="22"/>
        </w:rPr>
        <w:t>C. Tạo H&lt;sub&gt;2&lt;/sub&gt;O</w:t>
      </w:r>
    </w:p>
    <w:p>
      <w:pPr>
        <w:pStyle w:val="ListParagraph"/>
      </w:pPr>
      <w:r>
        <w:rPr>
          <w:sz w:val="22"/>
        </w:rPr>
        <w:t>D. Tạo ATP</w:t>
      </w:r>
    </w:p>
    <w:p/>
    <w:p>
      <w:r>
        <w:rPr>
          <w:b/>
          <w:sz w:val="24"/>
        </w:rPr>
        <w:t>Câu 93: Thoái hóa glucid theo con đường HMP, chọn câu SAI</w:t>
      </w:r>
    </w:p>
    <w:p>
      <w:pPr>
        <w:pStyle w:val="ListParagraph"/>
      </w:pPr>
      <w:r>
        <w:rPr>
          <w:sz w:val="22"/>
        </w:rPr>
        <w:t>A. Glucose chỉ được phosphoryl hóa 1 lần tạo G6P</w:t>
      </w:r>
    </w:p>
    <w:p>
      <w:pPr>
        <w:pStyle w:val="ListParagraph"/>
      </w:pPr>
      <w:r>
        <w:rPr>
          <w:sz w:val="22"/>
        </w:rPr>
        <w:t>B. Tạo ribulose, xylose và ribose</w:t>
      </w:r>
    </w:p>
    <w:p>
      <w:pPr>
        <w:pStyle w:val="ListParagraph"/>
      </w:pPr>
      <w:r>
        <w:rPr>
          <w:sz w:val="22"/>
        </w:rPr>
        <w:t>C. Con đường pentose phosphate</w:t>
      </w:r>
    </w:p>
    <w:p>
      <w:pPr>
        <w:pStyle w:val="ListParagraph"/>
      </w:pPr>
      <w:r>
        <w:rPr>
          <w:sz w:val="22"/>
        </w:rPr>
        <w:t>D. Tạo ATP</w:t>
      </w:r>
    </w:p>
    <w:p/>
    <w:p>
      <w:r>
        <w:rPr>
          <w:b/>
          <w:sz w:val="24"/>
        </w:rPr>
        <w:t>Câu 94: Các enzyme tham gia trong quá trình thoái hóa glucid theo con đường HMP, NGOẠI TRỪ</w:t>
      </w:r>
    </w:p>
    <w:p>
      <w:pPr>
        <w:pStyle w:val="ListParagraph"/>
      </w:pPr>
      <w:r>
        <w:rPr>
          <w:sz w:val="22"/>
        </w:rPr>
        <w:t>A. 6-phosphogluconat dehydrogenase</w:t>
      </w:r>
    </w:p>
    <w:p>
      <w:pPr>
        <w:pStyle w:val="ListParagraph"/>
      </w:pPr>
      <w:r>
        <w:rPr>
          <w:sz w:val="22"/>
        </w:rPr>
        <w:t>B. Phosphomutase</w:t>
      </w:r>
    </w:p>
    <w:p>
      <w:pPr>
        <w:pStyle w:val="ListParagraph"/>
      </w:pPr>
      <w:r>
        <w:rPr>
          <w:sz w:val="22"/>
        </w:rPr>
        <w:t>C. Phosphopentose isomerase</w:t>
      </w:r>
    </w:p>
    <w:p>
      <w:pPr>
        <w:pStyle w:val="ListParagraph"/>
      </w:pPr>
      <w:r>
        <w:rPr>
          <w:sz w:val="22"/>
        </w:rPr>
        <w:t>D. Phosphopentose epimerase</w:t>
      </w:r>
    </w:p>
    <w:p/>
    <w:p>
      <w:r>
        <w:rPr>
          <w:b/>
          <w:sz w:val="24"/>
        </w:rPr>
        <w:t>Câu 95: Tổng hợp glycogen từ glucose, chọn câu SAI:</w:t>
      </w:r>
    </w:p>
    <w:p>
      <w:pPr>
        <w:pStyle w:val="ListParagraph"/>
      </w:pPr>
      <w:r>
        <w:rPr>
          <w:sz w:val="22"/>
        </w:rPr>
        <w:t>A. Xúc tác bởi glycogen synthetase</w:t>
      </w:r>
    </w:p>
    <w:p>
      <w:pPr>
        <w:pStyle w:val="ListParagraph"/>
      </w:pPr>
      <w:r>
        <w:rPr>
          <w:sz w:val="22"/>
        </w:rPr>
        <w:t>B. Khi tế bào cạn kiệt glycogen thì quá trình tổng hợp không cần đoạn mồi</w:t>
      </w:r>
    </w:p>
    <w:p>
      <w:pPr>
        <w:pStyle w:val="ListParagraph"/>
      </w:pPr>
      <w:r>
        <w:rPr>
          <w:sz w:val="22"/>
        </w:rPr>
        <w:t>C. Có sự tham gia của UDP-glycogen transglucosylase</w:t>
      </w:r>
    </w:p>
    <w:p>
      <w:pPr>
        <w:pStyle w:val="ListParagraph"/>
      </w:pPr>
      <w:r>
        <w:rPr>
          <w:sz w:val="22"/>
        </w:rPr>
        <w:t>D. Glucose gắn vào glycogen bằng liên kết 1,4</w:t>
      </w:r>
    </w:p>
    <w:p/>
    <w:p>
      <w:r>
        <w:rPr>
          <w:b/>
          <w:sz w:val="24"/>
        </w:rPr>
        <w:t>Câu 96: Cơ chất chính của quá trình tân tạo glucid là</w:t>
      </w:r>
    </w:p>
    <w:p>
      <w:pPr>
        <w:pStyle w:val="ListParagraph"/>
      </w:pPr>
      <w:r>
        <w:rPr>
          <w:sz w:val="22"/>
        </w:rPr>
        <w:t>A. Glycogen</w:t>
      </w:r>
    </w:p>
    <w:p>
      <w:pPr>
        <w:pStyle w:val="ListParagraph"/>
      </w:pPr>
      <w:r>
        <w:rPr>
          <w:sz w:val="22"/>
        </w:rPr>
        <w:t>B. Glycerol</w:t>
      </w:r>
    </w:p>
    <w:p>
      <w:pPr>
        <w:pStyle w:val="ListParagraph"/>
      </w:pPr>
      <w:r>
        <w:rPr>
          <w:sz w:val="22"/>
        </w:rPr>
        <w:t>C. Lactose</w:t>
      </w:r>
    </w:p>
    <w:p>
      <w:pPr>
        <w:pStyle w:val="ListParagraph"/>
      </w:pPr>
      <w:r>
        <w:rPr>
          <w:sz w:val="22"/>
        </w:rPr>
        <w:t>D. Galactose</w:t>
      </w:r>
    </w:p>
    <w:p/>
    <w:p>
      <w:r>
        <w:rPr>
          <w:b/>
          <w:sz w:val="24"/>
        </w:rPr>
        <w:t>Câu 97: Đặc điểm của quá trình tân tạo glucid, NGOẠI TRỪ</w:t>
      </w:r>
    </w:p>
    <w:p>
      <w:pPr>
        <w:pStyle w:val="ListParagraph"/>
      </w:pPr>
      <w:r>
        <w:rPr>
          <w:sz w:val="22"/>
        </w:rPr>
        <w:t>A. Là sự tạo thành glucose và glycogen từ những chất không phải glucid</w:t>
      </w:r>
    </w:p>
    <w:p>
      <w:pPr>
        <w:pStyle w:val="ListParagraph"/>
      </w:pPr>
      <w:r>
        <w:rPr>
          <w:sz w:val="22"/>
        </w:rPr>
        <w:t>B. Rất quan trọng ở não và hồng cầu</w:t>
      </w:r>
    </w:p>
    <w:p>
      <w:pPr>
        <w:pStyle w:val="ListParagraph"/>
      </w:pPr>
      <w:r>
        <w:rPr>
          <w:sz w:val="22"/>
        </w:rPr>
        <w:t>C. Ngược với con đường HDP</w:t>
      </w:r>
    </w:p>
    <w:p>
      <w:pPr>
        <w:pStyle w:val="ListParagraph"/>
      </w:pPr>
      <w:r>
        <w:rPr>
          <w:sz w:val="22"/>
        </w:rPr>
        <w:t>D. Ngược với con đường HMP</w:t>
      </w:r>
    </w:p>
    <w:p/>
    <w:p>
      <w:r>
        <w:rPr>
          <w:b/>
          <w:sz w:val="24"/>
        </w:rPr>
        <w:t>Câu 98: Enzym đóng vai trò quan trọng trong điều hòa đường huyết sau khi ăn</w:t>
      </w:r>
    </w:p>
    <w:p>
      <w:pPr>
        <w:pStyle w:val="ListParagraph"/>
      </w:pPr>
      <w:r>
        <w:rPr>
          <w:sz w:val="22"/>
        </w:rPr>
        <w:t>A. Glucose-6-phosphatase</w:t>
      </w:r>
    </w:p>
    <w:p>
      <w:pPr>
        <w:pStyle w:val="ListParagraph"/>
      </w:pPr>
      <w:r>
        <w:rPr>
          <w:sz w:val="22"/>
        </w:rPr>
        <w:t>B. Glucose -6-phosphat dehydrogenase</w:t>
      </w:r>
    </w:p>
    <w:p>
      <w:pPr>
        <w:pStyle w:val="ListParagraph"/>
      </w:pPr>
      <w:r>
        <w:rPr>
          <w:sz w:val="22"/>
        </w:rPr>
        <w:t>C. Glucose kinase</w:t>
      </w:r>
    </w:p>
    <w:p>
      <w:pPr>
        <w:pStyle w:val="ListParagraph"/>
      </w:pPr>
      <w:r>
        <w:rPr>
          <w:sz w:val="22"/>
        </w:rPr>
        <w:t>D. Phosphoglucoisomerase</w:t>
      </w:r>
    </w:p>
    <w:p/>
    <w:p>
      <w:r>
        <w:rPr>
          <w:b/>
          <w:sz w:val="24"/>
        </w:rPr>
        <w:t>Câu 99: Chu trình pentose chủ yếu tạo ra</w:t>
      </w:r>
    </w:p>
    <w:p>
      <w:pPr>
        <w:pStyle w:val="ListParagraph"/>
      </w:pPr>
      <w:r>
        <w:rPr>
          <w:sz w:val="22"/>
        </w:rPr>
        <w:t>A. NADPH</w:t>
      </w:r>
    </w:p>
    <w:p>
      <w:pPr>
        <w:pStyle w:val="ListParagraph"/>
      </w:pPr>
      <w:r>
        <w:rPr>
          <w:sz w:val="22"/>
        </w:rPr>
        <w:t>B. ATP</w:t>
      </w:r>
    </w:p>
    <w:p>
      <w:pPr>
        <w:pStyle w:val="ListParagraph"/>
      </w:pPr>
      <w:r>
        <w:rPr>
          <w:sz w:val="22"/>
        </w:rPr>
        <w:t>C. FADH</w:t>
      </w:r>
    </w:p>
    <w:p>
      <w:pPr>
        <w:pStyle w:val="ListParagraph"/>
      </w:pPr>
      <w:r>
        <w:rPr>
          <w:sz w:val="22"/>
        </w:rPr>
        <w:t>D. Pyruvat</w:t>
      </w:r>
    </w:p>
    <w:p/>
    <w:p>
      <w:r>
        <w:rPr>
          <w:b/>
          <w:sz w:val="24"/>
        </w:rPr>
        <w:t>Câu 100: Các nội tiết tố nào sau đây có vai trò điều hòa đường huyết</w:t>
      </w:r>
    </w:p>
    <w:p>
      <w:pPr>
        <w:pStyle w:val="ListParagraph"/>
      </w:pPr>
      <w:r>
        <w:rPr>
          <w:sz w:val="22"/>
        </w:rPr>
        <w:t>A. Insulin, adrenalin, ACTH</w:t>
      </w:r>
    </w:p>
    <w:p>
      <w:pPr>
        <w:pStyle w:val="ListParagraph"/>
      </w:pPr>
      <w:r>
        <w:rPr>
          <w:sz w:val="22"/>
        </w:rPr>
        <w:t>B. Insulin, LTH, glucagon</w:t>
      </w:r>
    </w:p>
    <w:p>
      <w:pPr>
        <w:pStyle w:val="ListParagraph"/>
      </w:pPr>
      <w:r>
        <w:rPr>
          <w:sz w:val="22"/>
        </w:rPr>
        <w:t>C. Vasopressin, insulin, thyroxin</w:t>
      </w:r>
    </w:p>
    <w:p>
      <w:pPr>
        <w:pStyle w:val="ListParagraph"/>
      </w:pPr>
      <w:r>
        <w:rPr>
          <w:sz w:val="22"/>
        </w:rPr>
        <w:t>D. Vasopressin, ACTH, adrenalin</w:t>
      </w:r>
    </w:p>
    <w:p/>
    <w:p>
      <w:r>
        <w:rPr>
          <w:b/>
          <w:sz w:val="24"/>
        </w:rPr>
        <w:t>Câu 101: Glucocorticoid có vai trò</w:t>
      </w:r>
    </w:p>
    <w:p>
      <w:pPr>
        <w:pStyle w:val="ListParagraph"/>
      </w:pPr>
      <w:r>
        <w:rPr>
          <w:sz w:val="22"/>
        </w:rPr>
        <w:t>A. Kích thích chu trình Krebs</w:t>
      </w:r>
    </w:p>
    <w:p>
      <w:pPr>
        <w:pStyle w:val="ListParagraph"/>
      </w:pPr>
      <w:r>
        <w:rPr>
          <w:sz w:val="22"/>
        </w:rPr>
        <w:t>B. Tăng sử dụng glucose, giảm phân ly glycogen</w:t>
      </w:r>
    </w:p>
    <w:p>
      <w:pPr>
        <w:pStyle w:val="ListParagraph"/>
      </w:pPr>
      <w:r>
        <w:rPr>
          <w:sz w:val="22"/>
        </w:rPr>
        <w:t>C. Tăng tân tạo glucose, tăng hấp thụ glucose ở ruột, tăng phân ly glycogen</w:t>
      </w:r>
    </w:p>
    <w:p>
      <w:pPr>
        <w:pStyle w:val="ListParagraph"/>
      </w:pPr>
      <w:r>
        <w:rPr>
          <w:sz w:val="22"/>
        </w:rPr>
        <w:t>D. Giảm sự thấm glucose vào mô, giảm tổng hợp glycogen, tăng phân ly glycogen</w:t>
      </w:r>
    </w:p>
    <w:p/>
    <w:p>
      <w:r>
        <w:rPr>
          <w:b/>
          <w:sz w:val="24"/>
        </w:rPr>
        <w:t>Câu 102: Sản phẩm của con đường chuyển hóa acid uronic ở người, NGOẠI TRỪ:</w:t>
      </w:r>
    </w:p>
    <w:p>
      <w:pPr>
        <w:pStyle w:val="ListParagraph"/>
      </w:pPr>
      <w:r>
        <w:rPr>
          <w:sz w:val="22"/>
        </w:rPr>
        <w:t>A. Acid galacturonic</w:t>
      </w:r>
    </w:p>
    <w:p>
      <w:pPr>
        <w:pStyle w:val="ListParagraph"/>
      </w:pPr>
      <w:r>
        <w:rPr>
          <w:sz w:val="22"/>
        </w:rPr>
        <w:t>B. Acid glucuronic</w:t>
      </w:r>
    </w:p>
    <w:p>
      <w:pPr>
        <w:pStyle w:val="ListParagraph"/>
      </w:pPr>
      <w:r>
        <w:rPr>
          <w:sz w:val="22"/>
        </w:rPr>
        <w:t>C. Acid gulonic</w:t>
      </w:r>
    </w:p>
    <w:p>
      <w:pPr>
        <w:pStyle w:val="ListParagraph"/>
      </w:pPr>
      <w:r>
        <w:rPr>
          <w:sz w:val="22"/>
        </w:rPr>
        <w:t>D. Acid ascorbic</w:t>
      </w:r>
    </w:p>
    <w:p/>
    <w:p>
      <w:r>
        <w:rPr>
          <w:b/>
          <w:sz w:val="24"/>
        </w:rPr>
        <w:t>Câu 103: Chất không được chuyển hóa thành xylitol khi thiếu xylitol dehydrogenase phụ thuộc NADP&lt;sup&gt;+&lt;/sup&gt; gây pentose niệu vô căn</w:t>
      </w:r>
    </w:p>
    <w:p>
      <w:pPr>
        <w:pStyle w:val="ListParagraph"/>
      </w:pPr>
      <w:r>
        <w:rPr>
          <w:sz w:val="22"/>
        </w:rPr>
        <w:t>A. L-xylulose</w:t>
      </w:r>
    </w:p>
    <w:p>
      <w:pPr>
        <w:pStyle w:val="ListParagraph"/>
      </w:pPr>
      <w:r>
        <w:rPr>
          <w:sz w:val="22"/>
        </w:rPr>
        <w:t>B. D-xylulose</w:t>
      </w:r>
    </w:p>
    <w:p>
      <w:pPr>
        <w:pStyle w:val="ListParagraph"/>
      </w:pPr>
      <w:r>
        <w:rPr>
          <w:sz w:val="22"/>
        </w:rPr>
        <w:t>C. Acid gulonic</w:t>
      </w:r>
    </w:p>
    <w:p>
      <w:pPr>
        <w:pStyle w:val="ListParagraph"/>
      </w:pPr>
      <w:r>
        <w:rPr>
          <w:sz w:val="22"/>
        </w:rPr>
        <w:t>D. Acid glucuronic</w:t>
      </w:r>
    </w:p>
    <w:p/>
    <w:p>
      <w:r>
        <w:rPr>
          <w:b/>
          <w:sz w:val="24"/>
        </w:rPr>
        <w:t>Câu 104: Sản phẩm chính của con đường chuyển hóa hexosamine, NGOẠI TRỪ</w:t>
      </w:r>
    </w:p>
    <w:p>
      <w:pPr>
        <w:pStyle w:val="ListParagraph"/>
      </w:pPr>
      <w:r>
        <w:rPr>
          <w:sz w:val="22"/>
        </w:rPr>
        <w:t>A. Heparin</w:t>
      </w:r>
    </w:p>
    <w:p>
      <w:pPr>
        <w:pStyle w:val="ListParagraph"/>
      </w:pPr>
      <w:r>
        <w:rPr>
          <w:sz w:val="22"/>
        </w:rPr>
        <w:t>B. Glycoprotein</w:t>
      </w:r>
    </w:p>
    <w:p>
      <w:pPr>
        <w:pStyle w:val="ListParagraph"/>
      </w:pPr>
      <w:r>
        <w:rPr>
          <w:sz w:val="22"/>
        </w:rPr>
        <w:t>C. Acid hyaluronic</w:t>
      </w:r>
    </w:p>
    <w:p>
      <w:pPr>
        <w:pStyle w:val="ListParagraph"/>
      </w:pPr>
      <w:r>
        <w:rPr>
          <w:sz w:val="22"/>
        </w:rPr>
        <w:t>D. Acid glucuronic</w:t>
      </w:r>
    </w:p>
    <w:p/>
    <w:p>
      <w:r>
        <w:rPr>
          <w:b/>
          <w:sz w:val="24"/>
        </w:rPr>
        <w:t>Câu 105: Glycogen synthase</w:t>
      </w:r>
    </w:p>
    <w:p>
      <w:pPr>
        <w:pStyle w:val="ListParagraph"/>
      </w:pPr>
      <w:r>
        <w:rPr>
          <w:sz w:val="22"/>
        </w:rPr>
        <w:t>A. Dạng a không bị phosphoryl hóa, dạng b được phosphoryl hóa</w:t>
      </w:r>
    </w:p>
    <w:p>
      <w:pPr>
        <w:pStyle w:val="ListParagraph"/>
      </w:pPr>
      <w:r>
        <w:rPr>
          <w:sz w:val="22"/>
        </w:rPr>
        <w:t>B. Dạng a được phosphoryl hóa, dạng b không bị phosphoryl hóa</w:t>
      </w:r>
    </w:p>
    <w:p>
      <w:pPr>
        <w:pStyle w:val="ListParagraph"/>
      </w:pPr>
      <w:r>
        <w:rPr>
          <w:sz w:val="22"/>
        </w:rPr>
        <w:t>C. Cả 2 dạng a và b đều được phosphoryl hóa</w:t>
      </w:r>
    </w:p>
    <w:p>
      <w:pPr>
        <w:pStyle w:val="ListParagraph"/>
      </w:pPr>
      <w:r>
        <w:rPr>
          <w:sz w:val="22"/>
        </w:rPr>
        <w:t>D. Cả 2 dạng a và b đều không bị phosphoryl hóa</w:t>
      </w:r>
    </w:p>
    <w:p/>
    <w:p>
      <w:r>
        <w:rPr>
          <w:b/>
          <w:sz w:val="24"/>
        </w:rPr>
        <w:t>Câu 106: Trong chuyển hóa fructose</w:t>
      </w:r>
    </w:p>
    <w:p>
      <w:pPr>
        <w:pStyle w:val="ListParagraph"/>
      </w:pPr>
      <w:r>
        <w:rPr>
          <w:sz w:val="22"/>
        </w:rPr>
        <w:t>A. Không sử dụng được trong tạo năng lượng cho tế bào</w:t>
      </w:r>
    </w:p>
    <w:p>
      <w:pPr>
        <w:pStyle w:val="ListParagraph"/>
      </w:pPr>
      <w:r>
        <w:rPr>
          <w:sz w:val="22"/>
        </w:rPr>
        <w:t>B. Emzyme đặc hiệu là fructokinase</w:t>
      </w:r>
    </w:p>
    <w:p>
      <w:pPr>
        <w:pStyle w:val="ListParagraph"/>
      </w:pPr>
      <w:r>
        <w:rPr>
          <w:sz w:val="22"/>
        </w:rPr>
        <w:t>C. Hexokianse có ái lực cao với cả glucose và fructose</w:t>
      </w:r>
    </w:p>
    <w:p>
      <w:pPr>
        <w:pStyle w:val="ListParagraph"/>
      </w:pPr>
      <w:r>
        <w:rPr>
          <w:sz w:val="22"/>
        </w:rPr>
        <w:t>D. Phần lớn chuyển hóa theo con đường fructose-6-phosphat</w:t>
      </w:r>
    </w:p>
    <w:p/>
    <w:p>
      <w:r>
        <w:rPr>
          <w:b/>
          <w:sz w:val="24"/>
        </w:rPr>
        <w:t>Câu 107: Nhịn đói 4-5 giờ sẽ xảy ra hiện tượng</w:t>
      </w:r>
    </w:p>
    <w:p>
      <w:pPr>
        <w:pStyle w:val="ListParagraph"/>
      </w:pPr>
      <w:r>
        <w:rPr>
          <w:sz w:val="22"/>
        </w:rPr>
        <w:t>A. Giảm cAMP và tăng tổng hợp glycogen ở gan</w:t>
      </w:r>
    </w:p>
    <w:p>
      <w:pPr>
        <w:pStyle w:val="ListParagraph"/>
      </w:pPr>
      <w:r>
        <w:rPr>
          <w:sz w:val="22"/>
        </w:rPr>
        <w:t>B. Tăng cAMP và tăng li giải glycogen ở gan</w:t>
      </w:r>
    </w:p>
    <w:p>
      <w:pPr>
        <w:pStyle w:val="ListParagraph"/>
      </w:pPr>
      <w:r>
        <w:rPr>
          <w:sz w:val="22"/>
        </w:rPr>
        <w:t>C. Tăng Ca&lt;sup&gt;2+&lt;/sup&gt; ở cơ và giảm li giải glycogen</w:t>
      </w:r>
    </w:p>
    <w:p>
      <w:pPr>
        <w:pStyle w:val="ListParagraph"/>
      </w:pPr>
      <w:r>
        <w:rPr>
          <w:sz w:val="22"/>
        </w:rPr>
        <w:t>D. Giảm Ca&lt;sup&gt;2+&lt;/sup&gt; ở cơ và giảm li giải glycogen</w:t>
      </w:r>
    </w:p>
    <w:p/>
    <w:p>
      <w:r>
        <w:rPr>
          <w:b/>
          <w:sz w:val="24"/>
        </w:rPr>
        <w:t>Câu 108: Enzyme tạo ATP trong quá trình đường phân</w:t>
      </w:r>
    </w:p>
    <w:p>
      <w:pPr>
        <w:pStyle w:val="ListParagraph"/>
      </w:pPr>
      <w:r>
        <w:rPr>
          <w:sz w:val="22"/>
        </w:rPr>
        <w:t>A. Phosphoglycerat kinase</w:t>
      </w:r>
    </w:p>
    <w:p>
      <w:pPr>
        <w:pStyle w:val="ListParagraph"/>
      </w:pPr>
      <w:r>
        <w:rPr>
          <w:sz w:val="22"/>
        </w:rPr>
        <w:t>B. PGA dehydrogenase</w:t>
      </w:r>
    </w:p>
    <w:p>
      <w:pPr>
        <w:pStyle w:val="ListParagraph"/>
      </w:pPr>
      <w:r>
        <w:rPr>
          <w:sz w:val="22"/>
        </w:rPr>
        <w:t>C. Phosphotriose isomerase</w:t>
      </w:r>
    </w:p>
    <w:p>
      <w:pPr>
        <w:pStyle w:val="ListParagraph"/>
      </w:pPr>
      <w:r>
        <w:rPr>
          <w:sz w:val="22"/>
        </w:rPr>
        <w:t>D. Glucosekinase</w:t>
      </w:r>
    </w:p>
    <w:p/>
    <w:p>
      <w:r>
        <w:rPr>
          <w:b/>
          <w:sz w:val="24"/>
        </w:rPr>
        <w:t>Câu 109: Đặc điểm của hexokinase, NGOẠI TRỪ</w:t>
      </w:r>
    </w:p>
    <w:p>
      <w:pPr>
        <w:pStyle w:val="ListParagraph"/>
      </w:pPr>
      <w:r>
        <w:rPr>
          <w:sz w:val="22"/>
        </w:rPr>
        <w:t>A. Tính đặc hiệu rộng</w:t>
      </w:r>
    </w:p>
    <w:p>
      <w:pPr>
        <w:pStyle w:val="ListParagraph"/>
      </w:pPr>
      <w:r>
        <w:rPr>
          <w:sz w:val="22"/>
        </w:rPr>
        <w:t>B. Km thấp</w:t>
      </w:r>
    </w:p>
    <w:p>
      <w:pPr>
        <w:pStyle w:val="ListParagraph"/>
      </w:pPr>
      <w:r>
        <w:rPr>
          <w:sz w:val="22"/>
        </w:rPr>
        <w:t>C. Vmax cao</w:t>
      </w:r>
    </w:p>
    <w:p>
      <w:pPr>
        <w:pStyle w:val="ListParagraph"/>
      </w:pPr>
      <w:r>
        <w:rPr>
          <w:sz w:val="22"/>
        </w:rPr>
        <w:t>D. Ái lực cao với glucose</w:t>
      </w:r>
    </w:p>
    <w:p/>
    <w:p>
      <w:r>
        <w:rPr>
          <w:b/>
          <w:sz w:val="24"/>
        </w:rPr>
        <w:t>Câu 110: Enzyme xúc tác phản ứng tạo oxaloacetat từ pyruvat</w:t>
      </w:r>
    </w:p>
    <w:p>
      <w:pPr>
        <w:pStyle w:val="ListParagraph"/>
      </w:pPr>
      <w:r>
        <w:rPr>
          <w:sz w:val="22"/>
        </w:rPr>
        <w:t>A. Pyruvat carboxylase</w:t>
      </w:r>
    </w:p>
    <w:p>
      <w:pPr>
        <w:pStyle w:val="ListParagraph"/>
      </w:pPr>
      <w:r>
        <w:rPr>
          <w:sz w:val="22"/>
        </w:rPr>
        <w:t>B. Decarboxylase</w:t>
      </w:r>
    </w:p>
    <w:p>
      <w:pPr>
        <w:pStyle w:val="ListParagraph"/>
      </w:pPr>
      <w:r>
        <w:rPr>
          <w:sz w:val="22"/>
        </w:rPr>
        <w:t>C. Alcol dehydrogenase</w:t>
      </w:r>
    </w:p>
    <w:p>
      <w:pPr>
        <w:pStyle w:val="ListParagraph"/>
      </w:pPr>
      <w:r>
        <w:rPr>
          <w:sz w:val="22"/>
        </w:rPr>
        <w:t>D. Pyruvat kinase</w:t>
      </w:r>
    </w:p>
    <w:p/>
    <w:p>
      <w:r>
        <w:rPr>
          <w:b/>
          <w:sz w:val="24"/>
        </w:rPr>
        <w:t>Câu 111: Cơ không có khả năng cung cấp glucose cho máu trong chu trình Cori do thiếu enzym</w:t>
      </w:r>
    </w:p>
    <w:p>
      <w:pPr>
        <w:pStyle w:val="ListParagraph"/>
      </w:pPr>
      <w:r>
        <w:rPr>
          <w:sz w:val="22"/>
        </w:rPr>
        <w:t>A. Glucose-6-phosphatase</w:t>
      </w:r>
    </w:p>
    <w:p>
      <w:pPr>
        <w:pStyle w:val="ListParagraph"/>
      </w:pPr>
      <w:r>
        <w:rPr>
          <w:sz w:val="22"/>
        </w:rPr>
        <w:t>B. Glucokinase</w:t>
      </w:r>
    </w:p>
    <w:p>
      <w:pPr>
        <w:pStyle w:val="ListParagraph"/>
      </w:pPr>
      <w:r>
        <w:rPr>
          <w:sz w:val="22"/>
        </w:rPr>
        <w:t>C. Galactokinase</w:t>
      </w:r>
    </w:p>
    <w:p>
      <w:pPr>
        <w:pStyle w:val="ListParagraph"/>
      </w:pPr>
      <w:r>
        <w:rPr>
          <w:sz w:val="22"/>
        </w:rPr>
        <w:t>D. Glucose-6-phosphat dehydrogenase</w:t>
      </w:r>
    </w:p>
    <w:p/>
    <w:p>
      <w:r>
        <w:rPr>
          <w:b/>
          <w:sz w:val="24"/>
        </w:rPr>
        <w:t>Câu 112: Lactase thủy phân lactose thành</w:t>
      </w:r>
    </w:p>
    <w:p>
      <w:pPr>
        <w:pStyle w:val="ListParagraph"/>
      </w:pPr>
      <w:r>
        <w:rPr>
          <w:sz w:val="22"/>
        </w:rPr>
        <w:t>A. 2 phân tử glucose</w:t>
      </w:r>
    </w:p>
    <w:p>
      <w:pPr>
        <w:pStyle w:val="ListParagraph"/>
      </w:pPr>
      <w:r>
        <w:rPr>
          <w:sz w:val="22"/>
        </w:rPr>
        <w:t>B. 2 phân tử fructose</w:t>
      </w:r>
    </w:p>
    <w:p>
      <w:pPr>
        <w:pStyle w:val="ListParagraph"/>
      </w:pPr>
      <w:r>
        <w:rPr>
          <w:sz w:val="22"/>
        </w:rPr>
        <w:t>C. Glucose và fructose</w:t>
      </w:r>
    </w:p>
    <w:p>
      <w:pPr>
        <w:pStyle w:val="ListParagraph"/>
      </w:pPr>
      <w:r>
        <w:rPr>
          <w:sz w:val="22"/>
        </w:rPr>
        <w:t>D. Glucose và galactose</w:t>
      </w:r>
    </w:p>
    <w:p/>
    <w:p>
      <w:r>
        <w:rPr>
          <w:b/>
          <w:sz w:val="24"/>
        </w:rPr>
        <w:t>Câu 113: Tốc độ chuyển hóa glucid ở động vật theo thứ tự giảm dần</w:t>
      </w:r>
    </w:p>
    <w:p>
      <w:pPr>
        <w:pStyle w:val="ListParagraph"/>
      </w:pPr>
      <w:r>
        <w:rPr>
          <w:sz w:val="22"/>
        </w:rPr>
        <w:t>A. Galactose&gt;Glucose&gt;Fructose&gt;Maltose</w:t>
      </w:r>
    </w:p>
    <w:p>
      <w:pPr>
        <w:pStyle w:val="ListParagraph"/>
      </w:pPr>
      <w:r>
        <w:rPr>
          <w:sz w:val="22"/>
        </w:rPr>
        <w:t>B. Galactose&gt;Fructose&gt;Glucose&gt;Maltose</w:t>
      </w:r>
    </w:p>
    <w:p>
      <w:pPr>
        <w:pStyle w:val="ListParagraph"/>
      </w:pPr>
      <w:r>
        <w:rPr>
          <w:sz w:val="22"/>
        </w:rPr>
        <w:t>C. Glucose&gt;Fructose&gt;Galactose&gt;Maltose</w:t>
      </w:r>
    </w:p>
    <w:p>
      <w:pPr>
        <w:pStyle w:val="ListParagraph"/>
      </w:pPr>
      <w:r>
        <w:rPr>
          <w:sz w:val="22"/>
        </w:rPr>
        <w:t>D. Glucose&gt;Fructose&gt;Maltose&gt;Galactose</w:t>
      </w:r>
    </w:p>
    <w:p/>
    <w:p>
      <w:r>
        <w:rPr>
          <w:b/>
          <w:sz w:val="24"/>
        </w:rPr>
        <w:t>Câu 114: Dạng glucid dự trữ ở động vật là</w:t>
      </w:r>
    </w:p>
    <w:p>
      <w:pPr>
        <w:pStyle w:val="ListParagraph"/>
      </w:pPr>
      <w:r>
        <w:rPr>
          <w:sz w:val="22"/>
        </w:rPr>
        <w:t>A. Glucose</w:t>
      </w:r>
    </w:p>
    <w:p>
      <w:pPr>
        <w:pStyle w:val="ListParagraph"/>
      </w:pPr>
      <w:r>
        <w:rPr>
          <w:sz w:val="22"/>
        </w:rPr>
        <w:t>B. Tinh bột</w:t>
      </w:r>
    </w:p>
    <w:p>
      <w:pPr>
        <w:pStyle w:val="ListParagraph"/>
      </w:pPr>
      <w:r>
        <w:rPr>
          <w:sz w:val="22"/>
        </w:rPr>
        <w:t>C. Lactose</w:t>
      </w:r>
    </w:p>
    <w:p>
      <w:pPr>
        <w:pStyle w:val="ListParagraph"/>
      </w:pPr>
      <w:r>
        <w:rPr>
          <w:sz w:val="22"/>
        </w:rPr>
        <w:t>D. Glycogen @</w:t>
      </w:r>
    </w:p>
    <w:p/>
    <w:p>
      <w:r>
        <w:rPr>
          <w:b/>
          <w:sz w:val="24"/>
        </w:rPr>
        <w:t>Câu 115: Các enzyme chính tham gia vào quá trình phân giải glycogen thành glucose-1-phosphat (G1P)</w:t>
      </w:r>
    </w:p>
    <w:p>
      <w:pPr>
        <w:pStyle w:val="ListParagraph"/>
      </w:pPr>
      <w:r>
        <w:rPr>
          <w:sz w:val="22"/>
        </w:rPr>
        <w:t>A. Phosphorylase, oligotransferase, amylo-1,6-glucosidase</w:t>
      </w:r>
    </w:p>
    <w:p>
      <w:pPr>
        <w:pStyle w:val="ListParagraph"/>
      </w:pPr>
      <w:r>
        <w:rPr>
          <w:sz w:val="22"/>
        </w:rPr>
        <w:t>B. Phosphoglucomutase, oligotransferase, amylo-1,6-glucosidase</w:t>
      </w:r>
    </w:p>
    <w:p>
      <w:pPr>
        <w:pStyle w:val="ListParagraph"/>
      </w:pPr>
      <w:r>
        <w:rPr>
          <w:sz w:val="22"/>
        </w:rPr>
        <w:t>C. Glucokinase, oligotransferase, amylo-1,6-glucosidase</w:t>
      </w:r>
    </w:p>
    <w:p>
      <w:pPr>
        <w:pStyle w:val="ListParagraph"/>
      </w:pPr>
      <w:r>
        <w:rPr>
          <w:sz w:val="22"/>
        </w:rPr>
        <w:t>D. Phosphoglucoisomerase, phosphorylase, oligotransferase</w:t>
      </w:r>
    </w:p>
    <w:p/>
    <w:p>
      <w:r>
        <w:rPr>
          <w:b/>
          <w:sz w:val="24"/>
        </w:rPr>
        <w:t>Câu 116: Số ATP tạo thành từ một phân tử glucose tự do,ở tế bào theo con đường HDP hiếu khí</w:t>
      </w:r>
    </w:p>
    <w:p>
      <w:pPr>
        <w:pStyle w:val="ListParagraph"/>
      </w:pPr>
      <w:r>
        <w:rPr>
          <w:sz w:val="22"/>
        </w:rPr>
        <w:t>A. 2</w:t>
      </w:r>
    </w:p>
    <w:p>
      <w:pPr>
        <w:pStyle w:val="ListParagraph"/>
      </w:pPr>
      <w:r>
        <w:rPr>
          <w:sz w:val="22"/>
        </w:rPr>
        <w:t>B. 38</w:t>
      </w:r>
    </w:p>
    <w:p>
      <w:pPr>
        <w:pStyle w:val="ListParagraph"/>
      </w:pPr>
      <w:r>
        <w:rPr>
          <w:sz w:val="22"/>
        </w:rPr>
        <w:t>C. 39</w:t>
      </w:r>
    </w:p>
    <w:p>
      <w:pPr>
        <w:pStyle w:val="ListParagraph"/>
      </w:pPr>
      <w:r>
        <w:rPr>
          <w:sz w:val="22"/>
        </w:rPr>
        <w:t>D. 4</w:t>
      </w:r>
    </w:p>
    <w:p/>
    <w:p>
      <w:r>
        <w:rPr>
          <w:b/>
          <w:sz w:val="24"/>
        </w:rPr>
        <w:t>Câu 117: Giả sử một tế bào sử dụng 8mol,glucose tự do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118: Giả sử một tế bào sử dụng 8mol,glucose từ glycogen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119: Chất được sản xuất ở tế bào cơ trong điều kiện yếm khí</w:t>
      </w:r>
    </w:p>
    <w:p>
      <w:pPr>
        <w:pStyle w:val="ListParagraph"/>
      </w:pPr>
      <w:r>
        <w:rPr>
          <w:sz w:val="22"/>
        </w:rPr>
        <w:t>A. Lactat</w:t>
      </w:r>
    </w:p>
    <w:p>
      <w:pPr>
        <w:pStyle w:val="ListParagraph"/>
      </w:pPr>
      <w:r>
        <w:rPr>
          <w:sz w:val="22"/>
        </w:rPr>
        <w:t>B. Acetyl CoA</w:t>
      </w:r>
    </w:p>
    <w:p>
      <w:pPr>
        <w:pStyle w:val="ListParagraph"/>
      </w:pPr>
      <w:r>
        <w:rPr>
          <w:sz w:val="22"/>
        </w:rPr>
        <w:t>C. Pyruvat</w:t>
      </w:r>
    </w:p>
    <w:p>
      <w:pPr>
        <w:pStyle w:val="ListParagraph"/>
      </w:pPr>
      <w:r>
        <w:rPr>
          <w:sz w:val="22"/>
        </w:rPr>
        <w:t>D. Malat</w:t>
      </w:r>
    </w:p>
    <w:p/>
    <w:p>
      <w:r>
        <w:rPr>
          <w:b/>
          <w:sz w:val="24"/>
        </w:rPr>
        <w:t>Câu 120: Sự phosphoryl hóa cơ chất đầu tiên trong quá trình đường phân có đặc điểm</w:t>
      </w:r>
    </w:p>
    <w:p>
      <w:pPr>
        <w:pStyle w:val="ListParagraph"/>
      </w:pPr>
      <w:r>
        <w:rPr>
          <w:sz w:val="22"/>
        </w:rPr>
        <w:t>A. Tạo sản phẩm 3-phosphoglycerat</w:t>
      </w:r>
    </w:p>
    <w:p>
      <w:pPr>
        <w:pStyle w:val="ListParagraph"/>
      </w:pPr>
      <w:r>
        <w:rPr>
          <w:sz w:val="22"/>
        </w:rPr>
        <w:t>B. Tạo ADP từ AMP</w:t>
      </w:r>
    </w:p>
    <w:p>
      <w:pPr>
        <w:pStyle w:val="ListParagraph"/>
      </w:pPr>
      <w:r>
        <w:rPr>
          <w:sz w:val="22"/>
        </w:rPr>
        <w:t>C. Không đảo ngược được</w:t>
      </w:r>
    </w:p>
    <w:p>
      <w:pPr>
        <w:pStyle w:val="ListParagraph"/>
      </w:pPr>
      <w:r>
        <w:rPr>
          <w:sz w:val="22"/>
        </w:rPr>
        <w:t>D. Xúc tác bởi phosphofructokinase</w:t>
      </w:r>
    </w:p>
    <w:p/>
    <w:p>
      <w:r>
        <w:rPr>
          <w:b/>
          <w:sz w:val="24"/>
        </w:rPr>
        <w:t>Câu 121: Trong lipid có thể chưá các vitamin sau :</w:t>
      </w:r>
    </w:p>
    <w:p>
      <w:pPr>
        <w:pStyle w:val="ListParagraph"/>
      </w:pPr>
      <w:r>
        <w:rPr>
          <w:sz w:val="22"/>
        </w:rPr>
        <w:t>A. Vitamin C , Vitamin A</w:t>
      </w:r>
    </w:p>
    <w:p>
      <w:pPr>
        <w:pStyle w:val="ListParagraph"/>
      </w:pPr>
      <w:r>
        <w:rPr>
          <w:sz w:val="22"/>
        </w:rPr>
        <w:t>B. Vitamin B1, B2</w:t>
      </w:r>
    </w:p>
    <w:p>
      <w:pPr>
        <w:pStyle w:val="ListParagraph"/>
      </w:pPr>
      <w:r>
        <w:rPr>
          <w:sz w:val="22"/>
        </w:rPr>
        <w:t>C. Vitamin PP, B6, B12</w:t>
      </w:r>
    </w:p>
    <w:p>
      <w:pPr>
        <w:pStyle w:val="ListParagraph"/>
      </w:pPr>
      <w:r>
        <w:rPr>
          <w:sz w:val="22"/>
        </w:rPr>
        <w:t>D. Vitamin A , D, E, K</w:t>
      </w:r>
    </w:p>
    <w:p/>
    <w:p>
      <w:r>
        <w:rPr>
          <w:b/>
          <w:sz w:val="24"/>
        </w:rPr>
        <w:t>Câu 122: Lipid là nhóm hợp chất</w:t>
      </w:r>
    </w:p>
    <w:p>
      <w:pPr>
        <w:pStyle w:val="ListParagraph"/>
      </w:pPr>
      <w:r>
        <w:rPr>
          <w:sz w:val="22"/>
        </w:rPr>
        <w:t>A. Tự nhiên, đồng chất</w:t>
      </w:r>
    </w:p>
    <w:p>
      <w:pPr>
        <w:pStyle w:val="ListParagraph"/>
      </w:pPr>
      <w:r>
        <w:rPr>
          <w:sz w:val="22"/>
        </w:rPr>
        <w:t>B. Tan hoặc ít tan trong nước</w:t>
      </w:r>
    </w:p>
    <w:p>
      <w:pPr>
        <w:pStyle w:val="ListParagraph"/>
      </w:pPr>
      <w:r>
        <w:rPr>
          <w:sz w:val="22"/>
        </w:rPr>
        <w:t>C. Tan trong dung môi phân cực</w:t>
      </w:r>
    </w:p>
    <w:p>
      <w:pPr>
        <w:pStyle w:val="ListParagraph"/>
      </w:pPr>
      <w:r>
        <w:rPr>
          <w:sz w:val="22"/>
        </w:rPr>
        <w:t>D. Tan trong dung môi hữu cơ</w:t>
      </w:r>
    </w:p>
    <w:p/>
    <w:p>
      <w:r>
        <w:rPr>
          <w:b/>
          <w:sz w:val="24"/>
        </w:rPr>
        <w:t>Câu 123: Acid béo bảo hòa có công thức chung là</w:t>
      </w:r>
    </w:p>
    <w:p>
      <w:pPr>
        <w:pStyle w:val="ListParagraph"/>
      </w:pPr>
      <w:r>
        <w:rPr>
          <w:sz w:val="22"/>
        </w:rPr>
        <w:t>A. CnH&lt;sub&gt;2n + 1&lt;/sub&gt;COOH</w:t>
      </w:r>
    </w:p>
    <w:p>
      <w:pPr>
        <w:pStyle w:val="ListParagraph"/>
      </w:pPr>
      <w:r>
        <w:rPr>
          <w:sz w:val="22"/>
        </w:rPr>
        <w:t>B. CnH&lt;sub&gt;2n - 1 &lt;/sub&gt;COOH</w:t>
      </w:r>
    </w:p>
    <w:p>
      <w:pPr>
        <w:pStyle w:val="ListParagraph"/>
      </w:pPr>
      <w:r>
        <w:rPr>
          <w:sz w:val="22"/>
        </w:rPr>
        <w:t>C. CnH&lt;sub&gt;2n - 3&lt;/sub&gt;COOH</w:t>
      </w:r>
    </w:p>
    <w:p>
      <w:pPr>
        <w:pStyle w:val="ListParagraph"/>
      </w:pPr>
      <w:r>
        <w:rPr>
          <w:sz w:val="22"/>
        </w:rPr>
        <w:t>D. CnH&lt;sub&gt;2n&lt;/sub&gt; &lt;sub&gt;+1&lt;/sub&gt;OH</w:t>
      </w:r>
    </w:p>
    <w:p/>
    <w:p>
      <w:r>
        <w:rPr>
          <w:b/>
          <w:sz w:val="24"/>
        </w:rPr>
        <w:t>Câu 124: Lipid thuần có cấu tạo từ</w:t>
      </w:r>
    </w:p>
    <w:p>
      <w:pPr>
        <w:pStyle w:val="ListParagraph"/>
      </w:pPr>
      <w:r>
        <w:rPr>
          <w:sz w:val="22"/>
        </w:rPr>
        <w:t>A. Chủ yếu là acid béo</w:t>
      </w:r>
    </w:p>
    <w:p>
      <w:pPr>
        <w:pStyle w:val="ListParagraph"/>
      </w:pPr>
      <w:r>
        <w:rPr>
          <w:sz w:val="22"/>
        </w:rPr>
        <w:t>B. Este của acid béo và alcol</w:t>
      </w:r>
    </w:p>
    <w:p>
      <w:pPr>
        <w:pStyle w:val="ListParagraph"/>
      </w:pPr>
      <w:r>
        <w:rPr>
          <w:sz w:val="22"/>
        </w:rPr>
        <w:t>C. Acid béo , alcol , acid phosphoric</w:t>
      </w:r>
    </w:p>
    <w:p>
      <w:pPr>
        <w:pStyle w:val="ListParagraph"/>
      </w:pPr>
      <w:r>
        <w:rPr>
          <w:sz w:val="22"/>
        </w:rPr>
        <w:t>D. Glycerol , acid béo , cholin</w:t>
      </w:r>
    </w:p>
    <w:p/>
    <w:p>
      <w:r>
        <w:rPr>
          <w:b/>
          <w:sz w:val="24"/>
        </w:rPr>
        <w:t>Câu 125: Những chất sau đây là lipid thuần</w:t>
      </w:r>
    </w:p>
    <w:p>
      <w:pPr>
        <w:pStyle w:val="ListParagraph"/>
      </w:pPr>
      <w:r>
        <w:rPr>
          <w:sz w:val="22"/>
        </w:rPr>
        <w:t>A. Phospholipid , glycolipid , lipoprotein</w:t>
      </w:r>
    </w:p>
    <w:p>
      <w:pPr>
        <w:pStyle w:val="ListParagraph"/>
      </w:pPr>
      <w:r>
        <w:rPr>
          <w:sz w:val="22"/>
        </w:rPr>
        <w:t>B. Triglycerid, sphingophospholipid , acid mật</w:t>
      </w:r>
    </w:p>
    <w:p>
      <w:pPr>
        <w:pStyle w:val="ListParagraph"/>
      </w:pPr>
      <w:r>
        <w:rPr>
          <w:sz w:val="22"/>
        </w:rPr>
        <w:t>C. Acid cholic , acid desoxy cholic, acid lithocholic</w:t>
      </w:r>
    </w:p>
    <w:p>
      <w:pPr>
        <w:pStyle w:val="ListParagraph"/>
      </w:pPr>
      <w:r>
        <w:rPr>
          <w:sz w:val="22"/>
        </w:rPr>
        <w:t>D. Glycerid, cerid , sterid</w:t>
      </w:r>
    </w:p>
    <w:p/>
    <w:p>
      <w:r>
        <w:rPr>
          <w:b/>
          <w:sz w:val="24"/>
        </w:rPr>
        <w:t>Câu 126: Những chất sau đây là lipid tạp :</w:t>
      </w:r>
    </w:p>
    <w:p>
      <w:pPr>
        <w:pStyle w:val="ListParagraph"/>
      </w:pPr>
      <w:r>
        <w:rPr>
          <w:sz w:val="22"/>
        </w:rPr>
        <w:t>A. Cerebrosid, triglycerid, sterid</w:t>
      </w:r>
    </w:p>
    <w:p>
      <w:pPr>
        <w:pStyle w:val="ListParagraph"/>
      </w:pPr>
      <w:r>
        <w:rPr>
          <w:sz w:val="22"/>
        </w:rPr>
        <w:t>B. Cererosid, glycolipid, sphingolipid</w:t>
      </w:r>
    </w:p>
    <w:p>
      <w:pPr>
        <w:pStyle w:val="ListParagraph"/>
      </w:pPr>
      <w:r>
        <w:rPr>
          <w:sz w:val="22"/>
        </w:rPr>
        <w:t>C. Glycerid, sterid, glycolipid</w:t>
      </w:r>
    </w:p>
    <w:p>
      <w:pPr>
        <w:pStyle w:val="ListParagraph"/>
      </w:pPr>
      <w:r>
        <w:rPr>
          <w:sz w:val="22"/>
        </w:rPr>
        <w:t>D. sterid, cerid, sphingolipid</w:t>
      </w:r>
    </w:p>
    <w:p/>
    <w:p>
      <w:r>
        <w:rPr>
          <w:b/>
          <w:sz w:val="24"/>
        </w:rPr>
        <w:t>Câu 127: Este của acid béo với sterol gọi là :</w:t>
      </w:r>
    </w:p>
    <w:p>
      <w:pPr>
        <w:pStyle w:val="ListParagraph"/>
      </w:pPr>
      <w:r>
        <w:rPr>
          <w:sz w:val="22"/>
        </w:rPr>
        <w:t>A. glycerid</w:t>
      </w:r>
    </w:p>
    <w:p>
      <w:pPr>
        <w:pStyle w:val="ListParagraph"/>
      </w:pPr>
      <w:r>
        <w:rPr>
          <w:sz w:val="22"/>
        </w:rPr>
        <w:t>B. Cerid</w:t>
      </w:r>
    </w:p>
    <w:p>
      <w:pPr>
        <w:pStyle w:val="ListParagraph"/>
      </w:pPr>
      <w:r>
        <w:rPr>
          <w:sz w:val="22"/>
        </w:rPr>
        <w:t>C. Sterid</w:t>
      </w:r>
    </w:p>
    <w:p>
      <w:pPr>
        <w:pStyle w:val="ListParagraph"/>
      </w:pPr>
      <w:r>
        <w:rPr>
          <w:sz w:val="22"/>
        </w:rPr>
        <w:t>D. Cholesterol</w:t>
      </w:r>
    </w:p>
    <w:p/>
    <w:p>
      <w:r>
        <w:rPr>
          <w:b/>
          <w:sz w:val="24"/>
        </w:rPr>
        <w:t>Câu 128: Chất nào là tiền chất của Vitamin D&lt;sub&gt;3&lt;/sub&gt;</w:t>
      </w:r>
    </w:p>
    <w:p>
      <w:pPr>
        <w:pStyle w:val="ListParagraph"/>
      </w:pPr>
      <w:r>
        <w:rPr>
          <w:sz w:val="22"/>
        </w:rPr>
        <w:t>A. Cholesterol</w:t>
      </w:r>
    </w:p>
    <w:p>
      <w:pPr>
        <w:pStyle w:val="ListParagraph"/>
      </w:pPr>
      <w:r>
        <w:rPr>
          <w:sz w:val="22"/>
        </w:rPr>
        <w:t>B. Acid mật</w:t>
      </w:r>
    </w:p>
    <w:p>
      <w:pPr>
        <w:pStyle w:val="ListParagraph"/>
      </w:pPr>
      <w:r>
        <w:rPr>
          <w:sz w:val="22"/>
        </w:rPr>
        <w:t>C. Triglycerid</w:t>
      </w:r>
    </w:p>
    <w:p>
      <w:pPr>
        <w:pStyle w:val="ListParagraph"/>
      </w:pPr>
      <w:r>
        <w:rPr>
          <w:sz w:val="22"/>
        </w:rPr>
        <w:t>D. 7 Dehydrocholesterol</w:t>
      </w:r>
    </w:p>
    <w:p/>
    <w:p>
      <w:r>
        <w:rPr>
          <w:b/>
          <w:sz w:val="24"/>
        </w:rPr>
        <w:t>Câu 129: Chất nào là lipid thuần</w:t>
      </w:r>
    </w:p>
    <w:p>
      <w:pPr>
        <w:pStyle w:val="ListParagraph"/>
      </w:pPr>
      <w:r>
        <w:rPr>
          <w:sz w:val="22"/>
        </w:rPr>
        <w:t>A. Phosphoglycerid</w:t>
      </w:r>
    </w:p>
    <w:p>
      <w:pPr>
        <w:pStyle w:val="ListParagraph"/>
      </w:pPr>
      <w:r>
        <w:rPr>
          <w:sz w:val="22"/>
        </w:rPr>
        <w:t>B. Sphingolipid</w:t>
      </w:r>
    </w:p>
    <w:p>
      <w:pPr>
        <w:pStyle w:val="ListParagraph"/>
      </w:pPr>
      <w:r>
        <w:rPr>
          <w:sz w:val="22"/>
        </w:rPr>
        <w:t>C. Lipoprotein</w:t>
      </w:r>
    </w:p>
    <w:p>
      <w:pPr>
        <w:pStyle w:val="ListParagraph"/>
      </w:pPr>
      <w:r>
        <w:rPr>
          <w:sz w:val="22"/>
        </w:rPr>
        <w:t>D. Sterid</w:t>
      </w:r>
    </w:p>
    <w:p/>
    <w:p>
      <w:r>
        <w:rPr>
          <w:b/>
          <w:sz w:val="24"/>
        </w:rPr>
        <w:t>Câu 130: Chất nào là lipid tạp</w:t>
      </w:r>
    </w:p>
    <w:p>
      <w:pPr>
        <w:pStyle w:val="ListParagraph"/>
      </w:pPr>
      <w:r>
        <w:rPr>
          <w:sz w:val="22"/>
        </w:rPr>
        <w:t>A. Triglycerid</w:t>
      </w:r>
    </w:p>
    <w:p>
      <w:pPr>
        <w:pStyle w:val="ListParagraph"/>
      </w:pPr>
      <w:r>
        <w:rPr>
          <w:sz w:val="22"/>
        </w:rPr>
        <w:t>B. Diglycerid</w:t>
      </w:r>
    </w:p>
    <w:p>
      <w:pPr>
        <w:pStyle w:val="ListParagraph"/>
      </w:pPr>
      <w:r>
        <w:rPr>
          <w:sz w:val="22"/>
        </w:rPr>
        <w:t>C. Sterid</w:t>
      </w:r>
    </w:p>
    <w:p>
      <w:pPr>
        <w:pStyle w:val="ListParagraph"/>
      </w:pPr>
      <w:r>
        <w:rPr>
          <w:sz w:val="22"/>
        </w:rPr>
        <w:t>D. Glycolipid</w:t>
      </w:r>
    </w:p>
    <w:p/>
    <w:p>
      <w:r>
        <w:rPr>
          <w:b/>
          <w:sz w:val="24"/>
        </w:rPr>
        <w:t>Câu 131: Ester của acid béo cao phân tử và rượu đơn chức cao phân tử là</w:t>
      </w:r>
    </w:p>
    <w:p>
      <w:pPr>
        <w:pStyle w:val="ListParagraph"/>
      </w:pPr>
      <w:r>
        <w:rPr>
          <w:sz w:val="22"/>
        </w:rPr>
        <w:t>A. Sterol</w:t>
      </w:r>
    </w:p>
    <w:p>
      <w:pPr>
        <w:pStyle w:val="ListParagraph"/>
      </w:pPr>
      <w:r>
        <w:rPr>
          <w:sz w:val="22"/>
        </w:rPr>
        <w:t>B. Cerid</w:t>
      </w:r>
    </w:p>
    <w:p>
      <w:pPr>
        <w:pStyle w:val="ListParagraph"/>
      </w:pPr>
      <w:r>
        <w:rPr>
          <w:sz w:val="22"/>
        </w:rPr>
        <w:t>C. Sterid</w:t>
      </w:r>
    </w:p>
    <w:p>
      <w:pPr>
        <w:pStyle w:val="ListParagraph"/>
      </w:pPr>
      <w:r>
        <w:rPr>
          <w:sz w:val="22"/>
        </w:rPr>
        <w:t>D. Muối mật</w:t>
      </w:r>
    </w:p>
    <w:p/>
    <w:p>
      <w:r>
        <w:rPr>
          <w:b/>
          <w:sz w:val="24"/>
        </w:rPr>
        <w:t>Câu 132: Lipoprotein 1. Cấu tạo gồm lipid và protein 2. Không tan trong nước 3. Tan trong nước 4. Vận chuyển lipid trong máu 5. Lipid thuần Chọn tập hợp đúng:</w:t>
      </w:r>
    </w:p>
    <w:p>
      <w:pPr>
        <w:pStyle w:val="ListParagraph"/>
      </w:pPr>
      <w:r>
        <w:rPr>
          <w:sz w:val="22"/>
        </w:rPr>
        <w:t>A. 1, 2 ,3</w:t>
      </w:r>
    </w:p>
    <w:p>
      <w:pPr>
        <w:pStyle w:val="ListParagraph"/>
      </w:pPr>
      <w:r>
        <w:rPr>
          <w:sz w:val="22"/>
        </w:rPr>
        <w:t>B. 1, 2, 4</w:t>
      </w:r>
    </w:p>
    <w:p>
      <w:pPr>
        <w:pStyle w:val="ListParagraph"/>
      </w:pPr>
      <w:r>
        <w:rPr>
          <w:sz w:val="22"/>
        </w:rPr>
        <w:t>C. 1, 3, 4</w:t>
      </w:r>
    </w:p>
    <w:p>
      <w:pPr>
        <w:pStyle w:val="ListParagraph"/>
      </w:pPr>
      <w:r>
        <w:rPr>
          <w:sz w:val="22"/>
        </w:rPr>
        <w:t>D. 1, 3, 5</w:t>
      </w:r>
    </w:p>
    <w:p/>
    <w:p>
      <w:r>
        <w:rPr>
          <w:b/>
          <w:sz w:val="24"/>
        </w:rPr>
        <w:t>Câu 133: Quá trình tiêu hóa lipid nhờ : 1. Sự nhũ tương của dịch mật , tụy 2. Sự thủy phân của enzym amylase 3. Sự thủy phân của enzym lipase 4. Sự thủy phân của enzym peptidas 5. Sự thủy phân của enzym phospholipase Chọn câu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134: Chất tham gia phản ứng sau là chất nào? 🖼️ [IMAGE: /static/uploads/docx_img_1791215302_b86fc232.png]</w:t>
      </w:r>
    </w:p>
    <w:p>
      <w:pPr>
        <w:pStyle w:val="ListParagraph"/>
      </w:pPr>
      <w:r>
        <w:rPr>
          <w:sz w:val="22"/>
        </w:rPr>
        <w:t>A. Acyl CoA</w:t>
      </w:r>
    </w:p>
    <w:p>
      <w:pPr>
        <w:pStyle w:val="ListParagraph"/>
      </w:pPr>
      <w:r>
        <w:rPr>
          <w:sz w:val="22"/>
        </w:rPr>
        <w:t>B. Acid bé</w:t>
      </w:r>
    </w:p>
    <w:p>
      <w:pPr>
        <w:pStyle w:val="ListParagraph"/>
      </w:pPr>
      <w:r>
        <w:rPr>
          <w:sz w:val="22"/>
        </w:rPr>
        <w:t>C. Acyl carnitin</w:t>
      </w:r>
    </w:p>
    <w:p>
      <w:pPr>
        <w:pStyle w:val="ListParagraph"/>
      </w:pPr>
      <w:r>
        <w:rPr>
          <w:sz w:val="22"/>
        </w:rPr>
        <w:t>D. Acetyl CoA</w:t>
      </w:r>
    </w:p>
    <w:p/>
    <w:p>
      <w:r>
        <w:rPr>
          <w:b/>
          <w:sz w:val="24"/>
        </w:rPr>
        <w:t>Câu 135: Để tổng hợp acid béo palmitic (16 C) cần có sự tham gia của:</w:t>
      </w:r>
    </w:p>
    <w:p>
      <w:pPr>
        <w:pStyle w:val="ListParagraph"/>
      </w:pPr>
      <w:r>
        <w:rPr>
          <w:sz w:val="22"/>
        </w:rPr>
        <w:t>A. 6 NADPHH&lt;sup&gt;+&lt;/sup&gt;</w:t>
      </w:r>
    </w:p>
    <w:p>
      <w:pPr>
        <w:pStyle w:val="ListParagraph"/>
      </w:pPr>
      <w:r>
        <w:rPr>
          <w:sz w:val="22"/>
        </w:rPr>
        <w:t>B. 10 NADPHH&lt;sup&gt;+&lt;/sup&gt;</w:t>
      </w:r>
    </w:p>
    <w:p>
      <w:pPr>
        <w:pStyle w:val="ListParagraph"/>
      </w:pPr>
      <w:r>
        <w:rPr>
          <w:sz w:val="22"/>
        </w:rPr>
        <w:t>C. 12 NADPHH&lt;sup&gt;+&lt;/sup&gt;</w:t>
      </w:r>
    </w:p>
    <w:p>
      <w:pPr>
        <w:pStyle w:val="ListParagraph"/>
      </w:pPr>
      <w:r>
        <w:rPr>
          <w:sz w:val="22"/>
        </w:rPr>
        <w:t>D. 14 NADPHH&lt;sup&gt;+&lt;/sup&gt;</w:t>
      </w:r>
    </w:p>
    <w:p/>
    <w:p>
      <w:r>
        <w:rPr>
          <w:b/>
          <w:sz w:val="24"/>
        </w:rPr>
        <w:t>Câu 136: Chọn tập hơp đúng theo thứ tự các phản ứng của quá trình b oxi hóa acid béo bảo hòa sau : 1. Phản ứng khử hydro lần 1 2. Phản ứng khử hydro lần 2 3. Phản ứng kết hợp nước 4. Phản ứng phân cắt</w:t>
      </w:r>
    </w:p>
    <w:p>
      <w:pPr>
        <w:pStyle w:val="ListParagraph"/>
      </w:pPr>
      <w:r>
        <w:rPr>
          <w:sz w:val="22"/>
        </w:rPr>
        <w:t>A. 1; 2; 3; 4</w:t>
      </w:r>
    </w:p>
    <w:p>
      <w:pPr>
        <w:pStyle w:val="ListParagraph"/>
      </w:pPr>
      <w:r>
        <w:rPr>
          <w:sz w:val="22"/>
        </w:rPr>
        <w:t>B. 2; 1; 3; 4</w:t>
      </w:r>
    </w:p>
    <w:p>
      <w:pPr>
        <w:pStyle w:val="ListParagraph"/>
      </w:pPr>
      <w:r>
        <w:rPr>
          <w:sz w:val="22"/>
        </w:rPr>
        <w:t>C. 1; 3; 2; 4</w:t>
      </w:r>
    </w:p>
    <w:p>
      <w:pPr>
        <w:pStyle w:val="ListParagraph"/>
      </w:pPr>
      <w:r>
        <w:rPr>
          <w:sz w:val="22"/>
        </w:rPr>
        <w:t>D. 1; 4; 3; 2</w:t>
      </w:r>
    </w:p>
    <w:p/>
    <w:p>
      <w:r>
        <w:rPr>
          <w:b/>
          <w:sz w:val="24"/>
        </w:rPr>
        <w:t>Câu 137: Các enzyme nào sau có vai trò thuỷ phân lipid:</w:t>
      </w:r>
    </w:p>
    <w:p>
      <w:pPr>
        <w:pStyle w:val="ListParagraph"/>
      </w:pPr>
      <w:r>
        <w:rPr>
          <w:sz w:val="22"/>
        </w:rPr>
        <w:t>A. Pepsidase.</w:t>
      </w:r>
    </w:p>
    <w:p>
      <w:pPr>
        <w:pStyle w:val="ListParagraph"/>
      </w:pPr>
      <w:r>
        <w:rPr>
          <w:sz w:val="22"/>
        </w:rPr>
        <w:t>B. Amylase, protease</w:t>
      </w:r>
    </w:p>
    <w:p>
      <w:pPr>
        <w:pStyle w:val="ListParagraph"/>
      </w:pPr>
      <w:r>
        <w:rPr>
          <w:sz w:val="22"/>
        </w:rPr>
        <w:t>C. Lipase, Photpholipase, Cholesterolesterase</w:t>
      </w:r>
    </w:p>
    <w:p>
      <w:pPr>
        <w:pStyle w:val="ListParagraph"/>
      </w:pPr>
      <w:r>
        <w:rPr>
          <w:sz w:val="22"/>
        </w:rPr>
        <w:t>D. SGOT,SGPT</w:t>
      </w:r>
    </w:p>
    <w:p/>
    <w:p>
      <w:r>
        <w:rPr>
          <w:b/>
          <w:sz w:val="24"/>
        </w:rPr>
        <w:t>Câu 138: Enzyme LCAT (Lecethin Cholesterol Acyl Tranferase) có vai trò:</w:t>
      </w:r>
    </w:p>
    <w:p>
      <w:pPr>
        <w:pStyle w:val="ListParagraph"/>
      </w:pPr>
      <w:r>
        <w:rPr>
          <w:sz w:val="22"/>
        </w:rPr>
        <w:t>A. Xúc tác quá trình tổng hợp Cholesterol este ở huyết tương</w:t>
      </w:r>
    </w:p>
    <w:p>
      <w:pPr>
        <w:pStyle w:val="ListParagraph"/>
      </w:pPr>
      <w:r>
        <w:rPr>
          <w:sz w:val="22"/>
        </w:rPr>
        <w:t>B. Xúc tác quá trình tổng hợp Cholesterol este ở huyết thanh.</w:t>
      </w:r>
    </w:p>
    <w:p>
      <w:pPr>
        <w:pStyle w:val="ListParagraph"/>
      </w:pPr>
      <w:r>
        <w:rPr>
          <w:sz w:val="22"/>
        </w:rPr>
        <w:t>C. Tổng hợp photpholipid.</w:t>
      </w:r>
    </w:p>
    <w:p>
      <w:pPr>
        <w:pStyle w:val="ListParagraph"/>
      </w:pPr>
      <w:r>
        <w:rPr>
          <w:sz w:val="22"/>
        </w:rPr>
        <w:t>D. Tổng hợp Cholesterol.</w:t>
      </w:r>
    </w:p>
    <w:p/>
    <w:p>
      <w:r>
        <w:rPr>
          <w:b/>
          <w:sz w:val="24"/>
        </w:rPr>
        <w:t>Câu 139: Ethanolamin là chất thuộc loại:</w:t>
      </w:r>
    </w:p>
    <w:p>
      <w:pPr>
        <w:pStyle w:val="ListParagraph"/>
      </w:pPr>
      <w:r>
        <w:rPr>
          <w:sz w:val="22"/>
        </w:rPr>
        <w:t>A. Sterid</w:t>
      </w:r>
    </w:p>
    <w:p>
      <w:pPr>
        <w:pStyle w:val="ListParagraph"/>
      </w:pPr>
      <w:r>
        <w:rPr>
          <w:sz w:val="22"/>
        </w:rPr>
        <w:t>B. Sterol</w:t>
      </w:r>
    </w:p>
    <w:p>
      <w:pPr>
        <w:pStyle w:val="ListParagraph"/>
      </w:pPr>
      <w:r>
        <w:rPr>
          <w:sz w:val="22"/>
        </w:rPr>
        <w:t>C. Aminoalcol</w:t>
      </w:r>
    </w:p>
    <w:p>
      <w:pPr>
        <w:pStyle w:val="ListParagraph"/>
      </w:pPr>
      <w:r>
        <w:rPr>
          <w:sz w:val="22"/>
        </w:rPr>
        <w:t>D. Acid Amin</w:t>
      </w:r>
    </w:p>
    <w:p/>
    <w:p>
      <w:r>
        <w:rPr>
          <w:b/>
          <w:sz w:val="24"/>
        </w:rPr>
        <w:t>Câu 140: Chất có công thức C&lt;sub&gt;18&lt;/sub&gt;:2;9,12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141: Chất có công thức C&lt;sub&gt;18&lt;/sub&gt;:3; 9,12, 15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142: Chất có công thức C&lt;sub&gt;20&lt;/sub&gt;:4; 5, 8, 11, 14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143: Acid linoleic thuộc công thức cấu tạo sau:</w:t>
      </w:r>
    </w:p>
    <w:p>
      <w:pPr>
        <w:pStyle w:val="ListParagraph"/>
      </w:pPr>
      <w:r>
        <w:rPr>
          <w:sz w:val="22"/>
        </w:rPr>
        <w:t>A. CnH&lt;sub&gt;2n + 1&lt;/sub&gt;COOH</w:t>
      </w:r>
    </w:p>
    <w:p>
      <w:pPr>
        <w:pStyle w:val="ListParagraph"/>
      </w:pPr>
      <w:r>
        <w:rPr>
          <w:sz w:val="22"/>
        </w:rPr>
        <w:t>B. CnH&lt;sub&gt;2n - 1&lt;/sub&gt;COOH</w:t>
      </w:r>
    </w:p>
    <w:p>
      <w:pPr>
        <w:pStyle w:val="ListParagraph"/>
      </w:pPr>
      <w:r>
        <w:rPr>
          <w:sz w:val="22"/>
        </w:rPr>
        <w:t>C. CnH&lt;sub&gt;2n - 3&lt;/sub&gt;COOH</w:t>
      </w:r>
    </w:p>
    <w:p>
      <w:pPr>
        <w:pStyle w:val="ListParagraph"/>
      </w:pPr>
      <w:r>
        <w:rPr>
          <w:sz w:val="22"/>
        </w:rPr>
        <w:t>D. CnH&lt;sub&gt;2n - 5&lt;/sub&gt;COOH</w:t>
      </w:r>
    </w:p>
    <w:p/>
    <w:p>
      <w:r>
        <w:rPr>
          <w:b/>
          <w:sz w:val="24"/>
        </w:rPr>
        <w:t>Câu 144: Acid linolenic thuộc công thức cấu tạo sau:</w:t>
      </w:r>
    </w:p>
    <w:p>
      <w:pPr>
        <w:pStyle w:val="ListParagraph"/>
      </w:pPr>
      <w:r>
        <w:rPr>
          <w:sz w:val="22"/>
        </w:rPr>
        <w:t>A. . CnH&lt;sub&gt;2n + 1&lt;/sub&gt;COOH</w:t>
      </w:r>
    </w:p>
    <w:p>
      <w:pPr>
        <w:pStyle w:val="ListParagraph"/>
      </w:pPr>
      <w:r>
        <w:rPr>
          <w:sz w:val="22"/>
        </w:rPr>
        <w:t>B. CnH&lt;sub&gt;2n - 1&lt;/sub&gt;COOH</w:t>
      </w:r>
    </w:p>
    <w:p>
      <w:pPr>
        <w:pStyle w:val="ListParagraph"/>
      </w:pPr>
      <w:r>
        <w:rPr>
          <w:sz w:val="22"/>
        </w:rPr>
        <w:t>C. CnH&lt;sub&gt;2n - 3&lt;/sub&gt;COOH</w:t>
      </w:r>
    </w:p>
    <w:p>
      <w:pPr>
        <w:pStyle w:val="ListParagraph"/>
      </w:pPr>
      <w:r>
        <w:rPr>
          <w:sz w:val="22"/>
        </w:rPr>
        <w:t>D. CnH&lt;sub&gt;2n - 7&lt;/sub&gt;COOH</w:t>
      </w:r>
    </w:p>
    <w:p/>
    <w:p>
      <w:r>
        <w:rPr>
          <w:b/>
          <w:sz w:val="24"/>
        </w:rPr>
        <w:t>Câu 145: Các chất Cholesterol, 7 Dehydro Cholesterol, Ergosterol thuộc loại:</w:t>
      </w:r>
    </w:p>
    <w:p>
      <w:pPr>
        <w:pStyle w:val="ListParagraph"/>
      </w:pPr>
      <w:r>
        <w:rPr>
          <w:sz w:val="22"/>
        </w:rPr>
        <w:t>A. Glycerid</w:t>
      </w:r>
    </w:p>
    <w:p>
      <w:pPr>
        <w:pStyle w:val="ListParagraph"/>
      </w:pPr>
      <w:r>
        <w:rPr>
          <w:sz w:val="22"/>
        </w:rPr>
        <w:t>B. Cerid</w:t>
      </w:r>
    </w:p>
    <w:p>
      <w:pPr>
        <w:pStyle w:val="ListParagraph"/>
      </w:pPr>
      <w:r>
        <w:rPr>
          <w:sz w:val="22"/>
        </w:rPr>
        <w:t>C. Sterol</w:t>
      </w:r>
    </w:p>
    <w:p>
      <w:pPr>
        <w:pStyle w:val="ListParagraph"/>
      </w:pPr>
      <w:r>
        <w:rPr>
          <w:sz w:val="22"/>
        </w:rPr>
        <w:t>D. Sterid</w:t>
      </w:r>
    </w:p>
    <w:p/>
    <w:p>
      <w:r>
        <w:rPr>
          <w:b/>
          <w:sz w:val="24"/>
        </w:rPr>
        <w:t>Câu 146: Acid mật thuộc loại nào:</w:t>
      </w:r>
    </w:p>
    <w:p>
      <w:pPr>
        <w:pStyle w:val="ListParagraph"/>
      </w:pPr>
      <w:r>
        <w:rPr>
          <w:sz w:val="22"/>
        </w:rPr>
        <w:t>A. Sterol</w:t>
      </w:r>
    </w:p>
    <w:p>
      <w:pPr>
        <w:pStyle w:val="ListParagraph"/>
      </w:pPr>
      <w:r>
        <w:rPr>
          <w:sz w:val="22"/>
        </w:rPr>
        <w:t>B. Sterid</w:t>
      </w:r>
    </w:p>
    <w:p>
      <w:pPr>
        <w:pStyle w:val="ListParagraph"/>
      </w:pPr>
      <w:r>
        <w:rPr>
          <w:sz w:val="22"/>
        </w:rPr>
        <w:t>C. Dẫn xuất nhân Steroid</w:t>
      </w:r>
    </w:p>
    <w:p>
      <w:pPr>
        <w:pStyle w:val="ListParagraph"/>
      </w:pPr>
      <w:r>
        <w:rPr>
          <w:sz w:val="22"/>
        </w:rPr>
        <w:t>D. Glycolipid</w:t>
      </w:r>
    </w:p>
    <w:p/>
    <w:p>
      <w:r>
        <w:rPr>
          <w:b/>
          <w:sz w:val="24"/>
        </w:rPr>
        <w:t>Câu 147: Cholestesrol esterase thuỷ phân:</w:t>
      </w:r>
    </w:p>
    <w:p>
      <w:pPr>
        <w:pStyle w:val="ListParagraph"/>
      </w:pPr>
      <w:r>
        <w:rPr>
          <w:sz w:val="22"/>
        </w:rPr>
        <w:t>A. Sterid</w:t>
      </w:r>
    </w:p>
    <w:p>
      <w:pPr>
        <w:pStyle w:val="ListParagraph"/>
      </w:pPr>
      <w:r>
        <w:rPr>
          <w:sz w:val="22"/>
        </w:rPr>
        <w:t>B. Cholestesrolester</w:t>
      </w:r>
    </w:p>
    <w:p>
      <w:pPr>
        <w:pStyle w:val="ListParagraph"/>
      </w:pPr>
      <w:r>
        <w:rPr>
          <w:sz w:val="22"/>
        </w:rPr>
        <w:t>C. Lipoprotein</w:t>
      </w:r>
    </w:p>
    <w:p>
      <w:pPr>
        <w:pStyle w:val="ListParagraph"/>
      </w:pPr>
      <w:r>
        <w:rPr>
          <w:sz w:val="22"/>
        </w:rPr>
        <w:t>D. Cerid</w:t>
      </w:r>
    </w:p>
    <w:p/>
    <w:p>
      <w:r>
        <w:rPr>
          <w:b/>
          <w:sz w:val="24"/>
        </w:rPr>
        <w:t>Câu 148: Enzym phospholipase thuỷ phân:</w:t>
      </w:r>
    </w:p>
    <w:p>
      <w:pPr>
        <w:pStyle w:val="ListParagraph"/>
      </w:pPr>
      <w:r>
        <w:rPr>
          <w:sz w:val="22"/>
        </w:rPr>
        <w:t>A. Sterid</w:t>
      </w:r>
    </w:p>
    <w:p>
      <w:pPr>
        <w:pStyle w:val="ListParagraph"/>
      </w:pPr>
      <w:r>
        <w:rPr>
          <w:sz w:val="22"/>
        </w:rPr>
        <w:t>B. Cholesterid</w:t>
      </w:r>
    </w:p>
    <w:p>
      <w:pPr>
        <w:pStyle w:val="ListParagraph"/>
      </w:pPr>
      <w:r>
        <w:rPr>
          <w:sz w:val="22"/>
        </w:rPr>
        <w:t>C. Phospholipid</w:t>
      </w:r>
    </w:p>
    <w:p>
      <w:pPr>
        <w:pStyle w:val="ListParagraph"/>
      </w:pPr>
      <w:r>
        <w:rPr>
          <w:sz w:val="22"/>
        </w:rPr>
        <w:t>D. Protid</w:t>
      </w:r>
    </w:p>
    <w:p/>
    <w:p>
      <w:r>
        <w:rPr>
          <w:b/>
          <w:sz w:val="24"/>
        </w:rPr>
        <w:t>Câu 149: Chất cephalin còn có tên là:</w:t>
      </w:r>
    </w:p>
    <w:p>
      <w:pPr>
        <w:pStyle w:val="ListParagraph"/>
      </w:pPr>
      <w:r>
        <w:rPr>
          <w:sz w:val="22"/>
        </w:rPr>
        <w:t>A. Ethanolamine</w:t>
      </w:r>
    </w:p>
    <w:p>
      <w:pPr>
        <w:pStyle w:val="ListParagraph"/>
      </w:pPr>
      <w:r>
        <w:rPr>
          <w:sz w:val="22"/>
        </w:rPr>
        <w:t>B. Cholin</w:t>
      </w:r>
    </w:p>
    <w:p>
      <w:pPr>
        <w:pStyle w:val="ListParagraph"/>
      </w:pPr>
      <w:r>
        <w:rPr>
          <w:sz w:val="22"/>
        </w:rPr>
        <w:t>C. Inositol</w:t>
      </w:r>
    </w:p>
    <w:p>
      <w:pPr>
        <w:pStyle w:val="ListParagraph"/>
      </w:pPr>
      <w:r>
        <w:rPr>
          <w:sz w:val="22"/>
        </w:rPr>
        <w:t>D. Phosphatidyl ethanolamine</w:t>
      </w:r>
    </w:p>
    <w:p/>
    <w:p>
      <w:r>
        <w:rPr>
          <w:b/>
          <w:sz w:val="24"/>
        </w:rPr>
        <w:t>Câu 150: Chất nào sau thuộc loại aminoalcol tham gia cấu tạo phospholipid</w:t>
      </w:r>
    </w:p>
    <w:p>
      <w:pPr>
        <w:pStyle w:val="ListParagraph"/>
      </w:pPr>
      <w:r>
        <w:rPr>
          <w:sz w:val="22"/>
        </w:rPr>
        <w:t>A. Cholin, ethanolamine, serin</w:t>
      </w:r>
    </w:p>
    <w:p>
      <w:pPr>
        <w:pStyle w:val="ListParagraph"/>
      </w:pPr>
      <w:r>
        <w:rPr>
          <w:sz w:val="22"/>
        </w:rPr>
        <w:t>B. Pyridoxine</w:t>
      </w:r>
    </w:p>
    <w:p>
      <w:pPr>
        <w:pStyle w:val="ListParagraph"/>
      </w:pPr>
      <w:r>
        <w:rPr>
          <w:sz w:val="22"/>
        </w:rPr>
        <w:t>C. Acid cholic, Linoleic</w:t>
      </w:r>
    </w:p>
    <w:p>
      <w:pPr>
        <w:pStyle w:val="ListParagraph"/>
      </w:pPr>
      <w:r>
        <w:rPr>
          <w:sz w:val="22"/>
        </w:rPr>
        <w:t>D. Steric</w:t>
      </w:r>
    </w:p>
    <w:p/>
    <w:p>
      <w:r>
        <w:rPr>
          <w:b/>
          <w:sz w:val="24"/>
        </w:rPr>
        <w:t>Câu 151: Vitamin tan trong lipid là:</w:t>
      </w:r>
    </w:p>
    <w:p>
      <w:pPr>
        <w:pStyle w:val="ListParagraph"/>
      </w:pPr>
      <w:r>
        <w:rPr>
          <w:sz w:val="22"/>
        </w:rPr>
        <w:t>A. Vitamin B1, B6, B12</w:t>
      </w:r>
    </w:p>
    <w:p>
      <w:pPr>
        <w:pStyle w:val="ListParagraph"/>
      </w:pPr>
      <w:r>
        <w:rPr>
          <w:sz w:val="22"/>
        </w:rPr>
        <w:t>B. Biotin, Niacin</w:t>
      </w:r>
    </w:p>
    <w:p>
      <w:pPr>
        <w:pStyle w:val="ListParagraph"/>
      </w:pPr>
      <w:r>
        <w:rPr>
          <w:sz w:val="22"/>
        </w:rPr>
        <w:t>C. Cholecalciferol, Tocoferol, Retinol</w:t>
      </w:r>
    </w:p>
    <w:p>
      <w:pPr>
        <w:pStyle w:val="ListParagraph"/>
      </w:pPr>
      <w:r>
        <w:rPr>
          <w:sz w:val="22"/>
        </w:rPr>
        <w:t>D. Vitamin C, B&lt;sub&gt;12&lt;/sub&gt;, Acid folic</w:t>
      </w:r>
    </w:p>
    <w:p/>
    <w:p>
      <w:r>
        <w:rPr>
          <w:b/>
          <w:sz w:val="24"/>
        </w:rPr>
        <w:t>Câu 152: Enzyme thủy phân lipid</w:t>
      </w:r>
    </w:p>
    <w:p>
      <w:pPr>
        <w:pStyle w:val="ListParagraph"/>
      </w:pPr>
      <w:r>
        <w:rPr>
          <w:sz w:val="22"/>
        </w:rPr>
        <w:t>A. Peptidase, protease</w:t>
      </w:r>
    </w:p>
    <w:p>
      <w:pPr>
        <w:pStyle w:val="ListParagraph"/>
      </w:pPr>
      <w:r>
        <w:rPr>
          <w:sz w:val="22"/>
        </w:rPr>
        <w:t>B. Lipase, phospholipase, cholesterol esterase</w:t>
      </w:r>
    </w:p>
    <w:p>
      <w:pPr>
        <w:pStyle w:val="ListParagraph"/>
      </w:pPr>
      <w:r>
        <w:rPr>
          <w:sz w:val="22"/>
        </w:rPr>
        <w:t>C. Glycerol kinase, lipase</w:t>
      </w:r>
    </w:p>
    <w:p>
      <w:pPr>
        <w:pStyle w:val="ListParagraph"/>
      </w:pPr>
      <w:r>
        <w:rPr>
          <w:sz w:val="22"/>
        </w:rPr>
        <w:t>D. Lipase, amylase</w:t>
      </w:r>
    </w:p>
    <w:p/>
    <w:p>
      <w:r>
        <w:rPr>
          <w:b/>
          <w:sz w:val="24"/>
        </w:rPr>
        <w:t>Câu 153: Thể ceton được tạo thành từ sự thoái hóa tiếp tục của acetyl CoA gồm</w:t>
      </w:r>
    </w:p>
    <w:p>
      <w:pPr>
        <w:pStyle w:val="ListParagraph"/>
      </w:pPr>
      <w:r>
        <w:rPr>
          <w:sz w:val="22"/>
        </w:rPr>
        <w:t>A. Glycerol, phospholipid, acid béo</w:t>
      </w:r>
    </w:p>
    <w:p>
      <w:pPr>
        <w:pStyle w:val="ListParagraph"/>
      </w:pPr>
      <w:r>
        <w:rPr>
          <w:sz w:val="22"/>
        </w:rPr>
        <w:t>B. acetoacetat, β – hydroxybutyrate, aceton</w:t>
      </w:r>
    </w:p>
    <w:p>
      <w:pPr>
        <w:pStyle w:val="ListParagraph"/>
      </w:pPr>
      <w:r>
        <w:rPr>
          <w:sz w:val="22"/>
        </w:rPr>
        <w:t>C. Malat, lactat, malonyl CoA</w:t>
      </w:r>
    </w:p>
    <w:p>
      <w:pPr>
        <w:pStyle w:val="ListParagraph"/>
      </w:pPr>
      <w:r>
        <w:rPr>
          <w:sz w:val="22"/>
        </w:rPr>
        <w:t>D. Acid mevalonic, cholesterol, glycolipid</w:t>
      </w:r>
    </w:p>
    <w:p/>
    <w:p>
      <w:r>
        <w:rPr>
          <w:b/>
          <w:sz w:val="24"/>
        </w:rPr>
        <w:t>Câu 154: Sản phẩm cuối cùng của sự β-oxy hóa acid béo bão hòa có số carbon lẻ</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155: Sản phẩm cuối cùng của sự β-oxy hóa acid béo bão hòa có số carbon chẵn</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156: Để tham gia vào quá trình β-oxy hóa, acid béo được hoạt hóa thành</w:t>
      </w:r>
    </w:p>
    <w:p>
      <w:pPr>
        <w:pStyle w:val="ListParagraph"/>
      </w:pPr>
      <w:r>
        <w:rPr>
          <w:sz w:val="22"/>
        </w:rPr>
        <w:t>A. Acetyl CoA</w:t>
      </w:r>
    </w:p>
    <w:p>
      <w:pPr>
        <w:pStyle w:val="ListParagraph"/>
      </w:pPr>
      <w:r>
        <w:rPr>
          <w:sz w:val="22"/>
        </w:rPr>
        <w:t>B. Acyl CoA</w:t>
      </w:r>
    </w:p>
    <w:p>
      <w:pPr>
        <w:pStyle w:val="ListParagraph"/>
      </w:pPr>
      <w:r>
        <w:rPr>
          <w:sz w:val="22"/>
        </w:rPr>
        <w:t>C. Succinyl CoA</w:t>
      </w:r>
    </w:p>
    <w:p>
      <w:pPr>
        <w:pStyle w:val="ListParagraph"/>
      </w:pPr>
      <w:r>
        <w:rPr>
          <w:sz w:val="22"/>
        </w:rPr>
        <w:t>D. Malonyl CoA</w:t>
      </w:r>
    </w:p>
    <w:p/>
    <w:p>
      <w:r>
        <w:rPr>
          <w:b/>
          <w:sz w:val="24"/>
        </w:rPr>
        <w:t>Câu 157: Các thành phần tham gia vào quá trình hoạt hóa acid béo bão hòa có số carbon chẵn ở ngoài ty thể, NGOẠI TRỪ:</w:t>
      </w:r>
    </w:p>
    <w:p>
      <w:pPr>
        <w:pStyle w:val="ListParagraph"/>
      </w:pPr>
      <w:r>
        <w:rPr>
          <w:sz w:val="22"/>
        </w:rPr>
        <w:t>A. ATP</w:t>
      </w:r>
    </w:p>
    <w:p>
      <w:pPr>
        <w:pStyle w:val="ListParagraph"/>
      </w:pPr>
      <w:r>
        <w:rPr>
          <w:sz w:val="22"/>
        </w:rPr>
        <w:t>B. Mg&lt;sup&gt;2+&lt;/sup&gt;</w:t>
      </w:r>
    </w:p>
    <w:p>
      <w:pPr>
        <w:pStyle w:val="ListParagraph"/>
      </w:pPr>
      <w:r>
        <w:rPr>
          <w:sz w:val="22"/>
        </w:rPr>
        <w:t>C. Acyl CoA synthase</w:t>
      </w:r>
    </w:p>
    <w:p>
      <w:pPr>
        <w:pStyle w:val="ListParagraph"/>
      </w:pPr>
      <w:r>
        <w:rPr>
          <w:sz w:val="22"/>
        </w:rPr>
        <w:t>D. Carnitin acyl transferase</w:t>
      </w:r>
    </w:p>
    <w:p/>
    <w:p>
      <w:r>
        <w:rPr>
          <w:b/>
          <w:sz w:val="24"/>
        </w:rPr>
        <w:t>Câu 158: Kết quả của quá trình β-oxy hóa acid béo bão hòa có số carbon chẵn</w:t>
      </w:r>
    </w:p>
    <w:p>
      <w:pPr>
        <w:pStyle w:val="ListParagraph"/>
      </w:pPr>
      <w:r>
        <w:rPr>
          <w:sz w:val="22"/>
        </w:rPr>
        <w:t>A. Tạo acetyl CoA và acyl CoA ngắn đi 1C. Acyl CoA tiếp tục oxy hóa đến khi toàn bộ acid béo biến thành acetyl CoA</w:t>
      </w:r>
    </w:p>
    <w:p>
      <w:pPr>
        <w:pStyle w:val="ListParagraph"/>
      </w:pPr>
      <w:r>
        <w:rPr>
          <w:sz w:val="22"/>
        </w:rPr>
        <w:t>B. Tạo acetyl CoA và acyl CoA ngắn đi 2C. Acyl CoA tiếp tục oxy hóa đến khi toàn bộ acid béo biến thành acetyl CoA</w:t>
      </w:r>
    </w:p>
    <w:p>
      <w:pPr>
        <w:pStyle w:val="ListParagraph"/>
      </w:pPr>
      <w:r>
        <w:rPr>
          <w:sz w:val="22"/>
        </w:rPr>
        <w:t>C. Tạo acetyl CoA và acyl CoA ngắn đi 3C. Acyl CoA tiếp tục oxy hóa đến khi toàn bộ acid béo biến thành acetyl CoA</w:t>
      </w:r>
    </w:p>
    <w:p>
      <w:pPr>
        <w:pStyle w:val="ListParagraph"/>
      </w:pPr>
      <w:r>
        <w:rPr>
          <w:sz w:val="22"/>
        </w:rPr>
        <w:t>D. Tạo acetyl CoA và acyl CoA ngắn đi 4C. Acyl CoA tiếp tục oxy hóa đến khi toàn bộ acid béo biến thành acetyl CoA</w:t>
      </w:r>
    </w:p>
    <w:p/>
    <w:p>
      <w:r>
        <w:rPr>
          <w:b/>
          <w:sz w:val="24"/>
        </w:rPr>
        <w:t>Câu 159: Sản phẩm cuối cùng của sự β-oxy hóa acid béo bão hòa có số carbon lẻ</w:t>
      </w:r>
    </w:p>
    <w:p>
      <w:pPr>
        <w:pStyle w:val="ListParagraph"/>
      </w:pPr>
      <w:r>
        <w:rPr>
          <w:sz w:val="22"/>
        </w:rPr>
        <w:t>A. Acetyl CoA</w:t>
      </w:r>
    </w:p>
    <w:p>
      <w:pPr>
        <w:pStyle w:val="ListParagraph"/>
      </w:pPr>
      <w:r>
        <w:rPr>
          <w:sz w:val="22"/>
        </w:rPr>
        <w:t>B. Malonyl Co</w:t>
      </w:r>
    </w:p>
    <w:p>
      <w:pPr>
        <w:pStyle w:val="ListParagraph"/>
      </w:pPr>
      <w:r>
        <w:rPr>
          <w:sz w:val="22"/>
        </w:rPr>
        <w:t>C. Propionyl CoA</w:t>
      </w:r>
    </w:p>
    <w:p>
      <w:pPr>
        <w:pStyle w:val="ListParagraph"/>
      </w:pPr>
      <w:r>
        <w:rPr>
          <w:sz w:val="22"/>
        </w:rPr>
        <w:t>D. Acyl CoA</w:t>
      </w:r>
    </w:p>
    <w:p/>
    <w:p>
      <w:r>
        <w:rPr>
          <w:b/>
          <w:sz w:val="24"/>
        </w:rPr>
        <w:t>Câu 160: Số ATP tạo thành khi thoái hóa hoàn toàn acid lignoceric 24C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197</w:t>
      </w:r>
    </w:p>
    <w:p/>
    <w:p>
      <w:r>
        <w:rPr>
          <w:b/>
          <w:sz w:val="24"/>
        </w:rPr>
        <w:t>Câu 161: Số ATP tạo thành khi thoái hóa hoàn toàn acid arachidic 20C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165</w:t>
      </w:r>
    </w:p>
    <w:p/>
    <w:p>
      <w:r>
        <w:rPr>
          <w:b/>
          <w:sz w:val="24"/>
        </w:rPr>
        <w:t>Câu 162: Con đường thoái hóa tiếp tục của acetyl CoA, NGOẠI TRỪ</w:t>
      </w:r>
    </w:p>
    <w:p>
      <w:pPr>
        <w:pStyle w:val="ListParagraph"/>
      </w:pPr>
      <w:r>
        <w:rPr>
          <w:sz w:val="22"/>
        </w:rPr>
        <w:t>A. Oxy hóa ở chu trình acid citric</w:t>
      </w:r>
    </w:p>
    <w:p>
      <w:pPr>
        <w:pStyle w:val="ListParagraph"/>
      </w:pPr>
      <w:r>
        <w:rPr>
          <w:sz w:val="22"/>
        </w:rPr>
        <w:t>B. Tham gia tổng hợp triglycerid</w:t>
      </w:r>
    </w:p>
    <w:p>
      <w:pPr>
        <w:pStyle w:val="ListParagraph"/>
      </w:pPr>
      <w:r>
        <w:rPr>
          <w:sz w:val="22"/>
        </w:rPr>
        <w:t>C. Tham gia tổng hợp cholesterol hay tái tạo acid béo</w:t>
      </w:r>
    </w:p>
    <w:p>
      <w:pPr>
        <w:pStyle w:val="ListParagraph"/>
      </w:pPr>
      <w:r>
        <w:rPr>
          <w:sz w:val="22"/>
        </w:rPr>
        <w:t>D. Tạo thành các thể ceton</w:t>
      </w:r>
    </w:p>
    <w:p/>
    <w:p>
      <w:r>
        <w:rPr>
          <w:b/>
          <w:sz w:val="24"/>
        </w:rPr>
        <w:t>Câu 163: Số enzyme bao quanh phân tử Acyl Carrier Protein (ACP)</w:t>
      </w:r>
    </w:p>
    <w:p>
      <w:pPr>
        <w:pStyle w:val="ListParagraph"/>
      </w:pPr>
      <w:r>
        <w:rPr>
          <w:sz w:val="22"/>
        </w:rPr>
        <w:t>A. 4</w:t>
      </w:r>
    </w:p>
    <w:p>
      <w:pPr>
        <w:pStyle w:val="ListParagraph"/>
      </w:pPr>
      <w:r>
        <w:rPr>
          <w:sz w:val="22"/>
        </w:rPr>
        <w:t>B. 5</w:t>
      </w:r>
    </w:p>
    <w:p>
      <w:pPr>
        <w:pStyle w:val="ListParagraph"/>
      </w:pPr>
      <w:r>
        <w:rPr>
          <w:sz w:val="22"/>
        </w:rPr>
        <w:t>C. 6</w:t>
      </w:r>
    </w:p>
    <w:p>
      <w:pPr>
        <w:pStyle w:val="ListParagraph"/>
      </w:pPr>
      <w:r>
        <w:rPr>
          <w:sz w:val="22"/>
        </w:rPr>
        <w:t>D. 7</w:t>
      </w:r>
    </w:p>
    <w:p/>
    <w:p>
      <w:r>
        <w:rPr>
          <w:b/>
          <w:sz w:val="24"/>
        </w:rPr>
        <w:t>Câu 164: Nguyên liệu ban đầu để tổng hợp acid béo bão hòa ở bào tương là</w:t>
      </w:r>
    </w:p>
    <w:p>
      <w:pPr>
        <w:pStyle w:val="ListParagraph"/>
      </w:pPr>
      <w:r>
        <w:rPr>
          <w:sz w:val="22"/>
        </w:rPr>
        <w:t>A. Acetoacetyl ACP</w:t>
      </w:r>
    </w:p>
    <w:p>
      <w:pPr>
        <w:pStyle w:val="ListParagraph"/>
      </w:pPr>
      <w:r>
        <w:rPr>
          <w:sz w:val="22"/>
        </w:rPr>
        <w:t>B. Acetyl ACP</w:t>
      </w:r>
    </w:p>
    <w:p>
      <w:pPr>
        <w:pStyle w:val="ListParagraph"/>
      </w:pPr>
      <w:r>
        <w:rPr>
          <w:sz w:val="22"/>
        </w:rPr>
        <w:t>C. Malonyl CoA</w:t>
      </w:r>
    </w:p>
    <w:p>
      <w:pPr>
        <w:pStyle w:val="ListParagraph"/>
      </w:pPr>
      <w:r>
        <w:rPr>
          <w:sz w:val="22"/>
        </w:rPr>
        <w:t>D. Acetyl CoA</w:t>
      </w:r>
    </w:p>
    <w:p/>
    <w:p>
      <w:r>
        <w:rPr>
          <w:b/>
          <w:sz w:val="24"/>
        </w:rPr>
        <w:t>Câu 165: Sinh tổng hợp acid béo chưa bão hòa có nhiều liên kết đôi thì liên kết đôi đầu tiên luôn được hình thành giữa</w:t>
      </w:r>
    </w:p>
    <w:p>
      <w:pPr>
        <w:pStyle w:val="ListParagraph"/>
      </w:pPr>
      <w:r>
        <w:rPr>
          <w:sz w:val="22"/>
        </w:rPr>
        <w:t>A. C7 và C8</w:t>
      </w:r>
    </w:p>
    <w:p>
      <w:pPr>
        <w:pStyle w:val="ListParagraph"/>
      </w:pPr>
      <w:r>
        <w:rPr>
          <w:sz w:val="22"/>
        </w:rPr>
        <w:t>B. C9 và C10</w:t>
      </w:r>
    </w:p>
    <w:p>
      <w:pPr>
        <w:pStyle w:val="ListParagraph"/>
      </w:pPr>
      <w:r>
        <w:rPr>
          <w:sz w:val="22"/>
        </w:rPr>
        <w:t>C. C10 và C1</w:t>
      </w:r>
    </w:p>
    <w:p>
      <w:pPr>
        <w:pStyle w:val="ListParagraph"/>
      </w:pPr>
      <w:r>
        <w:rPr>
          <w:sz w:val="22"/>
        </w:rPr>
        <w:t>D. C5 và C6</w:t>
      </w:r>
    </w:p>
    <w:p/>
    <w:p>
      <w:r>
        <w:rPr>
          <w:b/>
          <w:sz w:val="24"/>
        </w:rPr>
        <w:t>Câu 166: Enzym xúc tác cho quá trình tạo triglycerid từ 1,2 diglycerid</w:t>
      </w:r>
    </w:p>
    <w:p>
      <w:pPr>
        <w:pStyle w:val="ListParagraph"/>
      </w:pPr>
      <w:r>
        <w:rPr>
          <w:sz w:val="22"/>
        </w:rPr>
        <w:t>A. Phosphatase</w:t>
      </w:r>
    </w:p>
    <w:p>
      <w:pPr>
        <w:pStyle w:val="ListParagraph"/>
      </w:pPr>
      <w:r>
        <w:rPr>
          <w:sz w:val="22"/>
        </w:rPr>
        <w:t>B. Acyl transferase</w:t>
      </w:r>
    </w:p>
    <w:p>
      <w:pPr>
        <w:pStyle w:val="ListParagraph"/>
      </w:pPr>
      <w:r>
        <w:rPr>
          <w:sz w:val="22"/>
        </w:rPr>
        <w:t>C. Thiolase</w:t>
      </w:r>
    </w:p>
    <w:p>
      <w:pPr>
        <w:pStyle w:val="ListParagraph"/>
      </w:pPr>
      <w:r>
        <w:rPr>
          <w:sz w:val="22"/>
        </w:rPr>
        <w:t>D. Thiokinase</w:t>
      </w:r>
    </w:p>
    <w:p/>
    <w:p>
      <w:r>
        <w:rPr>
          <w:b/>
          <w:sz w:val="24"/>
        </w:rPr>
        <w:t>Câu 167: Đặc điểm của quá trình sinh tổng hợp triglycerid, NGOẠI TRỪ</w:t>
      </w:r>
    </w:p>
    <w:p>
      <w:pPr>
        <w:pStyle w:val="ListParagraph"/>
      </w:pPr>
      <w:r>
        <w:rPr>
          <w:sz w:val="22"/>
        </w:rPr>
        <w:t>A. Nguyên liệu ban đầu là glycerid và acid béo</w:t>
      </w:r>
    </w:p>
    <w:p>
      <w:pPr>
        <w:pStyle w:val="ListParagraph"/>
      </w:pPr>
      <w:r>
        <w:rPr>
          <w:sz w:val="22"/>
        </w:rPr>
        <w:t>B. Triglycerid được tổng hợp ở gan, thận, mô mỡ, ruột</w:t>
      </w:r>
    </w:p>
    <w:p>
      <w:pPr>
        <w:pStyle w:val="ListParagraph"/>
      </w:pPr>
      <w:r>
        <w:rPr>
          <w:sz w:val="22"/>
        </w:rPr>
        <w:t>C. Acid béo được hoạt hóa thành acyl CoA</w:t>
      </w:r>
    </w:p>
    <w:p>
      <w:pPr>
        <w:pStyle w:val="ListParagraph"/>
      </w:pPr>
      <w:r>
        <w:rPr>
          <w:sz w:val="22"/>
        </w:rPr>
        <w:t>D. Glycerol-3-phosphat được hình thành từ quá trình phosphoryl hóa hoặc khử dihydroxy aceton phosphat</w:t>
      </w:r>
    </w:p>
    <w:p/>
    <w:p>
      <w:r>
        <w:rPr>
          <w:b/>
          <w:sz w:val="24"/>
        </w:rPr>
        <w:t>Câu 168: Glycerolkinase KHÔNG có ở</w:t>
      </w:r>
    </w:p>
    <w:p>
      <w:pPr>
        <w:pStyle w:val="ListParagraph"/>
      </w:pPr>
      <w:r>
        <w:rPr>
          <w:sz w:val="22"/>
        </w:rPr>
        <w:t>A. Gan</w:t>
      </w:r>
    </w:p>
    <w:p>
      <w:pPr>
        <w:pStyle w:val="ListParagraph"/>
      </w:pPr>
      <w:r>
        <w:rPr>
          <w:sz w:val="22"/>
        </w:rPr>
        <w:t>B. Thận</w:t>
      </w:r>
    </w:p>
    <w:p>
      <w:pPr>
        <w:pStyle w:val="ListParagraph"/>
      </w:pPr>
      <w:r>
        <w:rPr>
          <w:sz w:val="22"/>
        </w:rPr>
        <w:t>C. Mô mỡ</w:t>
      </w:r>
    </w:p>
    <w:p>
      <w:pPr>
        <w:pStyle w:val="ListParagraph"/>
      </w:pPr>
      <w:r>
        <w:rPr>
          <w:sz w:val="22"/>
        </w:rPr>
        <w:t>D. Niêm mạc ruột</w:t>
      </w:r>
    </w:p>
    <w:p/>
    <w:p>
      <w:r>
        <w:rPr>
          <w:b/>
          <w:sz w:val="24"/>
        </w:rPr>
        <w:t>Câu 169: Cholesterol được tổng hợp chủ yếu ở</w:t>
      </w:r>
    </w:p>
    <w:p>
      <w:pPr>
        <w:pStyle w:val="ListParagraph"/>
      </w:pPr>
      <w:r>
        <w:rPr>
          <w:sz w:val="22"/>
        </w:rPr>
        <w:t>A. Gan và máu</w:t>
      </w:r>
    </w:p>
    <w:p>
      <w:pPr>
        <w:pStyle w:val="ListParagraph"/>
      </w:pPr>
      <w:r>
        <w:rPr>
          <w:sz w:val="22"/>
        </w:rPr>
        <w:t>B. Thận và ruột</w:t>
      </w:r>
    </w:p>
    <w:p>
      <w:pPr>
        <w:pStyle w:val="ListParagraph"/>
      </w:pPr>
      <w:r>
        <w:rPr>
          <w:sz w:val="22"/>
        </w:rPr>
        <w:t>C. Gan và ruột</w:t>
      </w:r>
    </w:p>
    <w:p>
      <w:pPr>
        <w:pStyle w:val="ListParagraph"/>
      </w:pPr>
      <w:r>
        <w:rPr>
          <w:sz w:val="22"/>
        </w:rPr>
        <w:t>D. Gan và thận</w:t>
      </w:r>
    </w:p>
    <w:p/>
    <w:p>
      <w:r>
        <w:rPr>
          <w:b/>
          <w:sz w:val="24"/>
        </w:rPr>
        <w:t>Câu 170: Trình tự quá trình tổng hợp cholesterol</w:t>
      </w:r>
    </w:p>
    <w:p>
      <w:pPr>
        <w:pStyle w:val="ListParagraph"/>
      </w:pPr>
      <w:r>
        <w:rPr>
          <w:sz w:val="22"/>
        </w:rPr>
        <w:t>A. Acetyl CoA - acid mevalonic – squalen – lanosterol – cholesterol</w:t>
      </w:r>
    </w:p>
    <w:p>
      <w:pPr>
        <w:pStyle w:val="ListParagraph"/>
      </w:pPr>
      <w:r>
        <w:rPr>
          <w:sz w:val="22"/>
        </w:rPr>
        <w:t>B. Acetyl CoA - acid mevalonic – lanosterol – squalen - cholesterol</w:t>
      </w:r>
    </w:p>
    <w:p>
      <w:pPr>
        <w:pStyle w:val="ListParagraph"/>
      </w:pPr>
      <w:r>
        <w:rPr>
          <w:sz w:val="22"/>
        </w:rPr>
        <w:t>C. Acetyl CoA – squalen - acid mevalonic – lanosterol - cholesterol</w:t>
      </w:r>
    </w:p>
    <w:p>
      <w:pPr>
        <w:pStyle w:val="ListParagraph"/>
      </w:pPr>
      <w:r>
        <w:rPr>
          <w:sz w:val="22"/>
        </w:rPr>
        <w:t>D. Acetyl CoA – squalen - lanosterol - acid mevalonic - cholesterol</w:t>
      </w:r>
    </w:p>
    <w:p/>
    <w:p>
      <w:r>
        <w:rPr>
          <w:b/>
          <w:sz w:val="24"/>
        </w:rPr>
        <w:t>Câu 171: Vai trò của enzym LCAT (Lecithin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172: Vai trò của enzym ACAT (Acyl CoA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173: Cholesterol vận chuyển trong máu đến các tổ chức dưới dạng</w:t>
      </w:r>
    </w:p>
    <w:p>
      <w:pPr>
        <w:pStyle w:val="ListParagraph"/>
      </w:pPr>
      <w:r>
        <w:rPr>
          <w:sz w:val="22"/>
        </w:rPr>
        <w:t>A. Lipoprotein</w:t>
      </w:r>
    </w:p>
    <w:p>
      <w:pPr>
        <w:pStyle w:val="ListParagraph"/>
      </w:pPr>
      <w:r>
        <w:rPr>
          <w:sz w:val="22"/>
        </w:rPr>
        <w:t>B. Phospholipid</w:t>
      </w:r>
    </w:p>
    <w:p>
      <w:pPr>
        <w:pStyle w:val="ListParagraph"/>
      </w:pPr>
      <w:r>
        <w:rPr>
          <w:sz w:val="22"/>
        </w:rPr>
        <w:t>C. Glycolipid</w:t>
      </w:r>
    </w:p>
    <w:p>
      <w:pPr>
        <w:pStyle w:val="ListParagraph"/>
      </w:pPr>
      <w:r>
        <w:rPr>
          <w:sz w:val="22"/>
        </w:rPr>
        <w:t>D. Triglycerid</w:t>
      </w:r>
    </w:p>
    <w:p/>
    <w:p>
      <w:r>
        <w:rPr>
          <w:b/>
          <w:sz w:val="24"/>
        </w:rPr>
        <w:t>Câu 174: Nguồn dự trữ cholesterol của cơ thể là</w:t>
      </w:r>
    </w:p>
    <w:p>
      <w:pPr>
        <w:pStyle w:val="ListParagraph"/>
      </w:pPr>
      <w:r>
        <w:rPr>
          <w:sz w:val="22"/>
        </w:rPr>
        <w:t>A. Cholesterol</w:t>
      </w:r>
    </w:p>
    <w:p>
      <w:pPr>
        <w:pStyle w:val="ListParagraph"/>
      </w:pPr>
      <w:r>
        <w:rPr>
          <w:sz w:val="22"/>
        </w:rPr>
        <w:t>B. Cholesterol ester</w:t>
      </w:r>
    </w:p>
    <w:p>
      <w:pPr>
        <w:pStyle w:val="ListParagraph"/>
      </w:pPr>
      <w:r>
        <w:rPr>
          <w:sz w:val="22"/>
        </w:rPr>
        <w:t>C. Triglycerid</w:t>
      </w:r>
    </w:p>
    <w:p>
      <w:pPr>
        <w:pStyle w:val="ListParagraph"/>
      </w:pPr>
      <w:r>
        <w:rPr>
          <w:sz w:val="22"/>
        </w:rPr>
        <w:t>D. Phospholipid</w:t>
      </w:r>
    </w:p>
    <w:p/>
    <w:p>
      <w:r>
        <w:rPr>
          <w:b/>
          <w:sz w:val="24"/>
        </w:rPr>
        <w:t>Câu 175: Acid mật nguyên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176: Acid mật thứ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cholic, acid taurochenodeoxycholic</w:t>
      </w:r>
    </w:p>
    <w:p>
      <w:pPr>
        <w:pStyle w:val="ListParagraph"/>
      </w:pPr>
      <w:r>
        <w:rPr>
          <w:sz w:val="22"/>
        </w:rPr>
        <w:t>D. Acid taurochenodeoxycholi, acid glycochenodeoxycholic</w:t>
      </w:r>
    </w:p>
    <w:p/>
    <w:p>
      <w:r>
        <w:rPr>
          <w:b/>
          <w:sz w:val="24"/>
        </w:rPr>
        <w:t>Câu 177: Acid mật nguyên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taurocholic, acid deoxycholic</w:t>
      </w:r>
    </w:p>
    <w:p>
      <w:pPr>
        <w:pStyle w:val="ListParagraph"/>
      </w:pPr>
      <w:r>
        <w:rPr>
          <w:sz w:val="22"/>
        </w:rPr>
        <w:t>D. Acid taurochenodeoxycholi, acid lithocholic</w:t>
      </w:r>
    </w:p>
    <w:p/>
    <w:p>
      <w:r>
        <w:rPr>
          <w:b/>
          <w:sz w:val="24"/>
        </w:rPr>
        <w:t>Câu 178: Chất chống ứ động cholesterol ở thành mạch, hạn chế xơ vữa động mạch</w:t>
      </w:r>
    </w:p>
    <w:p>
      <w:pPr>
        <w:pStyle w:val="ListParagraph"/>
      </w:pPr>
      <w:r>
        <w:rPr>
          <w:sz w:val="22"/>
        </w:rPr>
        <w:t>A. Chylomicron</w:t>
      </w:r>
    </w:p>
    <w:p>
      <w:pPr>
        <w:pStyle w:val="ListParagraph"/>
      </w:pPr>
      <w:r>
        <w:rPr>
          <w:sz w:val="22"/>
        </w:rPr>
        <w:t>B. VLDL</w:t>
      </w:r>
    </w:p>
    <w:p>
      <w:pPr>
        <w:pStyle w:val="ListParagraph"/>
      </w:pPr>
      <w:r>
        <w:rPr>
          <w:sz w:val="22"/>
        </w:rPr>
        <w:t>C. HDL</w:t>
      </w:r>
    </w:p>
    <w:p>
      <w:pPr>
        <w:pStyle w:val="ListParagraph"/>
      </w:pPr>
      <w:r>
        <w:rPr>
          <w:sz w:val="22"/>
        </w:rPr>
        <w:t>D. LDL</w:t>
      </w:r>
    </w:p>
    <w:p/>
    <w:p>
      <w:r>
        <w:rPr>
          <w:b/>
          <w:sz w:val="24"/>
        </w:rPr>
        <w:t>Câu 179: Hai lipoprotein có thành phần triglycerid cao là</w:t>
      </w:r>
    </w:p>
    <w:p>
      <w:pPr>
        <w:pStyle w:val="ListParagraph"/>
      </w:pPr>
      <w:r>
        <w:rPr>
          <w:sz w:val="22"/>
        </w:rPr>
        <w:t>A. Chylomicron và LDL</w:t>
      </w:r>
    </w:p>
    <w:p>
      <w:pPr>
        <w:pStyle w:val="ListParagraph"/>
      </w:pPr>
      <w:r>
        <w:rPr>
          <w:sz w:val="22"/>
        </w:rPr>
        <w:t>B. Chylomicron và VLDL</w:t>
      </w:r>
    </w:p>
    <w:p>
      <w:pPr>
        <w:pStyle w:val="ListParagraph"/>
      </w:pPr>
      <w:r>
        <w:rPr>
          <w:sz w:val="22"/>
        </w:rPr>
        <w:t>C. Chylomicron và HDL</w:t>
      </w:r>
    </w:p>
    <w:p>
      <w:pPr>
        <w:pStyle w:val="ListParagraph"/>
      </w:pPr>
      <w:r>
        <w:rPr>
          <w:sz w:val="22"/>
        </w:rPr>
        <w:t>D. LDL và HDL</w:t>
      </w:r>
    </w:p>
    <w:p/>
    <w:p>
      <w:r>
        <w:rPr>
          <w:b/>
          <w:sz w:val="24"/>
        </w:rPr>
        <w:t>Câu 180: Triglycerid có nhiều trong</w:t>
      </w:r>
    </w:p>
    <w:p>
      <w:pPr>
        <w:pStyle w:val="ListParagraph"/>
      </w:pPr>
      <w:r>
        <w:rPr>
          <w:sz w:val="22"/>
        </w:rPr>
        <w:t>A. Chylomicron</w:t>
      </w:r>
    </w:p>
    <w:p>
      <w:pPr>
        <w:pStyle w:val="ListParagraph"/>
      </w:pPr>
      <w:r>
        <w:rPr>
          <w:sz w:val="22"/>
        </w:rPr>
        <w:t>B. VLDL</w:t>
      </w:r>
    </w:p>
    <w:p>
      <w:pPr>
        <w:pStyle w:val="ListParagraph"/>
      </w:pPr>
      <w:r>
        <w:rPr>
          <w:sz w:val="22"/>
        </w:rPr>
        <w:t>C. LDL</w:t>
      </w:r>
    </w:p>
    <w:p>
      <w:pPr>
        <w:pStyle w:val="ListParagraph"/>
      </w:pPr>
      <w:r>
        <w:rPr>
          <w:sz w:val="22"/>
        </w:rPr>
        <w:t>D. HDL</w:t>
      </w:r>
    </w:p>
    <w:p/>
    <w:p>
      <w:r>
        <w:rPr>
          <w:b/>
          <w:sz w:val="24"/>
        </w:rPr>
        <w:t>Câu 181: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182: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183: Triglycerid được vận chuyển từ gan đến các mô nhờ :</w:t>
      </w:r>
    </w:p>
    <w:p>
      <w:pPr>
        <w:pStyle w:val="ListParagraph"/>
      </w:pPr>
      <w:r>
        <w:rPr>
          <w:sz w:val="22"/>
        </w:rPr>
        <w:t>A. Chylomicron</w:t>
      </w:r>
    </w:p>
    <w:p>
      <w:pPr>
        <w:pStyle w:val="ListParagraph"/>
      </w:pPr>
      <w:r>
        <w:rPr>
          <w:sz w:val="22"/>
        </w:rPr>
        <w:t>B. VLDL (tiền b lipoprotein )</w:t>
      </w:r>
    </w:p>
    <w:p>
      <w:pPr>
        <w:pStyle w:val="ListParagraph"/>
      </w:pPr>
      <w:r>
        <w:rPr>
          <w:sz w:val="22"/>
        </w:rPr>
        <w:t>C. HDL ( a lipoprotein )</w:t>
      </w:r>
    </w:p>
    <w:p>
      <w:pPr>
        <w:pStyle w:val="ListParagraph"/>
      </w:pPr>
      <w:r>
        <w:rPr>
          <w:sz w:val="22"/>
        </w:rPr>
        <w:t>D. LDL (b lipoprotein )</w:t>
      </w:r>
    </w:p>
    <w:p/>
    <w:p>
      <w:r>
        <w:rPr>
          <w:b/>
          <w:sz w:val="24"/>
        </w:rPr>
        <w:t>Câu 184: Các chất nào là các thể Cetonic:</w:t>
      </w:r>
    </w:p>
    <w:p>
      <w:pPr>
        <w:pStyle w:val="ListParagraph"/>
      </w:pPr>
      <w:r>
        <w:rPr>
          <w:sz w:val="22"/>
        </w:rPr>
        <w:t>A. Glycerid, cerid, steroid</w:t>
      </w:r>
    </w:p>
    <w:p>
      <w:pPr>
        <w:pStyle w:val="ListParagraph"/>
      </w:pPr>
      <w:r>
        <w:rPr>
          <w:sz w:val="22"/>
        </w:rPr>
        <w:t>B. Phospholipid, glycolipid</w:t>
      </w:r>
    </w:p>
    <w:p>
      <w:pPr>
        <w:pStyle w:val="ListParagraph"/>
      </w:pPr>
      <w:r>
        <w:rPr>
          <w:sz w:val="22"/>
        </w:rPr>
        <w:t>C. Lactat, Acetyl CoA</w:t>
      </w:r>
    </w:p>
    <w:p>
      <w:pPr>
        <w:pStyle w:val="ListParagraph"/>
      </w:pPr>
      <w:r>
        <w:rPr>
          <w:sz w:val="22"/>
        </w:rPr>
        <w:t>D. Acetone, acetoacetic acid,b hydroxy butyric acid</w:t>
      </w:r>
    </w:p>
    <w:p/>
    <w:p>
      <w:r>
        <w:rPr>
          <w:b/>
          <w:sz w:val="24"/>
        </w:rPr>
        <w:t>Câu 185: NhữngCoenzym nào sau tham gia vào tổng hợp acid béo:</w:t>
      </w:r>
    </w:p>
    <w:p>
      <w:pPr>
        <w:pStyle w:val="ListParagraph"/>
      </w:pPr>
      <w:r>
        <w:rPr>
          <w:sz w:val="22"/>
        </w:rPr>
        <w:t>A. NAD&lt;sup&gt;+&lt;/sup&gt;, NADHH&lt;sup&gt;+&lt;/sup&gt;</w:t>
      </w:r>
    </w:p>
    <w:p>
      <w:pPr>
        <w:pStyle w:val="ListParagraph"/>
      </w:pPr>
      <w:r>
        <w:rPr>
          <w:sz w:val="22"/>
        </w:rPr>
        <w:t>B. FAD, FADH&lt;sub&gt;2&lt;/sub&gt;</w:t>
      </w:r>
    </w:p>
    <w:p>
      <w:pPr>
        <w:pStyle w:val="ListParagraph"/>
      </w:pPr>
      <w:r>
        <w:rPr>
          <w:sz w:val="22"/>
        </w:rPr>
        <w:t>C. NADP&lt;sup&gt;+&lt;/sup&gt;, NADPHH&lt;sup&gt;+&lt;/sup&gt;</w:t>
      </w:r>
    </w:p>
    <w:p>
      <w:pPr>
        <w:pStyle w:val="ListParagraph"/>
      </w:pPr>
      <w:r>
        <w:rPr>
          <w:sz w:val="22"/>
        </w:rPr>
        <w:t>D. FMN, FMNH&lt;sub&gt;2&lt;/sub&gt;</w:t>
      </w:r>
    </w:p>
    <w:p/>
    <w:p>
      <w:r>
        <w:rPr>
          <w:b/>
          <w:sz w:val="24"/>
        </w:rPr>
        <w:t>Câu 186: Các chất sau là aminoalcol:</w:t>
      </w:r>
    </w:p>
    <w:p>
      <w:pPr>
        <w:pStyle w:val="ListParagraph"/>
      </w:pPr>
      <w:r>
        <w:rPr>
          <w:sz w:val="22"/>
        </w:rPr>
        <w:t>A. Ethanolamin, Cholin, Serin, Inositol</w:t>
      </w:r>
    </w:p>
    <w:p>
      <w:pPr>
        <w:pStyle w:val="ListParagraph"/>
      </w:pPr>
      <w:r>
        <w:rPr>
          <w:sz w:val="22"/>
        </w:rPr>
        <w:t>B. Cholesterol.</w:t>
      </w:r>
    </w:p>
    <w:p>
      <w:pPr>
        <w:pStyle w:val="ListParagraph"/>
      </w:pPr>
      <w:r>
        <w:rPr>
          <w:sz w:val="22"/>
        </w:rPr>
        <w:t>C. Hocmon steroid.</w:t>
      </w:r>
    </w:p>
    <w:p>
      <w:pPr>
        <w:pStyle w:val="ListParagraph"/>
      </w:pPr>
      <w:r>
        <w:rPr>
          <w:sz w:val="22"/>
        </w:rPr>
        <w:t>D. Liporotein.</w:t>
      </w:r>
    </w:p>
    <w:p/>
    <w:p>
      <w:r>
        <w:rPr>
          <w:b/>
          <w:sz w:val="24"/>
        </w:rPr>
        <w:t>Câu 187: Hormon nào có vai trò điều hoà tổng hợp lipid:</w:t>
      </w:r>
    </w:p>
    <w:p>
      <w:pPr>
        <w:pStyle w:val="ListParagraph"/>
      </w:pPr>
      <w:r>
        <w:rPr>
          <w:sz w:val="22"/>
        </w:rPr>
        <w:t>A. Insulin</w:t>
      </w:r>
    </w:p>
    <w:p>
      <w:pPr>
        <w:pStyle w:val="ListParagraph"/>
      </w:pPr>
      <w:r>
        <w:rPr>
          <w:sz w:val="22"/>
        </w:rPr>
        <w:t>B. ACTH.</w:t>
      </w:r>
    </w:p>
    <w:p>
      <w:pPr>
        <w:pStyle w:val="ListParagraph"/>
      </w:pPr>
      <w:r>
        <w:rPr>
          <w:sz w:val="22"/>
        </w:rPr>
        <w:t>C. Adrenalin.</w:t>
      </w:r>
    </w:p>
    <w:p>
      <w:pPr>
        <w:pStyle w:val="ListParagraph"/>
      </w:pPr>
      <w:r>
        <w:rPr>
          <w:sz w:val="22"/>
        </w:rPr>
        <w:t>D. Glucagon.</w:t>
      </w:r>
    </w:p>
    <w:p/>
    <w:p>
      <w:r>
        <w:rPr>
          <w:b/>
          <w:sz w:val="24"/>
        </w:rPr>
        <w:t>Câu 188: Acid arachidonic thuộc công thức cấu tạo sau:</w:t>
      </w:r>
    </w:p>
    <w:p>
      <w:pPr>
        <w:pStyle w:val="ListParagraph"/>
      </w:pPr>
      <w:r>
        <w:rPr>
          <w:sz w:val="22"/>
        </w:rPr>
        <w:t>A. CnH&lt;sub&gt;2n + 1&lt;/sub&gt;COOH</w:t>
      </w:r>
    </w:p>
    <w:p>
      <w:pPr>
        <w:pStyle w:val="ListParagraph"/>
      </w:pPr>
      <w:r>
        <w:rPr>
          <w:sz w:val="22"/>
        </w:rPr>
        <w:t>B. CnH&lt;sub&gt;2n - 1&lt;/sub&gt;COOH</w:t>
      </w:r>
    </w:p>
    <w:p>
      <w:pPr>
        <w:pStyle w:val="ListParagraph"/>
      </w:pPr>
      <w:r>
        <w:rPr>
          <w:sz w:val="22"/>
        </w:rPr>
        <w:t>C. CnH&lt;sub&gt;2n - 5&lt;/sub&gt;COOH</w:t>
      </w:r>
    </w:p>
    <w:p>
      <w:pPr>
        <w:pStyle w:val="ListParagraph"/>
      </w:pPr>
      <w:r>
        <w:rPr>
          <w:sz w:val="22"/>
        </w:rPr>
        <w:t>D. CnH&lt;sub&gt;2n - 7&lt;/sub&gt;COOH</w:t>
      </w:r>
    </w:p>
    <w:p/>
    <w:p>
      <w:r>
        <w:rPr>
          <w:b/>
          <w:sz w:val="24"/>
        </w:rPr>
        <w:t>Câu 189: Hormon Glucagon có tác dụng</w:t>
      </w:r>
    </w:p>
    <w:p>
      <w:pPr>
        <w:pStyle w:val="ListParagraph"/>
      </w:pPr>
      <w:r>
        <w:rPr>
          <w:sz w:val="22"/>
        </w:rPr>
        <w:t>A. Hạ đường máu</w:t>
      </w:r>
    </w:p>
    <w:p>
      <w:pPr>
        <w:pStyle w:val="ListParagraph"/>
      </w:pPr>
      <w:r>
        <w:rPr>
          <w:sz w:val="22"/>
        </w:rPr>
        <w:t>B. Tăng đường máu</w:t>
      </w:r>
    </w:p>
    <w:p>
      <w:pPr>
        <w:pStyle w:val="ListParagraph"/>
      </w:pPr>
      <w:r>
        <w:rPr>
          <w:sz w:val="22"/>
        </w:rPr>
        <w:t>C. Tăng tổng hợp lipid</w:t>
      </w:r>
    </w:p>
    <w:p>
      <w:pPr>
        <w:pStyle w:val="ListParagraph"/>
      </w:pPr>
      <w:r>
        <w:rPr>
          <w:sz w:val="22"/>
        </w:rPr>
        <w:t>D. Giảm thoái hóa lipid</w:t>
      </w:r>
    </w:p>
    <w:p/>
    <w:p>
      <w:r>
        <w:rPr>
          <w:b/>
          <w:sz w:val="24"/>
        </w:rPr>
        <w:t>Câu 190: Cấu tạo DNA gồm</w:t>
      </w:r>
    </w:p>
    <w:p>
      <w:pPr>
        <w:pStyle w:val="ListParagraph"/>
      </w:pPr>
      <w:r>
        <w:rPr>
          <w:sz w:val="22"/>
        </w:rPr>
        <w:t>A. Adenin, Guanin, Thymin, Cytosin, đường b-D-deoxyribose, H&lt;sub&gt;3&lt;/sub&gt;PO&lt;sub&gt;4&lt;/sub&gt;</w:t>
      </w:r>
    </w:p>
    <w:p>
      <w:pPr>
        <w:pStyle w:val="ListParagraph"/>
      </w:pPr>
      <w:r>
        <w:rPr>
          <w:sz w:val="22"/>
        </w:rPr>
        <w:t>B. Adenin, Guanin, Thymin, đường b-D-ribose, H&lt;sub&gt;3&lt;/sub&gt;PO&lt;sub&gt;4&lt;/sub&gt;</w:t>
      </w:r>
    </w:p>
    <w:p>
      <w:pPr>
        <w:pStyle w:val="ListParagraph"/>
      </w:pPr>
      <w:r>
        <w:rPr>
          <w:sz w:val="22"/>
        </w:rPr>
        <w:t>C. Adenin, Guanin, Uracil, đường b-D-ribose, H&lt;sub&gt;3&lt;/sub&gt;PO&lt;sub&gt;4&lt;/sub&gt;</w:t>
      </w:r>
    </w:p>
    <w:p>
      <w:pPr>
        <w:pStyle w:val="ListParagraph"/>
      </w:pPr>
      <w:r>
        <w:rPr>
          <w:sz w:val="22"/>
        </w:rPr>
        <w:t>D. Adenin, Guanin, Uracil, đường b-D-deoxyribose, H&lt;sub&gt;3&lt;/sub&gt;PO&lt;sub&gt;4&lt;/sub&gt;</w:t>
      </w:r>
    </w:p>
    <w:p/>
    <w:p>
      <w:r>
        <w:rPr>
          <w:b/>
          <w:sz w:val="24"/>
        </w:rPr>
        <w:t>Câu 191: Nucleotidase là enzyme:</w:t>
      </w:r>
    </w:p>
    <w:p>
      <w:pPr>
        <w:pStyle w:val="ListParagraph"/>
      </w:pPr>
      <w:r>
        <w:rPr>
          <w:sz w:val="22"/>
        </w:rPr>
        <w:t>A. Thủy phân nucleosid thành pentose và Base nitơ</w:t>
      </w:r>
    </w:p>
    <w:p>
      <w:pPr>
        <w:pStyle w:val="ListParagraph"/>
      </w:pPr>
      <w:r>
        <w:rPr>
          <w:sz w:val="22"/>
        </w:rPr>
        <w:t>B. Thủy phân acid nucleic thành mononucleotide</w:t>
      </w:r>
    </w:p>
    <w:p>
      <w:pPr>
        <w:pStyle w:val="ListParagraph"/>
      </w:pPr>
      <w:r>
        <w:rPr>
          <w:sz w:val="22"/>
        </w:rPr>
        <w:t>C. Thủy phân mononucleotide thành nucleosid và H&lt;sub&gt;3&lt;/sub&gt;PO&lt;sub&gt;4&lt;/sub&gt;</w:t>
      </w:r>
    </w:p>
    <w:p>
      <w:pPr>
        <w:pStyle w:val="ListParagraph"/>
      </w:pPr>
      <w:r>
        <w:rPr>
          <w:sz w:val="22"/>
        </w:rPr>
        <w:t>D. Thủy phân nucleprotein thành protein thuần và acid nucleic</w:t>
      </w:r>
    </w:p>
    <w:p/>
    <w:p>
      <w:r>
        <w:rPr>
          <w:b/>
          <w:sz w:val="24"/>
        </w:rPr>
        <w:t>Câu 192: Trong DNA, liên kết được hình thành giữa Base nitơ với đường deoxyribose là liên kết</w:t>
      </w:r>
    </w:p>
    <w:p>
      <w:pPr>
        <w:pStyle w:val="ListParagraph"/>
      </w:pPr>
      <w:r>
        <w:rPr>
          <w:sz w:val="22"/>
        </w:rPr>
        <w:t>A. Phosphodiester</w:t>
      </w:r>
    </w:p>
    <w:p>
      <w:pPr>
        <w:pStyle w:val="ListParagraph"/>
      </w:pPr>
      <w:r>
        <w:rPr>
          <w:sz w:val="22"/>
        </w:rPr>
        <w:t>B. Phosphoester</w:t>
      </w:r>
    </w:p>
    <w:p>
      <w:pPr>
        <w:pStyle w:val="ListParagraph"/>
      </w:pPr>
      <w:r>
        <w:rPr>
          <w:sz w:val="22"/>
        </w:rPr>
        <w:t>C. Glycosid</w:t>
      </w:r>
    </w:p>
    <w:p>
      <w:pPr>
        <w:pStyle w:val="ListParagraph"/>
      </w:pPr>
      <w:r>
        <w:rPr>
          <w:sz w:val="22"/>
        </w:rPr>
        <w:t>D. Hydro</w:t>
      </w:r>
    </w:p>
    <w:p/>
    <w:p>
      <w:r>
        <w:rPr>
          <w:b/>
          <w:sz w:val="24"/>
        </w:rPr>
        <w:t>Câu 193: Vai trò của ATP và ADP, NGOẠI TRỪ:</w:t>
      </w:r>
    </w:p>
    <w:p>
      <w:pPr>
        <w:pStyle w:val="ListParagraph"/>
      </w:pPr>
      <w:r>
        <w:rPr>
          <w:sz w:val="22"/>
        </w:rPr>
        <w:t>A. Tham gia phản ứng phosphoryl hóa</w:t>
      </w:r>
    </w:p>
    <w:p>
      <w:pPr>
        <w:pStyle w:val="ListParagraph"/>
      </w:pPr>
      <w:r>
        <w:rPr>
          <w:sz w:val="22"/>
        </w:rPr>
        <w:t>B. Tham gia phản ứng hydro hóa</w:t>
      </w:r>
    </w:p>
    <w:p>
      <w:pPr>
        <w:pStyle w:val="ListParagraph"/>
      </w:pPr>
      <w:r>
        <w:rPr>
          <w:sz w:val="22"/>
        </w:rPr>
        <w:t>C. Hoạt hóa các chất</w:t>
      </w:r>
    </w:p>
    <w:p>
      <w:pPr>
        <w:pStyle w:val="ListParagraph"/>
      </w:pPr>
      <w:r>
        <w:rPr>
          <w:sz w:val="22"/>
        </w:rPr>
        <w:t>D. Dự trữ và cung cấp năng lượng</w:t>
      </w:r>
    </w:p>
    <w:p/>
    <w:p>
      <w:r>
        <w:rPr>
          <w:b/>
          <w:sz w:val="24"/>
        </w:rPr>
        <w:t>Câu 194: Base nitơ tồn tại dưới dạng</w:t>
      </w:r>
    </w:p>
    <w:p>
      <w:pPr>
        <w:pStyle w:val="ListParagraph"/>
      </w:pPr>
      <w:r>
        <w:rPr>
          <w:sz w:val="22"/>
        </w:rPr>
        <w:t>A. Lactam</w:t>
      </w:r>
    </w:p>
    <w:p>
      <w:pPr>
        <w:pStyle w:val="ListParagraph"/>
      </w:pPr>
      <w:r>
        <w:rPr>
          <w:sz w:val="22"/>
        </w:rPr>
        <w:t>B. Lactim</w:t>
      </w:r>
    </w:p>
    <w:p>
      <w:pPr>
        <w:pStyle w:val="ListParagraph"/>
      </w:pPr>
      <w:r>
        <w:rPr>
          <w:sz w:val="22"/>
        </w:rPr>
        <w:t>C. Cả 2 đều đúng</w:t>
      </w:r>
    </w:p>
    <w:p>
      <w:pPr>
        <w:pStyle w:val="ListParagraph"/>
      </w:pPr>
      <w:r>
        <w:rPr>
          <w:sz w:val="22"/>
        </w:rPr>
        <w:t>D. Cả 2 đều sai</w:t>
      </w:r>
    </w:p>
    <w:p/>
    <w:p>
      <w:r>
        <w:rPr>
          <w:b/>
          <w:sz w:val="24"/>
        </w:rPr>
        <w:t>Câu 195: Trong quá trình tự nhân đôi ở prokaryote,enzyme topoisomerase có nhiệm vụ</w:t>
      </w:r>
    </w:p>
    <w:p>
      <w:pPr>
        <w:pStyle w:val="ListParagraph"/>
      </w:pPr>
      <w:r>
        <w:rPr>
          <w:sz w:val="22"/>
        </w:rPr>
        <w:t>A. Làm ổn định các sợi đơn DNA sau khi tách nhau ra và làm cho hai mạch không tái kết hợp trở lại được</w:t>
      </w:r>
    </w:p>
    <w:p>
      <w:pPr>
        <w:pStyle w:val="ListParagraph"/>
      </w:pPr>
      <w:r>
        <w:rPr>
          <w:sz w:val="22"/>
        </w:rPr>
        <w:t>B. Tháo xoắn phân tử DNA</w:t>
      </w:r>
    </w:p>
    <w:p>
      <w:pPr>
        <w:pStyle w:val="ListParagraph"/>
      </w:pPr>
      <w:r>
        <w:rPr>
          <w:sz w:val="22"/>
        </w:rPr>
        <w:t>C. Tiếp tục nối dài chuỗi polypeptide</w:t>
      </w:r>
    </w:p>
    <w:p>
      <w:pPr>
        <w:pStyle w:val="ListParagraph"/>
      </w:pPr>
      <w:r>
        <w:rPr>
          <w:sz w:val="22"/>
        </w:rPr>
        <w:t>D. Tổng hợp mồi ARN</w:t>
      </w:r>
    </w:p>
    <w:p/>
    <w:p>
      <w:r>
        <w:rPr>
          <w:b/>
          <w:sz w:val="24"/>
        </w:rPr>
        <w:t>Câu 196: Sản phẩm thoái hóa chủ yếu của quá trình dị hóa purin có nguồn gốc từ thức ăn hoặc từ thoái hóa a.nucleic</w:t>
      </w:r>
    </w:p>
    <w:p>
      <w:pPr>
        <w:pStyle w:val="ListParagraph"/>
      </w:pPr>
      <w:r>
        <w:rPr>
          <w:sz w:val="22"/>
        </w:rPr>
        <w:t>A. Acid Uric</w:t>
      </w:r>
    </w:p>
    <w:p>
      <w:pPr>
        <w:pStyle w:val="ListParagraph"/>
      </w:pPr>
      <w:r>
        <w:rPr>
          <w:sz w:val="22"/>
        </w:rPr>
        <w:t>B. Allantoin</w:t>
      </w:r>
    </w:p>
    <w:p>
      <w:pPr>
        <w:pStyle w:val="ListParagraph"/>
      </w:pPr>
      <w:r>
        <w:rPr>
          <w:sz w:val="22"/>
        </w:rPr>
        <w:t>C. Allantoat</w:t>
      </w:r>
    </w:p>
    <w:p>
      <w:pPr>
        <w:pStyle w:val="ListParagraph"/>
      </w:pPr>
      <w:r>
        <w:rPr>
          <w:sz w:val="22"/>
        </w:rPr>
        <w:t>D. Ure</w:t>
      </w:r>
    </w:p>
    <w:p/>
    <w:p>
      <w:r>
        <w:rPr>
          <w:b/>
          <w:sz w:val="24"/>
        </w:rPr>
        <w:t>Câu 197: Cơ chế sửa sai DNA trong quá trình tự nhân đôi được đảm bảo thông qua vai trò của enzyme</w:t>
      </w:r>
    </w:p>
    <w:p>
      <w:pPr>
        <w:pStyle w:val="ListParagraph"/>
      </w:pPr>
      <w:r>
        <w:rPr>
          <w:sz w:val="22"/>
        </w:rPr>
        <w:t>A. Helicase</w:t>
      </w:r>
    </w:p>
    <w:p>
      <w:pPr>
        <w:pStyle w:val="ListParagraph"/>
      </w:pPr>
      <w:r>
        <w:rPr>
          <w:sz w:val="22"/>
        </w:rPr>
        <w:t>B. Topoisomerase</w:t>
      </w:r>
    </w:p>
    <w:p>
      <w:pPr>
        <w:pStyle w:val="ListParagraph"/>
      </w:pPr>
      <w:r>
        <w:rPr>
          <w:sz w:val="22"/>
        </w:rPr>
        <w:t>C. DNA gyrase</w:t>
      </w:r>
    </w:p>
    <w:p>
      <w:pPr>
        <w:pStyle w:val="ListParagraph"/>
      </w:pPr>
      <w:r>
        <w:rPr>
          <w:sz w:val="22"/>
        </w:rPr>
        <w:t>D. DNA polymerase</w:t>
      </w:r>
    </w:p>
    <w:p/>
    <w:p>
      <w:r>
        <w:rPr>
          <w:b/>
          <w:sz w:val="24"/>
        </w:rPr>
        <w:t>Câu 198: Công thức này là 🖼️ [IMAGE: /static/uploads/docx_img_1791215303_29e0ff0c.png]</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Hypoxanthin</w:t>
      </w:r>
    </w:p>
    <w:p/>
    <w:p>
      <w:r>
        <w:rPr>
          <w:b/>
          <w:sz w:val="24"/>
        </w:rPr>
        <w:t>Câu 199: Dẫn xuất guanin (GDP, GTP)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200: Dẫn xuất cytosin (CDP, CTP)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201: Dạng enol và ceton của 🖼️ [IMAGE: /static/uploads/docx_img_1791215303_ba180380.png]</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Thymin</w:t>
      </w:r>
    </w:p>
    <w:p/>
    <w:p>
      <w:r>
        <w:rPr>
          <w:b/>
          <w:sz w:val="24"/>
        </w:rPr>
        <w:t>Câu 202: Enzyme nào không có hoạt tính exonuclease theo chiều 5’ – 3’</w:t>
      </w:r>
    </w:p>
    <w:p>
      <w:pPr>
        <w:pStyle w:val="ListParagraph"/>
      </w:pPr>
      <w:r>
        <w:rPr>
          <w:sz w:val="22"/>
        </w:rPr>
        <w:t>A. DNA polymerase I</w:t>
      </w:r>
    </w:p>
    <w:p>
      <w:pPr>
        <w:pStyle w:val="ListParagraph"/>
      </w:pPr>
      <w:r>
        <w:rPr>
          <w:sz w:val="22"/>
        </w:rPr>
        <w:t>B. DNA polymerase II</w:t>
      </w:r>
    </w:p>
    <w:p>
      <w:pPr>
        <w:pStyle w:val="ListParagraph"/>
      </w:pPr>
      <w:r>
        <w:rPr>
          <w:sz w:val="22"/>
        </w:rPr>
        <w:t>C. DNA polymerase III</w:t>
      </w:r>
    </w:p>
    <w:p>
      <w:pPr>
        <w:pStyle w:val="ListParagraph"/>
      </w:pPr>
      <w:r>
        <w:rPr>
          <w:sz w:val="22"/>
        </w:rPr>
        <w:t>D. DNA polymerase α</w:t>
      </w:r>
    </w:p>
    <w:p/>
    <w:p>
      <w:r>
        <w:rPr>
          <w:b/>
          <w:sz w:val="24"/>
        </w:rPr>
        <w:t>Câu 203: Cho các thông tin sau: (1) Cắt liên kết hidro (2) Tạo bong bóng sao chép (3) Tháo xoắn DNA (4) Lắp nucleotide (5) Gắn mồi. Chọn thứ tự đúng:</w:t>
      </w:r>
    </w:p>
    <w:p>
      <w:pPr>
        <w:pStyle w:val="ListParagraph"/>
      </w:pPr>
      <w:r>
        <w:rPr>
          <w:sz w:val="22"/>
        </w:rPr>
        <w:t>A. 2-1-4-3-5</w:t>
      </w:r>
    </w:p>
    <w:p>
      <w:pPr>
        <w:pStyle w:val="ListParagraph"/>
      </w:pPr>
      <w:r>
        <w:rPr>
          <w:sz w:val="22"/>
        </w:rPr>
        <w:t>B. 1-2-5-4-3</w:t>
      </w:r>
    </w:p>
    <w:p>
      <w:pPr>
        <w:pStyle w:val="ListParagraph"/>
      </w:pPr>
      <w:r>
        <w:rPr>
          <w:sz w:val="22"/>
        </w:rPr>
        <w:t>C. 2-1-4-5-3</w:t>
      </w:r>
    </w:p>
    <w:p>
      <w:pPr>
        <w:pStyle w:val="ListParagraph"/>
      </w:pPr>
      <w:r>
        <w:rPr>
          <w:sz w:val="22"/>
        </w:rPr>
        <w:t>D. 3-1-2-5-4</w:t>
      </w:r>
    </w:p>
    <w:p/>
    <w:p>
      <w:r>
        <w:rPr>
          <w:b/>
          <w:sz w:val="24"/>
        </w:rPr>
        <w:t>Câu 204: Quá trình phiên mã ở vi khuẩn E.coli xảy ra trong</w:t>
      </w:r>
    </w:p>
    <w:p>
      <w:pPr>
        <w:pStyle w:val="ListParagraph"/>
      </w:pPr>
      <w:r>
        <w:rPr>
          <w:sz w:val="22"/>
        </w:rPr>
        <w:t>A. Ribosome</w:t>
      </w:r>
    </w:p>
    <w:p>
      <w:pPr>
        <w:pStyle w:val="ListParagraph"/>
      </w:pPr>
      <w:r>
        <w:rPr>
          <w:sz w:val="22"/>
        </w:rPr>
        <w:t>B. Tế bào chất</w:t>
      </w:r>
    </w:p>
    <w:p>
      <w:pPr>
        <w:pStyle w:val="ListParagraph"/>
      </w:pPr>
      <w:r>
        <w:rPr>
          <w:sz w:val="22"/>
        </w:rPr>
        <w:t>C. Nhân tế bào</w:t>
      </w:r>
    </w:p>
    <w:p>
      <w:pPr>
        <w:pStyle w:val="ListParagraph"/>
      </w:pPr>
      <w:r>
        <w:rPr>
          <w:sz w:val="22"/>
        </w:rPr>
        <w:t>D. Ti thể.</w:t>
      </w:r>
    </w:p>
    <w:p/>
    <w:p>
      <w:r>
        <w:rPr>
          <w:b/>
          <w:sz w:val="24"/>
        </w:rPr>
        <w:t>Câu 205: Enzym KHÔNG tham gia vào quá trình sao chép DNA</w:t>
      </w:r>
    </w:p>
    <w:p>
      <w:pPr>
        <w:pStyle w:val="ListParagraph"/>
      </w:pPr>
      <w:r>
        <w:rPr>
          <w:sz w:val="22"/>
        </w:rPr>
        <w:t>A. DNA polymerase</w:t>
      </w:r>
    </w:p>
    <w:p>
      <w:pPr>
        <w:pStyle w:val="ListParagraph"/>
      </w:pPr>
      <w:r>
        <w:rPr>
          <w:sz w:val="22"/>
        </w:rPr>
        <w:t>B. Ligase</w:t>
      </w:r>
    </w:p>
    <w:p>
      <w:pPr>
        <w:pStyle w:val="ListParagraph"/>
      </w:pPr>
      <w:r>
        <w:rPr>
          <w:sz w:val="22"/>
        </w:rPr>
        <w:t>C. Helicase</w:t>
      </w:r>
    </w:p>
    <w:p>
      <w:pPr>
        <w:pStyle w:val="ListParagraph"/>
      </w:pPr>
      <w:r>
        <w:rPr>
          <w:sz w:val="22"/>
        </w:rPr>
        <w:t>D. RNA polymerase</w:t>
      </w:r>
    </w:p>
    <w:p/>
    <w:p>
      <w:r>
        <w:rPr>
          <w:b/>
          <w:sz w:val="24"/>
        </w:rPr>
        <w:t>Câu 206: Vai trò của spliceosome là</w:t>
      </w:r>
    </w:p>
    <w:p>
      <w:pPr>
        <w:pStyle w:val="ListParagraph"/>
      </w:pPr>
      <w:r>
        <w:rPr>
          <w:sz w:val="22"/>
        </w:rPr>
        <w:t>A. Xử lý pre – tRNA thành tRNA</w:t>
      </w:r>
    </w:p>
    <w:p>
      <w:pPr>
        <w:pStyle w:val="ListParagraph"/>
      </w:pPr>
      <w:r>
        <w:rPr>
          <w:sz w:val="22"/>
        </w:rPr>
        <w:t>B. Cắt nối mRNA tế bào nhân thật tạo mRNA trưởng thành</w:t>
      </w:r>
    </w:p>
    <w:p>
      <w:pPr>
        <w:pStyle w:val="ListParagraph"/>
      </w:pPr>
      <w:r>
        <w:rPr>
          <w:sz w:val="22"/>
        </w:rPr>
        <w:t>C. Xử lý pre – rRNA thành rRNA</w:t>
      </w:r>
    </w:p>
    <w:p>
      <w:pPr>
        <w:pStyle w:val="ListParagraph"/>
      </w:pPr>
      <w:r>
        <w:rPr>
          <w:sz w:val="22"/>
        </w:rPr>
        <w:t>D. Điều chỉnh hoạt tính của snRNP</w:t>
      </w:r>
    </w:p>
    <w:p/>
    <w:p>
      <w:r>
        <w:rPr>
          <w:b/>
          <w:sz w:val="24"/>
        </w:rPr>
        <w:t>Câu 207: Vai trò của việc gắn chóp đầu 5’ trong quá trình biến đổi sau phiên mã ở Eukaryote</w:t>
      </w:r>
    </w:p>
    <w:p>
      <w:pPr>
        <w:pStyle w:val="ListParagraph"/>
      </w:pPr>
      <w:r>
        <w:rPr>
          <w:sz w:val="22"/>
        </w:rPr>
        <w:t>A. Giúp mRNA tồn tại lâu</w:t>
      </w:r>
    </w:p>
    <w:p>
      <w:pPr>
        <w:pStyle w:val="ListParagraph"/>
      </w:pPr>
      <w:r>
        <w:rPr>
          <w:sz w:val="22"/>
        </w:rPr>
        <w:t>B. Thúc đẩy dịch mã hiệu quả hơn</w:t>
      </w:r>
    </w:p>
    <w:p>
      <w:pPr>
        <w:pStyle w:val="ListParagraph"/>
      </w:pPr>
      <w:r>
        <w:rPr>
          <w:sz w:val="22"/>
        </w:rPr>
        <w:t>C. Tín hiệu cho ribosom nhận biết để gắn vào khi dịch mã</w:t>
      </w:r>
    </w:p>
    <w:p>
      <w:pPr>
        <w:pStyle w:val="ListParagraph"/>
      </w:pPr>
      <w:r>
        <w:rPr>
          <w:sz w:val="22"/>
        </w:rPr>
        <w:t>D. Vận chuyển mRNA từ nhân ra tế bào chất</w:t>
      </w:r>
    </w:p>
    <w:p/>
    <w:p>
      <w:r>
        <w:rPr>
          <w:b/>
          <w:sz w:val="24"/>
        </w:rPr>
        <w:t>Câu 208: Thoái hóa pyrimidin chủ yếu xảy ra ở:</w:t>
      </w:r>
    </w:p>
    <w:p>
      <w:pPr>
        <w:pStyle w:val="ListParagraph"/>
      </w:pPr>
      <w:r>
        <w:rPr>
          <w:sz w:val="22"/>
        </w:rPr>
        <w:t>A. Thận</w:t>
      </w:r>
    </w:p>
    <w:p>
      <w:pPr>
        <w:pStyle w:val="ListParagraph"/>
      </w:pPr>
      <w:r>
        <w:rPr>
          <w:sz w:val="22"/>
        </w:rPr>
        <w:t>B. Gan @</w:t>
      </w:r>
    </w:p>
    <w:p>
      <w:pPr>
        <w:pStyle w:val="ListParagraph"/>
      </w:pPr>
      <w:r>
        <w:rPr>
          <w:sz w:val="22"/>
        </w:rPr>
        <w:t>C. Ruột</w:t>
      </w:r>
    </w:p>
    <w:p>
      <w:pPr>
        <w:pStyle w:val="ListParagraph"/>
      </w:pPr>
      <w:r>
        <w:rPr>
          <w:sz w:val="22"/>
        </w:rPr>
        <w:t>D. Máu</w:t>
      </w:r>
    </w:p>
    <w:p/>
    <w:p>
      <w:r>
        <w:rPr>
          <w:b/>
          <w:sz w:val="24"/>
        </w:rPr>
        <w:t>Câu 209: Thứ tự các enzyme tham gia quá trình sao chép DNA</w:t>
      </w:r>
    </w:p>
    <w:p>
      <w:pPr>
        <w:pStyle w:val="ListParagraph"/>
      </w:pPr>
      <w:r>
        <w:rPr>
          <w:sz w:val="22"/>
        </w:rPr>
        <w:t>A. Topoisomerase II – helicase – SSB protein – DNA polymerase – ligase</w:t>
      </w:r>
    </w:p>
    <w:p>
      <w:pPr>
        <w:pStyle w:val="ListParagraph"/>
      </w:pPr>
      <w:r>
        <w:rPr>
          <w:sz w:val="22"/>
        </w:rPr>
        <w:t>B. Helicase – topoisomerase II – DNA polymerase – SSB protein - ligase</w:t>
      </w:r>
    </w:p>
    <w:p>
      <w:pPr>
        <w:pStyle w:val="ListParagraph"/>
      </w:pPr>
      <w:r>
        <w:rPr>
          <w:sz w:val="22"/>
        </w:rPr>
        <w:t>C. SSB protein – helicase -topoisomerase II – ligase – DNA polymerase</w:t>
      </w:r>
    </w:p>
    <w:p>
      <w:pPr>
        <w:pStyle w:val="ListParagraph"/>
      </w:pPr>
      <w:r>
        <w:rPr>
          <w:sz w:val="22"/>
        </w:rPr>
        <w:t>D. Topoisomerase II – SSB protein – helicase – DNA polymerase - ligase</w:t>
      </w:r>
    </w:p>
    <w:p/>
    <w:p>
      <w:r>
        <w:rPr>
          <w:b/>
          <w:sz w:val="24"/>
        </w:rPr>
        <w:t>Câu 210: Đuôi polyA đầu 3’ – mRNA không có vai trò</w:t>
      </w:r>
    </w:p>
    <w:p>
      <w:pPr>
        <w:pStyle w:val="ListParagraph"/>
      </w:pPr>
      <w:r>
        <w:rPr>
          <w:sz w:val="22"/>
        </w:rPr>
        <w:t>A. Vận chuyển mRNA ra tế bào chất</w:t>
      </w:r>
    </w:p>
    <w:p>
      <w:pPr>
        <w:pStyle w:val="ListParagraph"/>
      </w:pPr>
      <w:r>
        <w:rPr>
          <w:sz w:val="22"/>
        </w:rPr>
        <w:t>B. Vòng hóa mRNA giúp tái sử dụng ribosome</w:t>
      </w:r>
    </w:p>
    <w:p>
      <w:pPr>
        <w:pStyle w:val="ListParagraph"/>
      </w:pPr>
      <w:r>
        <w:rPr>
          <w:sz w:val="22"/>
        </w:rPr>
        <w:t>C. Cắt loại intron, nối exon</w:t>
      </w:r>
    </w:p>
    <w:p>
      <w:pPr>
        <w:pStyle w:val="ListParagraph"/>
      </w:pPr>
      <w:r>
        <w:rPr>
          <w:sz w:val="22"/>
        </w:rPr>
        <w:t>D. Bảo vệ mRNA</w:t>
      </w:r>
    </w:p>
    <w:p/>
    <w:p>
      <w:r>
        <w:rPr>
          <w:b/>
          <w:sz w:val="24"/>
        </w:rPr>
        <w:t>Câu 211: Acid amin nào chỉ có một codon</w:t>
      </w:r>
    </w:p>
    <w:p>
      <w:pPr>
        <w:pStyle w:val="ListParagraph"/>
      </w:pPr>
      <w:r>
        <w:rPr>
          <w:sz w:val="22"/>
        </w:rPr>
        <w:t>A. Methionin và tryptophan</w:t>
      </w:r>
    </w:p>
    <w:p>
      <w:pPr>
        <w:pStyle w:val="ListParagraph"/>
      </w:pPr>
      <w:r>
        <w:rPr>
          <w:sz w:val="22"/>
        </w:rPr>
        <w:t>B. Leucin và alanin</w:t>
      </w:r>
    </w:p>
    <w:p>
      <w:pPr>
        <w:pStyle w:val="ListParagraph"/>
      </w:pPr>
      <w:r>
        <w:rPr>
          <w:sz w:val="22"/>
        </w:rPr>
        <w:t>C. Leucin và methionin</w:t>
      </w:r>
    </w:p>
    <w:p>
      <w:pPr>
        <w:pStyle w:val="ListParagraph"/>
      </w:pPr>
      <w:r>
        <w:rPr>
          <w:sz w:val="22"/>
        </w:rPr>
        <w:t>D. Alanin và tryptophan</w:t>
      </w:r>
    </w:p>
    <w:p/>
    <w:p>
      <w:r>
        <w:rPr>
          <w:b/>
          <w:sz w:val="24"/>
        </w:rPr>
        <w:t>Câu 212: Ở E.coli, kết thúc phiên mã phụ thuộc yếu tố Rho,Rho gắn với RNA tại vị trí</w:t>
      </w:r>
    </w:p>
    <w:p>
      <w:pPr>
        <w:pStyle w:val="ListParagraph"/>
      </w:pPr>
      <w:r>
        <w:rPr>
          <w:sz w:val="22"/>
        </w:rPr>
        <w:t>A. Bong bóng phiên mã</w:t>
      </w:r>
    </w:p>
    <w:p>
      <w:pPr>
        <w:pStyle w:val="ListParagraph"/>
      </w:pPr>
      <w:r>
        <w:rPr>
          <w:sz w:val="22"/>
        </w:rPr>
        <w:t>B. Trình tự giàu GC</w:t>
      </w:r>
    </w:p>
    <w:p>
      <w:pPr>
        <w:pStyle w:val="ListParagraph"/>
      </w:pPr>
      <w:r>
        <w:rPr>
          <w:sz w:val="22"/>
        </w:rPr>
        <w:t>C. 5’ RNA có chiều dài 70 — 80 nucleotid</w:t>
      </w:r>
    </w:p>
    <w:p>
      <w:pPr>
        <w:pStyle w:val="ListParagraph"/>
      </w:pPr>
      <w:r>
        <w:rPr>
          <w:sz w:val="22"/>
        </w:rPr>
        <w:t>D. Nút kẹp tóc</w:t>
      </w:r>
    </w:p>
    <w:p/>
    <w:p>
      <w:r>
        <w:rPr>
          <w:b/>
          <w:sz w:val="24"/>
        </w:rPr>
        <w:t>Câu 213: Trong quá trình tổng hợp nucleotid purin từ chất trung gian Inosinat (IMP) thì Adenylat (AMP) nhận nhóm amin từ</w:t>
      </w:r>
    </w:p>
    <w:p>
      <w:pPr>
        <w:pStyle w:val="ListParagraph"/>
      </w:pPr>
      <w:r>
        <w:rPr>
          <w:sz w:val="22"/>
        </w:rPr>
        <w:t>A. Acid aspartic</w:t>
      </w:r>
    </w:p>
    <w:p>
      <w:pPr>
        <w:pStyle w:val="ListParagraph"/>
      </w:pPr>
      <w:r>
        <w:rPr>
          <w:sz w:val="22"/>
        </w:rPr>
        <w:t>B. Acid glutamic</w:t>
      </w:r>
    </w:p>
    <w:p>
      <w:pPr>
        <w:pStyle w:val="ListParagraph"/>
      </w:pPr>
      <w:r>
        <w:rPr>
          <w:sz w:val="22"/>
        </w:rPr>
        <w:t>C. Alanin</w:t>
      </w:r>
    </w:p>
    <w:p>
      <w:pPr>
        <w:pStyle w:val="ListParagraph"/>
      </w:pPr>
      <w:r>
        <w:rPr>
          <w:sz w:val="22"/>
        </w:rPr>
        <w:t>D. Arginin</w:t>
      </w:r>
    </w:p>
    <w:p/>
    <w:p>
      <w:r>
        <w:rPr>
          <w:b/>
          <w:sz w:val="24"/>
        </w:rPr>
        <w:t>Câu 214: Quá trình chuyển Inosinat (IMP) thành Adenylat (AMP) cần</w:t>
      </w:r>
    </w:p>
    <w:p>
      <w:pPr>
        <w:pStyle w:val="ListParagraph"/>
      </w:pPr>
      <w:r>
        <w:rPr>
          <w:sz w:val="22"/>
        </w:rPr>
        <w:t>A. ATP</w:t>
      </w:r>
    </w:p>
    <w:p>
      <w:pPr>
        <w:pStyle w:val="ListParagraph"/>
      </w:pPr>
      <w:r>
        <w:rPr>
          <w:sz w:val="22"/>
        </w:rPr>
        <w:t>B. GTP</w:t>
      </w:r>
    </w:p>
    <w:p>
      <w:pPr>
        <w:pStyle w:val="ListParagraph"/>
      </w:pPr>
      <w:r>
        <w:rPr>
          <w:sz w:val="22"/>
        </w:rPr>
        <w:t>C. TTP</w:t>
      </w:r>
    </w:p>
    <w:p>
      <w:pPr>
        <w:pStyle w:val="ListParagraph"/>
      </w:pPr>
      <w:r>
        <w:rPr>
          <w:sz w:val="22"/>
        </w:rPr>
        <w:t>D. CTP</w:t>
      </w:r>
    </w:p>
    <w:p/>
    <w:p>
      <w:r>
        <w:rPr>
          <w:b/>
          <w:sz w:val="24"/>
        </w:rPr>
        <w:t>Câu 215: Trong chủng E.coli đột biến,DNA,polymeraseI bị mất hoạt tính do đó sẽ không có vai trò</w:t>
      </w:r>
    </w:p>
    <w:p>
      <w:pPr>
        <w:pStyle w:val="ListParagraph"/>
      </w:pPr>
      <w:r>
        <w:rPr>
          <w:sz w:val="22"/>
        </w:rPr>
        <w:t>A. Phiên mã</w:t>
      </w:r>
    </w:p>
    <w:p>
      <w:pPr>
        <w:pStyle w:val="ListParagraph"/>
      </w:pPr>
      <w:r>
        <w:rPr>
          <w:sz w:val="22"/>
        </w:rPr>
        <w:t>B. Sửa sai bằng cách cắt bỏ</w:t>
      </w:r>
    </w:p>
    <w:p>
      <w:pPr>
        <w:pStyle w:val="ListParagraph"/>
      </w:pPr>
      <w:r>
        <w:rPr>
          <w:sz w:val="22"/>
        </w:rPr>
        <w:t>C. Tháo xoắn DNA</w:t>
      </w:r>
    </w:p>
    <w:p>
      <w:pPr>
        <w:pStyle w:val="ListParagraph"/>
      </w:pPr>
      <w:r>
        <w:rPr>
          <w:sz w:val="22"/>
        </w:rPr>
        <w:t>D. Tái tổ hợp DNA</w:t>
      </w:r>
    </w:p>
    <w:p/>
    <w:p>
      <w:r>
        <w:rPr>
          <w:b/>
          <w:sz w:val="24"/>
        </w:rPr>
        <w:t>Câu 216: Trong phân tử acid,nucleic phân tử carbon nào của đường desoxyribose gắn với phosphate, với nhóm hydroxyl (OH) và với base nitrogen</w:t>
      </w:r>
    </w:p>
    <w:p>
      <w:pPr>
        <w:pStyle w:val="ListParagraph"/>
      </w:pPr>
      <w:r>
        <w:rPr>
          <w:sz w:val="22"/>
        </w:rPr>
        <w:t>A. C1’ với base nitrogen, C3’ với OH, C5’ với phosphate</w:t>
      </w:r>
    </w:p>
    <w:p>
      <w:pPr>
        <w:pStyle w:val="ListParagraph"/>
      </w:pPr>
      <w:r>
        <w:rPr>
          <w:sz w:val="22"/>
        </w:rPr>
        <w:t>B. C3’ với base nitrogen, C1’ với OH, C5’ với phosphate</w:t>
      </w:r>
    </w:p>
    <w:p>
      <w:pPr>
        <w:pStyle w:val="ListParagraph"/>
      </w:pPr>
      <w:r>
        <w:rPr>
          <w:sz w:val="22"/>
        </w:rPr>
        <w:t>C. C5’ với base nitrogen, C3’ với OH, C1’ với phosphate</w:t>
      </w:r>
    </w:p>
    <w:p>
      <w:pPr>
        <w:pStyle w:val="ListParagraph"/>
      </w:pPr>
      <w:r>
        <w:rPr>
          <w:sz w:val="22"/>
        </w:rPr>
        <w:t>D. C2’ với base nitrogen, C3’ với OH, C5’ với phosphate</w:t>
      </w:r>
    </w:p>
    <w:p/>
    <w:p>
      <w:r>
        <w:rPr>
          <w:b/>
          <w:sz w:val="24"/>
        </w:rPr>
        <w:t>Câu 217: Phương trình phản ứng sao chép</w:t>
      </w:r>
    </w:p>
    <w:p>
      <w:pPr>
        <w:pStyle w:val="ListParagraph"/>
      </w:pPr>
      <w:r>
        <w:rPr>
          <w:sz w:val="22"/>
        </w:rPr>
        <w:t>A. d(NDP)&lt;sub&gt;n&lt;/sub&gt; + dNTP → d(NDP)&lt;sub&gt;n+1&lt;/sub&gt; + PPi</w:t>
      </w:r>
    </w:p>
    <w:p>
      <w:pPr>
        <w:pStyle w:val="ListParagraph"/>
      </w:pPr>
      <w:r>
        <w:rPr>
          <w:sz w:val="22"/>
        </w:rPr>
        <w:t>B. d(NMP)&lt;sub&gt;n&lt;/sub&gt; + dNTP → d(NMP)&lt;sub&gt;n+1&lt;/sub&gt; + PPi</w:t>
      </w:r>
    </w:p>
    <w:p>
      <w:pPr>
        <w:pStyle w:val="ListParagraph"/>
      </w:pPr>
      <w:r>
        <w:rPr>
          <w:sz w:val="22"/>
        </w:rPr>
        <w:t>C. d(NMP)&lt;sub&gt;n&lt;/sub&gt; + dNDP → d(NMP)&lt;sub&gt;n+1&lt;/sub&gt; + Pi</w:t>
      </w:r>
    </w:p>
    <w:p>
      <w:pPr>
        <w:pStyle w:val="ListParagraph"/>
      </w:pPr>
      <w:r>
        <w:rPr>
          <w:sz w:val="22"/>
        </w:rPr>
        <w:t>D. d(NMP)&lt;sub&gt;n&lt;/sub&gt; + dNDP → d(NMP)&lt;sub&gt;n+1&lt;/sub&gt; + PPi</w:t>
      </w:r>
    </w:p>
    <w:p/>
    <w:p>
      <w:r>
        <w:rPr>
          <w:b/>
          <w:sz w:val="24"/>
        </w:rPr>
        <w:t>Câu 218: Primase là enzyme</w:t>
      </w:r>
    </w:p>
    <w:p>
      <w:pPr>
        <w:pStyle w:val="ListParagraph"/>
      </w:pPr>
      <w:r>
        <w:rPr>
          <w:sz w:val="22"/>
        </w:rPr>
        <w:t>A. Tự bản thân không hoạt động được</w:t>
      </w:r>
    </w:p>
    <w:p>
      <w:pPr>
        <w:pStyle w:val="ListParagraph"/>
      </w:pPr>
      <w:r>
        <w:rPr>
          <w:sz w:val="22"/>
        </w:rPr>
        <w:t>B. Gồm nhiều N – protein</w:t>
      </w:r>
    </w:p>
    <w:p>
      <w:pPr>
        <w:pStyle w:val="ListParagraph"/>
      </w:pPr>
      <w:r>
        <w:rPr>
          <w:sz w:val="22"/>
        </w:rPr>
        <w:t>C. Còn gọi là primosome</w:t>
      </w:r>
    </w:p>
    <w:p>
      <w:pPr>
        <w:pStyle w:val="ListParagraph"/>
      </w:pPr>
      <w:r>
        <w:rPr>
          <w:sz w:val="22"/>
        </w:rPr>
        <w:t>D. Lấp đầy các GAP bằng các dNTP</w:t>
      </w:r>
    </w:p>
    <w:p/>
    <w:p>
      <w:r>
        <w:rPr>
          <w:b/>
          <w:sz w:val="24"/>
        </w:rPr>
        <w:t>Câu 219: Lõi xúc tác của RNA polymerase là</w:t>
      </w:r>
    </w:p>
    <w:p>
      <w:pPr>
        <w:pStyle w:val="ListParagraph"/>
      </w:pPr>
      <w:r>
        <w:rPr>
          <w:sz w:val="22"/>
        </w:rPr>
        <w:t>A. ααβ’β</w:t>
      </w:r>
    </w:p>
    <w:p>
      <w:pPr>
        <w:pStyle w:val="ListParagraph"/>
      </w:pPr>
      <w:r>
        <w:rPr>
          <w:sz w:val="22"/>
        </w:rPr>
        <w:t>B. ααββ’</w:t>
      </w:r>
    </w:p>
    <w:p>
      <w:pPr>
        <w:pStyle w:val="ListParagraph"/>
      </w:pPr>
      <w:r>
        <w:rPr>
          <w:sz w:val="22"/>
        </w:rPr>
        <w:t>C. α’αβ’β</w:t>
      </w:r>
    </w:p>
    <w:p>
      <w:pPr>
        <w:pStyle w:val="ListParagraph"/>
      </w:pPr>
      <w:r>
        <w:rPr>
          <w:sz w:val="22"/>
        </w:rPr>
        <w:t>D. αα’β’β</w:t>
      </w:r>
    </w:p>
    <w:p/>
    <w:p>
      <w:r>
        <w:rPr>
          <w:b/>
          <w:sz w:val="24"/>
        </w:rPr>
        <w:t>Câu 220: Các dehydrogenase sử dụng tất cả các Coenzym sau đây, ngoại trừ</w:t>
      </w:r>
    </w:p>
    <w:p>
      <w:pPr>
        <w:pStyle w:val="ListParagraph"/>
      </w:pPr>
      <w:r>
        <w:rPr>
          <w:sz w:val="22"/>
        </w:rPr>
        <w:t>A. NAD</w:t>
      </w:r>
    </w:p>
    <w:p>
      <w:pPr>
        <w:pStyle w:val="ListParagraph"/>
      </w:pPr>
      <w:r>
        <w:rPr>
          <w:sz w:val="22"/>
        </w:rPr>
        <w:t>B. NADP&lt;sup&gt;+&lt;/sup&gt;</w:t>
      </w:r>
    </w:p>
    <w:p>
      <w:pPr>
        <w:pStyle w:val="ListParagraph"/>
      </w:pPr>
      <w:r>
        <w:rPr>
          <w:sz w:val="22"/>
        </w:rPr>
        <w:t>C. FAD</w:t>
      </w:r>
    </w:p>
    <w:p>
      <w:pPr>
        <w:pStyle w:val="ListParagraph"/>
      </w:pPr>
      <w:r>
        <w:rPr>
          <w:sz w:val="22"/>
        </w:rPr>
        <w:t>D. CoA</w:t>
      </w:r>
    </w:p>
    <w:p/>
    <w:p>
      <w:r>
        <w:rPr>
          <w:b/>
          <w:sz w:val="24"/>
        </w:rPr>
        <w:t>Câu 221: Enzym phân cắt là</w:t>
      </w:r>
    </w:p>
    <w:p>
      <w:pPr>
        <w:pStyle w:val="ListParagraph"/>
      </w:pPr>
      <w:r>
        <w:rPr>
          <w:sz w:val="22"/>
        </w:rPr>
        <w:t>A. Dehydrogenase</w:t>
      </w:r>
    </w:p>
    <w:p>
      <w:pPr>
        <w:pStyle w:val="ListParagraph"/>
      </w:pPr>
      <w:r>
        <w:rPr>
          <w:sz w:val="22"/>
        </w:rPr>
        <w:t>B. Glycosyl transferase</w:t>
      </w:r>
    </w:p>
    <w:p>
      <w:pPr>
        <w:pStyle w:val="ListParagraph"/>
      </w:pPr>
      <w:r>
        <w:rPr>
          <w:sz w:val="22"/>
        </w:rPr>
        <w:t>C. Lactat dehydrogenase</w:t>
      </w:r>
    </w:p>
    <w:p>
      <w:pPr>
        <w:pStyle w:val="ListParagraph"/>
      </w:pPr>
      <w:r>
        <w:rPr>
          <w:sz w:val="22"/>
        </w:rPr>
        <w:t>D. Aldolase</w:t>
      </w:r>
    </w:p>
    <w:p/>
    <w:p>
      <w:r>
        <w:rPr>
          <w:b/>
          <w:sz w:val="24"/>
        </w:rPr>
        <w:t>Câu 222: Coenzym của oxydoreductase vận chuyển hydro là</w:t>
      </w:r>
    </w:p>
    <w:p>
      <w:pPr>
        <w:pStyle w:val="ListParagraph"/>
      </w:pPr>
      <w:r>
        <w:rPr>
          <w:sz w:val="22"/>
        </w:rPr>
        <w:t>A. Vitamin B các loại</w:t>
      </w:r>
    </w:p>
    <w:p>
      <w:pPr>
        <w:pStyle w:val="ListParagraph"/>
      </w:pPr>
      <w:r>
        <w:rPr>
          <w:sz w:val="22"/>
        </w:rPr>
        <w:t>B. Vitamin PP và B</w:t>
      </w:r>
    </w:p>
    <w:p>
      <w:pPr>
        <w:pStyle w:val="ListParagraph"/>
      </w:pPr>
      <w:r>
        <w:rPr>
          <w:sz w:val="22"/>
        </w:rPr>
        <w:t>C. Vitamin B6</w:t>
      </w:r>
    </w:p>
    <w:p>
      <w:pPr>
        <w:pStyle w:val="ListParagraph"/>
      </w:pPr>
      <w:r>
        <w:rPr>
          <w:sz w:val="22"/>
        </w:rPr>
        <w:t>D. Vitamin B1</w:t>
      </w:r>
    </w:p>
    <w:p/>
    <w:p>
      <w:r>
        <w:rPr>
          <w:b/>
          <w:sz w:val="24"/>
        </w:rPr>
        <w:t>Câu 223: Phản ứng NH&lt;sub&gt;2&lt;/sub&gt; – CO – NH&lt;sub&gt;2&lt;/sub&gt; + H&lt;sub&gt;2&lt;/sub&gt;O → CO&lt;sub&gt;2&lt;/sub&gt; + 2NH&lt;sub&gt;2&lt;/sub&gt; được xúc tác bởi enzym</w:t>
      </w:r>
    </w:p>
    <w:p>
      <w:pPr>
        <w:pStyle w:val="ListParagraph"/>
      </w:pPr>
      <w:r>
        <w:rPr>
          <w:sz w:val="22"/>
        </w:rPr>
        <w:t>A. Vận chuyển</w:t>
      </w:r>
    </w:p>
    <w:p>
      <w:pPr>
        <w:pStyle w:val="ListParagraph"/>
      </w:pPr>
      <w:r>
        <w:rPr>
          <w:sz w:val="22"/>
        </w:rPr>
        <w:t>B. Thủy phân</w:t>
      </w:r>
    </w:p>
    <w:p>
      <w:pPr>
        <w:pStyle w:val="ListParagraph"/>
      </w:pPr>
      <w:r>
        <w:rPr>
          <w:sz w:val="22"/>
        </w:rPr>
        <w:t>C. Phân tách</w:t>
      </w:r>
    </w:p>
    <w:p>
      <w:pPr>
        <w:pStyle w:val="ListParagraph"/>
      </w:pPr>
      <w:r>
        <w:rPr>
          <w:sz w:val="22"/>
        </w:rPr>
        <w:t>D. Đồng phân hóa</w:t>
      </w:r>
    </w:p>
    <w:p/>
    <w:p>
      <w:r>
        <w:rPr>
          <w:b/>
          <w:sz w:val="24"/>
        </w:rPr>
        <w:t>Câu 224: Nhóm chức hoạt động của coenzym vận chuyển nhóm amin loại amino transferase:</w:t>
      </w:r>
    </w:p>
    <w:p>
      <w:pPr>
        <w:pStyle w:val="ListParagraph"/>
      </w:pPr>
      <w:r>
        <w:rPr>
          <w:sz w:val="22"/>
        </w:rPr>
        <w:t>A. Nhóm – O</w:t>
      </w:r>
    </w:p>
    <w:p>
      <w:pPr>
        <w:pStyle w:val="ListParagraph"/>
      </w:pPr>
      <w:r>
        <w:rPr>
          <w:sz w:val="22"/>
        </w:rPr>
        <w:t>B. Nhóm – CHO</w:t>
      </w:r>
    </w:p>
    <w:p>
      <w:pPr>
        <w:pStyle w:val="ListParagraph"/>
      </w:pPr>
      <w:r>
        <w:rPr>
          <w:sz w:val="22"/>
        </w:rPr>
        <w:t>C. Nhóm – CH&lt;sub&gt;2&lt;/sub&gt;O-PO&lt;sub&gt;3&lt;/sub&gt;</w:t>
      </w:r>
    </w:p>
    <w:p>
      <w:pPr>
        <w:pStyle w:val="ListParagraph"/>
      </w:pPr>
      <w:r>
        <w:rPr>
          <w:sz w:val="22"/>
        </w:rPr>
        <w:t>D. Nhóm – CH&lt;sub&gt;3&lt;/sub&gt;</w:t>
      </w:r>
    </w:p>
    <w:p/>
    <w:p>
      <w:r>
        <w:rPr>
          <w:b/>
          <w:sz w:val="24"/>
        </w:rPr>
        <w:t>Câu 225: Trong phản ứng enzym, Coenzyme được sử dụng với chức năng</w:t>
      </w:r>
    </w:p>
    <w:p>
      <w:pPr>
        <w:pStyle w:val="ListParagraph"/>
      </w:pPr>
      <w:r>
        <w:rPr>
          <w:sz w:val="22"/>
        </w:rPr>
        <w:t>A. Quyết định tính đặc hiệu của Apoenzym</w:t>
      </w:r>
    </w:p>
    <w:p>
      <w:pPr>
        <w:pStyle w:val="ListParagraph"/>
      </w:pPr>
      <w:r>
        <w:rPr>
          <w:sz w:val="22"/>
        </w:rPr>
        <w:t>B. Làm tăng số trung tâm hoạt động của Apoenzym</w:t>
      </w:r>
    </w:p>
    <w:p>
      <w:pPr>
        <w:pStyle w:val="ListParagraph"/>
      </w:pPr>
      <w:r>
        <w:rPr>
          <w:sz w:val="22"/>
        </w:rPr>
        <w:t>C. Hoạt hóa cơ chất</w:t>
      </w:r>
    </w:p>
    <w:p>
      <w:pPr>
        <w:pStyle w:val="ListParagraph"/>
      </w:pPr>
      <w:r>
        <w:rPr>
          <w:sz w:val="22"/>
        </w:rPr>
        <w:t>D. Trực tiếp vận chuyển điện tử, hydro và các nhóm hóa học trong các phản ứng</w:t>
      </w:r>
    </w:p>
    <w:p/>
    <w:p>
      <w:r>
        <w:rPr>
          <w:b/>
          <w:sz w:val="24"/>
        </w:rPr>
        <w:t>Câu 226: Coenzym đầu tiên tham gia oxy hóa acid pyruvic trong chuỗi hô hấp tế bào là</w:t>
      </w:r>
    </w:p>
    <w:p>
      <w:pPr>
        <w:pStyle w:val="ListParagraph"/>
      </w:pPr>
      <w:r>
        <w:rPr>
          <w:sz w:val="22"/>
        </w:rPr>
        <w:t>A. NAD</w:t>
      </w:r>
    </w:p>
    <w:p>
      <w:pPr>
        <w:pStyle w:val="ListParagraph"/>
      </w:pPr>
      <w:r>
        <w:rPr>
          <w:sz w:val="22"/>
        </w:rPr>
        <w:t>B. FAD</w:t>
      </w:r>
    </w:p>
    <w:p>
      <w:pPr>
        <w:pStyle w:val="ListParagraph"/>
      </w:pPr>
      <w:r>
        <w:rPr>
          <w:sz w:val="22"/>
        </w:rPr>
        <w:t>C. NADP</w:t>
      </w:r>
    </w:p>
    <w:p>
      <w:pPr>
        <w:pStyle w:val="ListParagraph"/>
      </w:pPr>
      <w:r>
        <w:rPr>
          <w:sz w:val="22"/>
        </w:rPr>
        <w:t>D. LTPP</w:t>
      </w:r>
    </w:p>
    <w:p/>
    <w:p>
      <w:r>
        <w:rPr>
          <w:b/>
          <w:sz w:val="24"/>
        </w:rPr>
        <w:t>Câu 227: Vai trò của Phosphofructokinase – l là:</w:t>
      </w:r>
    </w:p>
    <w:p>
      <w:pPr>
        <w:pStyle w:val="ListParagraph"/>
      </w:pPr>
      <w:r>
        <w:rPr>
          <w:sz w:val="22"/>
        </w:rPr>
        <w:t>A. Xúc tác l phản ứng thuận nghịch trong tế bào</w:t>
      </w:r>
    </w:p>
    <w:p>
      <w:pPr>
        <w:pStyle w:val="ListParagraph"/>
      </w:pPr>
      <w:r>
        <w:rPr>
          <w:sz w:val="22"/>
        </w:rPr>
        <w:t>B. Xúc tác phản ứng chuyển nhóm P từATP tới F6P để tạo F1, 6DP</w:t>
      </w:r>
    </w:p>
    <w:p>
      <w:pPr>
        <w:pStyle w:val="ListParagraph"/>
      </w:pPr>
      <w:r>
        <w:rPr>
          <w:sz w:val="22"/>
        </w:rPr>
        <w:t>C. Xúc tác sự tạo thành F2, 6DP từ F6P</w:t>
      </w:r>
    </w:p>
    <w:p>
      <w:pPr>
        <w:pStyle w:val="ListParagraph"/>
      </w:pPr>
      <w:r>
        <w:rPr>
          <w:sz w:val="22"/>
        </w:rPr>
        <w:t>D. Xúc tác phản ứng phosphoryl hóa lần l của Glucose trong con đường đường phân</w:t>
      </w:r>
    </w:p>
    <w:p/>
    <w:p>
      <w:r>
        <w:rPr>
          <w:b/>
          <w:sz w:val="24"/>
        </w:rPr>
        <w:t>Câu 228: Enzym sau đây được tìm thấy trong con đường Hexose monophosphat</w:t>
      </w:r>
    </w:p>
    <w:p>
      <w:pPr>
        <w:pStyle w:val="ListParagraph"/>
      </w:pPr>
      <w:r>
        <w:rPr>
          <w:sz w:val="22"/>
        </w:rPr>
        <w:t>A. Glucose -6- phosphatase</w:t>
      </w:r>
    </w:p>
    <w:p>
      <w:pPr>
        <w:pStyle w:val="ListParagraph"/>
      </w:pPr>
      <w:r>
        <w:rPr>
          <w:sz w:val="22"/>
        </w:rPr>
        <w:t>B. Phosphorylase</w:t>
      </w:r>
    </w:p>
    <w:p>
      <w:pPr>
        <w:pStyle w:val="ListParagraph"/>
      </w:pPr>
      <w:r>
        <w:rPr>
          <w:sz w:val="22"/>
        </w:rPr>
        <w:t>C. Aldolase.</w:t>
      </w:r>
    </w:p>
    <w:p>
      <w:pPr>
        <w:pStyle w:val="ListParagraph"/>
      </w:pPr>
      <w:r>
        <w:rPr>
          <w:sz w:val="22"/>
        </w:rPr>
        <w:t>D. Glucose – 6 - phosphat dehydrogenase</w:t>
      </w:r>
    </w:p>
    <w:p/>
    <w:p>
      <w:r>
        <w:rPr>
          <w:b/>
          <w:sz w:val="24"/>
        </w:rPr>
        <w:t>Câu 229: Vai trò xúc tác của Enzyme cho các phản ứng là</w:t>
      </w:r>
    </w:p>
    <w:p>
      <w:pPr>
        <w:pStyle w:val="ListParagraph"/>
      </w:pPr>
      <w:r>
        <w:rPr>
          <w:sz w:val="22"/>
        </w:rPr>
        <w:t>A. Tăng sự tiếp xúc giữa các phân tử cơ chất</w:t>
      </w:r>
    </w:p>
    <w:p>
      <w:pPr>
        <w:pStyle w:val="ListParagraph"/>
      </w:pPr>
      <w:r>
        <w:rPr>
          <w:sz w:val="22"/>
        </w:rPr>
        <w:t>B. Giảm năng lượng hoạt hóa</w:t>
      </w:r>
    </w:p>
    <w:p>
      <w:pPr>
        <w:pStyle w:val="ListParagraph"/>
      </w:pPr>
      <w:r>
        <w:rPr>
          <w:sz w:val="22"/>
        </w:rPr>
        <w:t>C. Tăng năng lượng hoạt hóa</w:t>
      </w:r>
    </w:p>
    <w:p>
      <w:pPr>
        <w:pStyle w:val="ListParagraph"/>
      </w:pPr>
      <w:r>
        <w:rPr>
          <w:sz w:val="22"/>
        </w:rPr>
        <w:t>D. Ngăn chặn các phản ứng thuận ngịch</w:t>
      </w:r>
    </w:p>
    <w:p/>
    <w:p>
      <w:r>
        <w:rPr>
          <w:b/>
          <w:sz w:val="24"/>
        </w:rPr>
        <w:t>Câu 230: Enzym tạo liên kết 1-4 Glucozid trong Glycogen là</w:t>
      </w:r>
    </w:p>
    <w:p>
      <w:pPr>
        <w:pStyle w:val="ListParagraph"/>
      </w:pPr>
      <w:r>
        <w:rPr>
          <w:sz w:val="22"/>
        </w:rPr>
        <w:t>A. Glycongen Synthese</w:t>
      </w:r>
    </w:p>
    <w:p>
      <w:pPr>
        <w:pStyle w:val="ListParagraph"/>
      </w:pPr>
      <w:r>
        <w:rPr>
          <w:sz w:val="22"/>
        </w:rPr>
        <w:t>B. Enzym tạo nhánh</w:t>
      </w:r>
    </w:p>
    <w:p>
      <w:pPr>
        <w:pStyle w:val="ListParagraph"/>
      </w:pPr>
      <w:r>
        <w:rPr>
          <w:sz w:val="22"/>
        </w:rPr>
        <w:t>C. Amylose 1-6 Glucosidase</w:t>
      </w:r>
    </w:p>
    <w:p>
      <w:pPr>
        <w:pStyle w:val="ListParagraph"/>
      </w:pPr>
      <w:r>
        <w:rPr>
          <w:sz w:val="22"/>
        </w:rPr>
        <w:t>D. Phosphorylase</w:t>
      </w:r>
    </w:p>
    <w:p/>
    <w:p>
      <w:r>
        <w:rPr>
          <w:b/>
          <w:sz w:val="24"/>
        </w:rPr>
        <w:t>Câu 231: Amino transferase có coenzym:</w:t>
      </w:r>
    </w:p>
    <w:p>
      <w:pPr>
        <w:pStyle w:val="ListParagraph"/>
      </w:pPr>
      <w:r>
        <w:rPr>
          <w:sz w:val="22"/>
        </w:rPr>
        <w:t>A. Acid pantophenic</w:t>
      </w:r>
    </w:p>
    <w:p>
      <w:pPr>
        <w:pStyle w:val="ListParagraph"/>
      </w:pPr>
      <w:r>
        <w:rPr>
          <w:sz w:val="22"/>
        </w:rPr>
        <w:t>B. Acid folic</w:t>
      </w:r>
    </w:p>
    <w:p>
      <w:pPr>
        <w:pStyle w:val="ListParagraph"/>
      </w:pPr>
      <w:r>
        <w:rPr>
          <w:sz w:val="22"/>
        </w:rPr>
        <w:t>C. Pyridoxal phosphat</w:t>
      </w:r>
    </w:p>
    <w:p>
      <w:pPr>
        <w:pStyle w:val="ListParagraph"/>
      </w:pPr>
      <w:r>
        <w:rPr>
          <w:sz w:val="22"/>
        </w:rPr>
        <w:t>D. Thiamin pyrophosphat</w:t>
      </w:r>
    </w:p>
    <w:p/>
    <w:p>
      <w:r>
        <w:rPr>
          <w:b/>
          <w:sz w:val="24"/>
        </w:rPr>
        <w:t>Câu 232: pH ảnh hưởng đến phản ứng xúc tác enzyme</w:t>
      </w:r>
    </w:p>
    <w:p>
      <w:pPr>
        <w:pStyle w:val="ListParagraph"/>
      </w:pPr>
      <w:r>
        <w:rPr>
          <w:sz w:val="22"/>
        </w:rPr>
        <w:t>A. Tăng tính linh động cơ chất</w:t>
      </w:r>
    </w:p>
    <w:p>
      <w:pPr>
        <w:pStyle w:val="ListParagraph"/>
      </w:pPr>
      <w:r>
        <w:rPr>
          <w:sz w:val="22"/>
        </w:rPr>
        <w:t>B. Tác dụng vào trạng thái ion hóa của phân tử enzyme</w:t>
      </w:r>
    </w:p>
    <w:p>
      <w:pPr>
        <w:pStyle w:val="ListParagraph"/>
      </w:pPr>
      <w:r>
        <w:rPr>
          <w:sz w:val="22"/>
        </w:rPr>
        <w:t>C. Tác dụng vào trung tâm di lập thể</w:t>
      </w:r>
    </w:p>
    <w:p>
      <w:pPr>
        <w:pStyle w:val="ListParagraph"/>
      </w:pPr>
      <w:r>
        <w:rPr>
          <w:sz w:val="22"/>
        </w:rPr>
        <w:t>D. Tác dụng vào phức hợp enzyme và cơ chất</w:t>
      </w:r>
    </w:p>
    <w:p/>
    <w:p>
      <w:r>
        <w:rPr>
          <w:b/>
          <w:sz w:val="24"/>
        </w:rPr>
        <w:t>Câu 233: Phản ứng : R- R’ + HOH → ROH + R’H được xúc tác bởi enzym</w:t>
      </w:r>
    </w:p>
    <w:p>
      <w:pPr>
        <w:pStyle w:val="ListParagraph"/>
      </w:pPr>
      <w:r>
        <w:rPr>
          <w:sz w:val="22"/>
        </w:rPr>
        <w:t>A. Hydrolase</w:t>
      </w:r>
    </w:p>
    <w:p>
      <w:pPr>
        <w:pStyle w:val="ListParagraph"/>
      </w:pPr>
      <w:r>
        <w:rPr>
          <w:sz w:val="22"/>
        </w:rPr>
        <w:t>B. Oxydoreductase</w:t>
      </w:r>
    </w:p>
    <w:p>
      <w:pPr>
        <w:pStyle w:val="ListParagraph"/>
      </w:pPr>
      <w:r>
        <w:rPr>
          <w:sz w:val="22"/>
        </w:rPr>
        <w:t>C. Isomerase</w:t>
      </w:r>
    </w:p>
    <w:p>
      <w:pPr>
        <w:pStyle w:val="ListParagraph"/>
      </w:pPr>
      <w:r>
        <w:rPr>
          <w:sz w:val="22"/>
        </w:rPr>
        <w:t>D. Transferase</w:t>
      </w:r>
    </w:p>
    <w:p/>
    <w:p>
      <w:r>
        <w:rPr>
          <w:b/>
          <w:sz w:val="24"/>
        </w:rPr>
        <w:t>Câu 234: Enzym KHÔNG thủy phân được phân từ peptid và protein trong dịch tiêu hóa là:</w:t>
      </w:r>
    </w:p>
    <w:p>
      <w:pPr>
        <w:pStyle w:val="ListParagraph"/>
      </w:pPr>
      <w:r>
        <w:rPr>
          <w:sz w:val="22"/>
        </w:rPr>
        <w:t>A. Trypsin</w:t>
      </w:r>
    </w:p>
    <w:p>
      <w:pPr>
        <w:pStyle w:val="ListParagraph"/>
      </w:pPr>
      <w:r>
        <w:rPr>
          <w:sz w:val="22"/>
        </w:rPr>
        <w:t>B. Chymotrypsin</w:t>
      </w:r>
    </w:p>
    <w:p>
      <w:pPr>
        <w:pStyle w:val="ListParagraph"/>
      </w:pPr>
      <w:r>
        <w:rPr>
          <w:sz w:val="22"/>
        </w:rPr>
        <w:t>C. Pepsinogen</w:t>
      </w:r>
    </w:p>
    <w:p>
      <w:pPr>
        <w:pStyle w:val="ListParagraph"/>
      </w:pPr>
      <w:r>
        <w:rPr>
          <w:sz w:val="22"/>
        </w:rPr>
        <w:t>D. Aminopeptidase</w:t>
      </w:r>
    </w:p>
    <w:p/>
    <w:p>
      <w:r>
        <w:rPr>
          <w:b/>
          <w:sz w:val="24"/>
        </w:rPr>
        <w:t>Câu 235: Enzym xúc tác cho phản ứng thủy phân là:</w:t>
      </w:r>
    </w:p>
    <w:p>
      <w:pPr>
        <w:pStyle w:val="ListParagraph"/>
      </w:pPr>
      <w:r>
        <w:rPr>
          <w:sz w:val="22"/>
        </w:rPr>
        <w:t>A. Lyase</w:t>
      </w:r>
    </w:p>
    <w:p>
      <w:pPr>
        <w:pStyle w:val="ListParagraph"/>
      </w:pPr>
      <w:r>
        <w:rPr>
          <w:sz w:val="22"/>
        </w:rPr>
        <w:t>B. Hydroxylase</w:t>
      </w:r>
    </w:p>
    <w:p>
      <w:pPr>
        <w:pStyle w:val="ListParagraph"/>
      </w:pPr>
      <w:r>
        <w:rPr>
          <w:sz w:val="22"/>
        </w:rPr>
        <w:t>C. Hydrolase</w:t>
      </w:r>
    </w:p>
    <w:p>
      <w:pPr>
        <w:pStyle w:val="ListParagraph"/>
      </w:pPr>
      <w:r>
        <w:rPr>
          <w:sz w:val="22"/>
        </w:rPr>
        <w:t>D. Isomerase</w:t>
      </w:r>
    </w:p>
    <w:p/>
    <w:p>
      <w:r>
        <w:rPr>
          <w:b/>
          <w:sz w:val="24"/>
        </w:rPr>
        <w:t>Câu 236: Enzym nào sau đây xúc tác phản ứng Phophoglycaraldehyd&gt;Phosphodioxyaceton</w:t>
      </w:r>
    </w:p>
    <w:p>
      <w:pPr>
        <w:pStyle w:val="ListParagraph"/>
      </w:pPr>
      <w:r>
        <w:rPr>
          <w:sz w:val="22"/>
        </w:rPr>
        <w:t>A. Lyase</w:t>
      </w:r>
    </w:p>
    <w:p>
      <w:pPr>
        <w:pStyle w:val="ListParagraph"/>
      </w:pPr>
      <w:r>
        <w:rPr>
          <w:sz w:val="22"/>
        </w:rPr>
        <w:t>B. TransFerase</w:t>
      </w:r>
    </w:p>
    <w:p>
      <w:pPr>
        <w:pStyle w:val="ListParagraph"/>
      </w:pPr>
      <w:r>
        <w:rPr>
          <w:sz w:val="22"/>
        </w:rPr>
        <w:t>C. Ligaese</w:t>
      </w:r>
    </w:p>
    <w:p>
      <w:pPr>
        <w:pStyle w:val="ListParagraph"/>
      </w:pPr>
      <w:r>
        <w:rPr>
          <w:sz w:val="22"/>
        </w:rPr>
        <w:t>D. Isomerase</w:t>
      </w:r>
    </w:p>
    <w:p/>
    <w:p>
      <w:r>
        <w:rPr>
          <w:b/>
          <w:sz w:val="24"/>
        </w:rPr>
        <w:t>Câu 237: Enzyme LCAT có vai trò</w:t>
      </w:r>
    </w:p>
    <w:p>
      <w:pPr>
        <w:pStyle w:val="ListParagraph"/>
      </w:pPr>
      <w:r>
        <w:rPr>
          <w:sz w:val="22"/>
        </w:rPr>
        <w:t>A. Tham gia vào tổng hợp Triglycerid</w:t>
      </w:r>
    </w:p>
    <w:p>
      <w:pPr>
        <w:pStyle w:val="ListParagraph"/>
      </w:pPr>
      <w:r>
        <w:rPr>
          <w:sz w:val="22"/>
        </w:rPr>
        <w:t>B. Xúc tác quá trình tổng hợp Cholesterol este ở huyết thanh</w:t>
      </w:r>
    </w:p>
    <w:p>
      <w:pPr>
        <w:pStyle w:val="ListParagraph"/>
      </w:pPr>
      <w:r>
        <w:rPr>
          <w:sz w:val="22"/>
        </w:rPr>
        <w:t>C. Xúc tác quá trình tổng hợp Cholesterol este ở huyết tương</w:t>
      </w:r>
    </w:p>
    <w:p>
      <w:pPr>
        <w:pStyle w:val="ListParagraph"/>
      </w:pPr>
      <w:r>
        <w:rPr>
          <w:sz w:val="22"/>
        </w:rPr>
        <w:t>D. Tổng hợp Cholesterol</w:t>
      </w:r>
    </w:p>
    <w:p/>
    <w:p>
      <w:r>
        <w:rPr>
          <w:b/>
          <w:sz w:val="24"/>
        </w:rPr>
        <w:t>Câu 238: Định nghĩa về đơn vị enzym (U/l) là:</w:t>
      </w:r>
    </w:p>
    <w:p>
      <w:pPr>
        <w:pStyle w:val="ListParagraph"/>
      </w:pPr>
      <w:r>
        <w:rPr>
          <w:sz w:val="22"/>
        </w:rPr>
        <w:t>A. Số lượng enzym xúc tác sự biến đổi 1mol cơ chất trong 1 phút trong những điều kiện xác định</w:t>
      </w:r>
    </w:p>
    <w:p>
      <w:pPr>
        <w:pStyle w:val="ListParagraph"/>
      </w:pPr>
      <w:r>
        <w:rPr>
          <w:sz w:val="22"/>
        </w:rPr>
        <w:t>B. Số lượng enzym xúc tác sự biến đổi 1 micromol cơ chất trong 1 phút trong những điều kiện xác định</w:t>
      </w:r>
    </w:p>
    <w:p>
      <w:pPr>
        <w:pStyle w:val="ListParagraph"/>
      </w:pPr>
      <w:r>
        <w:rPr>
          <w:sz w:val="22"/>
        </w:rPr>
        <w:t>C. Số lượng cơ chất bị biến đổi bởi 1mol enzym trong 1 phút trong những điều kiện xác định</w:t>
      </w:r>
    </w:p>
    <w:p>
      <w:pPr>
        <w:pStyle w:val="ListParagraph"/>
      </w:pPr>
      <w:r>
        <w:rPr>
          <w:sz w:val="22"/>
        </w:rPr>
        <w:t>D. Số lượng phức hợp enzym - cơ chất hình thành trong 1 đơn vị thời gian</w:t>
      </w:r>
    </w:p>
    <w:p/>
    <w:p>
      <w:r>
        <w:rPr>
          <w:b/>
          <w:sz w:val="24"/>
        </w:rPr>
        <w:t>Câu 239: Ý nào sau đây là sai khi nói về Km</w:t>
      </w:r>
    </w:p>
    <w:p>
      <w:pPr>
        <w:pStyle w:val="ListParagraph"/>
      </w:pPr>
      <w:r>
        <w:rPr>
          <w:sz w:val="22"/>
        </w:rPr>
        <w:t>A. Km là nồng độ cơ chất cần thiết để tốc độ phản ứng của enzyme bằng nữa tốc độ tối đa</w:t>
      </w:r>
    </w:p>
    <w:p>
      <w:pPr>
        <w:pStyle w:val="ListParagraph"/>
      </w:pPr>
      <w:r>
        <w:rPr>
          <w:sz w:val="22"/>
        </w:rPr>
        <w:t>B. Khi [S] = Km thì Vmax = V</w:t>
      </w:r>
    </w:p>
    <w:p>
      <w:pPr>
        <w:pStyle w:val="ListParagraph"/>
      </w:pPr>
      <w:r>
        <w:rPr>
          <w:sz w:val="22"/>
        </w:rPr>
        <w:t>C. Km đặc trưng cho enzyme</w:t>
      </w:r>
    </w:p>
    <w:p>
      <w:pPr>
        <w:pStyle w:val="ListParagraph"/>
      </w:pPr>
      <w:r>
        <w:rPr>
          <w:sz w:val="22"/>
        </w:rPr>
        <w:t>D. Km biểu thị ái lực của enzyme đối với cơ chất</w:t>
      </w:r>
    </w:p>
    <w:p/>
    <w:p>
      <w:r>
        <w:rPr>
          <w:b/>
          <w:sz w:val="24"/>
        </w:rPr>
        <w:t>Câu 240: Khi nhiệt độ phản ứng bằng nhiệt độ thích hợp (T&lt;sub&gt;o&lt;/sub&gt;:T optimum) của enzyme thì</w:t>
      </w:r>
    </w:p>
    <w:p>
      <w:pPr>
        <w:pStyle w:val="ListParagraph"/>
      </w:pPr>
      <w:r>
        <w:rPr>
          <w:sz w:val="22"/>
        </w:rPr>
        <w:t>A. Hoạt độ enzyme là cao nhất</w:t>
      </w:r>
    </w:p>
    <w:p>
      <w:pPr>
        <w:pStyle w:val="ListParagraph"/>
      </w:pPr>
      <w:r>
        <w:rPr>
          <w:sz w:val="22"/>
        </w:rPr>
        <w:t>B. Khả năng xúc tác bằng Km</w:t>
      </w:r>
    </w:p>
    <w:p>
      <w:pPr>
        <w:pStyle w:val="ListParagraph"/>
      </w:pPr>
      <w:r>
        <w:rPr>
          <w:sz w:val="22"/>
        </w:rPr>
        <w:t>C. Vận tốc xúc tác gấp đôi vận tối tối thiểu</w:t>
      </w:r>
    </w:p>
    <w:p>
      <w:pPr>
        <w:pStyle w:val="ListParagraph"/>
      </w:pPr>
      <w:r>
        <w:rPr>
          <w:sz w:val="22"/>
        </w:rPr>
        <w:t>D. Cơ chất bị thoái biến dễ dàng</w:t>
      </w:r>
    </w:p>
    <w:p/>
    <w:p>
      <w:r>
        <w:rPr>
          <w:b/>
          <w:sz w:val="24"/>
        </w:rPr>
        <w:t>Câu 241: Trung tâm dị lập thể của enzyme là</w:t>
      </w:r>
    </w:p>
    <w:p>
      <w:pPr>
        <w:pStyle w:val="ListParagraph"/>
      </w:pPr>
      <w:r>
        <w:rPr>
          <w:sz w:val="22"/>
        </w:rPr>
        <w:t>A. Trung tâm này có thể một phân tử nhỏ tương ứng gọi là chất tác dụng (effector) làm thay đổi cấu trúc enzyme và trung tâm hoạt động</w:t>
      </w:r>
    </w:p>
    <w:p>
      <w:pPr>
        <w:pStyle w:val="ListParagraph"/>
      </w:pPr>
      <w:r>
        <w:rPr>
          <w:sz w:val="22"/>
        </w:rPr>
        <w:t>B. Trung tâm này có thể một phân tử nhỏ tương ứng gọi là chất tác dụng (effector) nhưng không làm thay đổi cấu trúc enzyme và trung tâm hoạt động.</w:t>
      </w:r>
    </w:p>
    <w:p>
      <w:pPr>
        <w:pStyle w:val="ListParagraph"/>
      </w:pPr>
      <w:r>
        <w:rPr>
          <w:sz w:val="22"/>
        </w:rPr>
        <w:t>C. Trung tâm dị lập thể dương thể hiện ở cơ chế ức chế ngược, bảo đảm tế bào không sản xuất ra sản phẩm thừa</w:t>
      </w:r>
    </w:p>
    <w:p>
      <w:pPr>
        <w:pStyle w:val="ListParagraph"/>
      </w:pPr>
      <w:r>
        <w:rPr>
          <w:sz w:val="22"/>
        </w:rPr>
        <w:t>D. Kiểu điều hòa dị lập thể âm</w:t>
      </w:r>
    </w:p>
    <w:p/>
    <w:p>
      <w:r>
        <w:rPr>
          <w:b/>
          <w:sz w:val="24"/>
        </w:rPr>
        <w:t>Câu 242: Ý nào sau đây là sai khi nói về enzyme lyase</w:t>
      </w:r>
    </w:p>
    <w:p>
      <w:pPr>
        <w:pStyle w:val="ListParagraph"/>
      </w:pPr>
      <w:r>
        <w:rPr>
          <w:sz w:val="22"/>
        </w:rPr>
        <w:t>A. Các enzyme xúc tác cho các phản ứng phân cắt một nhóm nào đó ra khỏi hợp chất mà không có sự tham gia của nước.</w:t>
      </w:r>
    </w:p>
    <w:p>
      <w:pPr>
        <w:pStyle w:val="ListParagraph"/>
      </w:pPr>
      <w:r>
        <w:rPr>
          <w:sz w:val="22"/>
        </w:rPr>
        <w:t>B. Thuộc nhóm này có các enzyme aldolase, dehydratase, decarboxylase</w:t>
      </w:r>
    </w:p>
    <w:p>
      <w:pPr>
        <w:pStyle w:val="ListParagraph"/>
      </w:pPr>
      <w:r>
        <w:rPr>
          <w:sz w:val="22"/>
        </w:rPr>
        <w:t>C. Có thể tạo ra 2 loại đồng phân quang học khác nhau</w:t>
      </w:r>
    </w:p>
    <w:p>
      <w:pPr>
        <w:pStyle w:val="ListParagraph"/>
      </w:pPr>
      <w:r>
        <w:rPr>
          <w:sz w:val="22"/>
        </w:rPr>
        <w:t>D. Phản ứng mà enzyme xúc tác có dạng: AB ⇔ A + B.</w:t>
      </w:r>
    </w:p>
    <w:p/>
    <w:p>
      <w:r>
        <w:rPr>
          <w:b/>
          <w:sz w:val="24"/>
        </w:rPr>
        <w:t>Câu 243: Tên enzym theo IUB được gọi theo nguyên tắc sau:</w:t>
      </w:r>
    </w:p>
    <w:p>
      <w:pPr>
        <w:pStyle w:val="ListParagraph"/>
      </w:pPr>
      <w:r>
        <w:rPr>
          <w:sz w:val="22"/>
        </w:rPr>
        <w:t>A. Tên cơ chất + đuôi ase</w:t>
      </w:r>
    </w:p>
    <w:p>
      <w:pPr>
        <w:pStyle w:val="ListParagraph"/>
      </w:pPr>
      <w:r>
        <w:rPr>
          <w:sz w:val="22"/>
        </w:rPr>
        <w:t>B. Tên loại phản ứng + đuôi ase</w:t>
      </w:r>
    </w:p>
    <w:p>
      <w:pPr>
        <w:pStyle w:val="ListParagraph"/>
      </w:pPr>
      <w:r>
        <w:rPr>
          <w:sz w:val="22"/>
        </w:rPr>
        <w:t>C. Tên Coenzym + đuôi ase</w:t>
      </w:r>
    </w:p>
    <w:p>
      <w:pPr>
        <w:pStyle w:val="ListParagraph"/>
      </w:pPr>
      <w:r>
        <w:rPr>
          <w:sz w:val="22"/>
        </w:rPr>
        <w:t>D. Mã số + tên cơ chất + loại phản ứng + đuôi ase</w:t>
      </w:r>
    </w:p>
    <w:p/>
    <w:p>
      <w:r>
        <w:rPr>
          <w:b/>
          <w:sz w:val="24"/>
        </w:rPr>
        <w:t>Câu 244: Enzym với ký hiệu GPT ( ALAT ) gọi theo danh pháp quốc tế là:</w:t>
      </w:r>
    </w:p>
    <w:p>
      <w:pPr>
        <w:pStyle w:val="ListParagraph"/>
      </w:pPr>
      <w:r>
        <w:rPr>
          <w:sz w:val="22"/>
        </w:rPr>
        <w:t>A. 2.6.1.1. Aspartat a cetoglutarat amino transferase</w:t>
      </w:r>
    </w:p>
    <w:p>
      <w:pPr>
        <w:pStyle w:val="ListParagraph"/>
      </w:pPr>
      <w:r>
        <w:rPr>
          <w:sz w:val="22"/>
        </w:rPr>
        <w:t>B. 2.6.1.2. Alanin a cetoglutarat amino transferase</w:t>
      </w:r>
    </w:p>
    <w:p>
      <w:pPr>
        <w:pStyle w:val="ListParagraph"/>
      </w:pPr>
      <w:r>
        <w:rPr>
          <w:sz w:val="22"/>
        </w:rPr>
        <w:t>C. 2.6.1.1. Alanin Glutamat amino transferase</w:t>
      </w:r>
    </w:p>
    <w:p>
      <w:pPr>
        <w:pStyle w:val="ListParagraph"/>
      </w:pPr>
      <w:r>
        <w:rPr>
          <w:sz w:val="22"/>
        </w:rPr>
        <w:t>D. 2.6.1.2. Aspartat Glutamat amino transferase</w:t>
      </w:r>
    </w:p>
    <w:p/>
    <w:p>
      <w:r>
        <w:rPr>
          <w:b/>
          <w:sz w:val="24"/>
        </w:rPr>
        <w:t>Câu 245: Trung tâm hoạt động của enzym được cấu tạo bởi: 1. Các Acid amin có nhóm hóa học hoạt tính cao ( như -OH, -SH, -NH&lt;sub&gt;2&lt;/sub&gt;...) 2. Cofactor 3. Ion kim loại 4. Vitamin 5. Một số monosaccarid đặc biệt Chọn tập hợp đúng</w:t>
      </w:r>
    </w:p>
    <w:p>
      <w:pPr>
        <w:pStyle w:val="ListParagraph"/>
      </w:pPr>
      <w:r>
        <w:rPr>
          <w:sz w:val="22"/>
        </w:rPr>
        <w:t>A. 1, 2, 3</w:t>
      </w:r>
    </w:p>
    <w:p>
      <w:pPr>
        <w:pStyle w:val="ListParagraph"/>
      </w:pPr>
      <w:r>
        <w:rPr>
          <w:sz w:val="22"/>
        </w:rPr>
        <w:t>B. 1, 2, 4</w:t>
      </w:r>
    </w:p>
    <w:p>
      <w:pPr>
        <w:pStyle w:val="ListParagraph"/>
      </w:pPr>
      <w:r>
        <w:rPr>
          <w:sz w:val="22"/>
        </w:rPr>
        <w:t>C. 1, 2, 5</w:t>
      </w:r>
    </w:p>
    <w:p>
      <w:pPr>
        <w:pStyle w:val="ListParagraph"/>
      </w:pPr>
      <w:r>
        <w:rPr>
          <w:sz w:val="22"/>
        </w:rPr>
        <w:t>D. 3, 4, 5.</w:t>
      </w:r>
    </w:p>
    <w:p/>
    <w:p>
      <w:r>
        <w:rPr>
          <w:b/>
          <w:sz w:val="24"/>
        </w:rPr>
        <w:t>Câu 246: Cofactor là:</w:t>
      </w:r>
    </w:p>
    <w:p>
      <w:pPr>
        <w:pStyle w:val="ListParagraph"/>
      </w:pPr>
      <w:r>
        <w:rPr>
          <w:sz w:val="22"/>
        </w:rPr>
        <w:t>A. Nơi gắn cơ chất và xảy ra phản ứng trên phân tử enzym</w:t>
      </w:r>
    </w:p>
    <w:p>
      <w:pPr>
        <w:pStyle w:val="ListParagraph"/>
      </w:pPr>
      <w:r>
        <w:rPr>
          <w:sz w:val="22"/>
        </w:rPr>
        <w:t>B. Vùng quyết định tính đặc hiệu của enzym</w:t>
      </w:r>
    </w:p>
    <w:p>
      <w:pPr>
        <w:pStyle w:val="ListParagraph"/>
      </w:pPr>
      <w:r>
        <w:rPr>
          <w:sz w:val="22"/>
        </w:rPr>
        <w:t>C. Chất cộng tác với Apoenzym trong quá trình xúc tác</w:t>
      </w:r>
    </w:p>
    <w:p>
      <w:pPr>
        <w:pStyle w:val="ListParagraph"/>
      </w:pPr>
      <w:r>
        <w:rPr>
          <w:sz w:val="22"/>
        </w:rPr>
        <w:t>D. Các acid amin có nhóm hoạt động</w:t>
      </w:r>
    </w:p>
    <w:p/>
    <w:p>
      <w:r>
        <w:rPr>
          <w:b/>
          <w:sz w:val="24"/>
        </w:rPr>
        <w:t>Câu 247: Phương trình Michaelis Menten diễn tả:</w:t>
      </w:r>
    </w:p>
    <w:p>
      <w:pPr>
        <w:pStyle w:val="ListParagraph"/>
      </w:pPr>
      <w:r>
        <w:rPr>
          <w:sz w:val="22"/>
        </w:rPr>
        <w:t>A. Mối quan hệ giữa tốc độ phản ứng và nồng độ cơ chất</w:t>
      </w:r>
    </w:p>
    <w:p>
      <w:pPr>
        <w:pStyle w:val="ListParagraph"/>
      </w:pPr>
      <w:r>
        <w:rPr>
          <w:sz w:val="22"/>
        </w:rPr>
        <w:t>B. Mối quan hệ giữa tốc độ phản ứng và nồng độ enzym</w:t>
      </w:r>
    </w:p>
    <w:p>
      <w:pPr>
        <w:pStyle w:val="ListParagraph"/>
      </w:pPr>
      <w:r>
        <w:rPr>
          <w:sz w:val="22"/>
        </w:rPr>
        <w:t>C. Mối quan hệ giữa tốc độ phản ứng và pH môi trường</w:t>
      </w:r>
    </w:p>
    <w:p>
      <w:pPr>
        <w:pStyle w:val="ListParagraph"/>
      </w:pPr>
      <w:r>
        <w:rPr>
          <w:sz w:val="22"/>
        </w:rPr>
        <w:t>D. Mối quan hệ giữa nồng độ enzym và nồng độ cơ chất</w:t>
      </w:r>
    </w:p>
    <w:p/>
    <w:p>
      <w:r>
        <w:rPr>
          <w:b/>
          <w:sz w:val="24"/>
        </w:rPr>
        <w:t>Câu 248: Sulfamid có tác dụng ức chế vi khuẩn do:</w:t>
      </w:r>
    </w:p>
    <w:p>
      <w:pPr>
        <w:pStyle w:val="ListParagraph"/>
      </w:pPr>
      <w:r>
        <w:rPr>
          <w:sz w:val="22"/>
        </w:rPr>
        <w:t>A. Ức chế tổng hợp protein</w:t>
      </w:r>
    </w:p>
    <w:p>
      <w:pPr>
        <w:pStyle w:val="ListParagraph"/>
      </w:pPr>
      <w:r>
        <w:rPr>
          <w:sz w:val="22"/>
        </w:rPr>
        <w:t>B. Giảm quá trình tổng hợp glucid vi khuẩn</w:t>
      </w:r>
    </w:p>
    <w:p>
      <w:pPr>
        <w:pStyle w:val="ListParagraph"/>
      </w:pPr>
      <w:r>
        <w:rPr>
          <w:sz w:val="22"/>
        </w:rPr>
        <w:t>C. Cạnh tranh với Acid para aminobenzoic trong tổng hợp acid folic</w:t>
      </w:r>
    </w:p>
    <w:p>
      <w:pPr>
        <w:pStyle w:val="ListParagraph"/>
      </w:pPr>
      <w:r>
        <w:rPr>
          <w:sz w:val="22"/>
        </w:rPr>
        <w:t>D. Kết hợp với protein màng tạo phức hợp mất tính chất sinh học</w:t>
      </w:r>
    </w:p>
    <w:p/>
    <w:p>
      <w:r>
        <w:rPr>
          <w:b/>
          <w:sz w:val="24"/>
        </w:rPr>
        <w:t>Câu 249: Liên kết nào không phải là liên kết phosphat giàu năng lượng:</w:t>
      </w:r>
    </w:p>
    <w:p>
      <w:pPr>
        <w:pStyle w:val="ListParagraph"/>
      </w:pPr>
      <w:r>
        <w:rPr>
          <w:sz w:val="22"/>
        </w:rPr>
        <w:t>A. Pyrophosphat</w:t>
      </w:r>
    </w:p>
    <w:p>
      <w:pPr>
        <w:pStyle w:val="ListParagraph"/>
      </w:pPr>
      <w:r>
        <w:rPr>
          <w:sz w:val="22"/>
        </w:rPr>
        <w:t>B. Acylphosphat</w:t>
      </w:r>
    </w:p>
    <w:p>
      <w:pPr>
        <w:pStyle w:val="ListParagraph"/>
      </w:pPr>
      <w:r>
        <w:rPr>
          <w:sz w:val="22"/>
        </w:rPr>
        <w:t>C. Thiolphosphat</w:t>
      </w:r>
    </w:p>
    <w:p>
      <w:pPr>
        <w:pStyle w:val="ListParagraph"/>
      </w:pPr>
      <w:r>
        <w:rPr>
          <w:sz w:val="22"/>
        </w:rPr>
        <w:t>D. Estephosphat</w:t>
      </w:r>
    </w:p>
    <w:p/>
    <w:p>
      <w:r>
        <w:rPr>
          <w:b/>
          <w:sz w:val="24"/>
        </w:rPr>
        <w:t>Câu 250: Chất nào sau đây là chất trung gian trong chu trinh acid citric</w:t>
      </w:r>
    </w:p>
    <w:p>
      <w:pPr>
        <w:pStyle w:val="ListParagraph"/>
      </w:pPr>
      <w:r>
        <w:rPr>
          <w:sz w:val="22"/>
        </w:rPr>
        <w:t>A. Acid pyruvic</w:t>
      </w:r>
    </w:p>
    <w:p>
      <w:pPr>
        <w:pStyle w:val="ListParagraph"/>
      </w:pPr>
      <w:r>
        <w:rPr>
          <w:sz w:val="22"/>
        </w:rPr>
        <w:t>B. Acid sialic</w:t>
      </w:r>
    </w:p>
    <w:p>
      <w:pPr>
        <w:pStyle w:val="ListParagraph"/>
      </w:pPr>
      <w:r>
        <w:rPr>
          <w:sz w:val="22"/>
        </w:rPr>
        <w:t>C. Acid acetic</w:t>
      </w:r>
    </w:p>
    <w:p>
      <w:pPr>
        <w:pStyle w:val="ListParagraph"/>
      </w:pPr>
      <w:r>
        <w:rPr>
          <w:sz w:val="22"/>
        </w:rPr>
        <w:t>D. Cis-aconitat</w:t>
      </w:r>
    </w:p>
    <w:p/>
    <w:p>
      <w:r>
        <w:rPr>
          <w:b/>
          <w:sz w:val="24"/>
        </w:rPr>
        <w:t>Câu 251: Trong chu trình Krebs, sản phẩm biến đổi từ oxaloacetat là</w:t>
      </w:r>
    </w:p>
    <w:p>
      <w:pPr>
        <w:pStyle w:val="ListParagraph"/>
      </w:pPr>
      <w:r>
        <w:rPr>
          <w:sz w:val="22"/>
        </w:rPr>
        <w:t>A. Acid malic</w:t>
      </w:r>
    </w:p>
    <w:p>
      <w:pPr>
        <w:pStyle w:val="ListParagraph"/>
      </w:pPr>
      <w:r>
        <w:rPr>
          <w:sz w:val="22"/>
        </w:rPr>
        <w:t>B. Acid citric</w:t>
      </w:r>
    </w:p>
    <w:p>
      <w:pPr>
        <w:pStyle w:val="ListParagraph"/>
      </w:pPr>
      <w:r>
        <w:rPr>
          <w:sz w:val="22"/>
        </w:rPr>
        <w:t>C. Acid pyruvic</w:t>
      </w:r>
    </w:p>
    <w:p>
      <w:pPr>
        <w:pStyle w:val="ListParagraph"/>
      </w:pPr>
      <w:r>
        <w:rPr>
          <w:sz w:val="22"/>
        </w:rPr>
        <w:t>D. Acid succinic</w:t>
      </w:r>
    </w:p>
    <w:p/>
    <w:p>
      <w:r>
        <w:rPr>
          <w:b/>
          <w:sz w:val="24"/>
        </w:rPr>
        <w:t>Câu 252: Trong chu trình Krebs, Fumarat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a-Cetoglutarat và Succinat</w:t>
      </w:r>
    </w:p>
    <w:p>
      <w:pPr>
        <w:pStyle w:val="ListParagraph"/>
      </w:pPr>
      <w:r>
        <w:rPr>
          <w:sz w:val="22"/>
        </w:rPr>
        <w:t>D. Succinat và Malat</w:t>
      </w:r>
    </w:p>
    <w:p/>
    <w:p>
      <w:r>
        <w:rPr>
          <w:b/>
          <w:sz w:val="24"/>
        </w:rPr>
        <w:t>Câu 253: Trong chu trình Krebs, Oxalosuccinat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a-Cetoglutarat và Succinat</w:t>
      </w:r>
    </w:p>
    <w:p>
      <w:pPr>
        <w:pStyle w:val="ListParagraph"/>
      </w:pPr>
      <w:r>
        <w:rPr>
          <w:sz w:val="22"/>
        </w:rPr>
        <w:t>D. Iso citrat vaì a-Cetoglutarat</w:t>
      </w:r>
    </w:p>
    <w:p/>
    <w:p>
      <w:r>
        <w:rPr>
          <w:b/>
          <w:sz w:val="24"/>
        </w:rPr>
        <w:t>Câu 254: Coenzym đầu tiên tham gia chuyển điện tử trong chuỗi hô hấp tế bào là</w:t>
      </w:r>
    </w:p>
    <w:p>
      <w:pPr>
        <w:pStyle w:val="ListParagraph"/>
      </w:pPr>
      <w:r>
        <w:rPr>
          <w:sz w:val="22"/>
        </w:rPr>
        <w:t>A. Cyt.a</w:t>
      </w:r>
    </w:p>
    <w:p>
      <w:pPr>
        <w:pStyle w:val="ListParagraph"/>
      </w:pPr>
      <w:r>
        <w:rPr>
          <w:sz w:val="22"/>
        </w:rPr>
        <w:t>B. Cyt c</w:t>
      </w:r>
    </w:p>
    <w:p>
      <w:pPr>
        <w:pStyle w:val="ListParagraph"/>
      </w:pPr>
      <w:r>
        <w:rPr>
          <w:sz w:val="22"/>
        </w:rPr>
        <w:t>C. Cyt b</w:t>
      </w:r>
    </w:p>
    <w:p>
      <w:pPr>
        <w:pStyle w:val="ListParagraph"/>
      </w:pPr>
      <w:r>
        <w:rPr>
          <w:sz w:val="22"/>
        </w:rPr>
        <w:t>D. Cyt c1</w:t>
      </w:r>
    </w:p>
    <w:p/>
    <w:p>
      <w:r>
        <w:rPr>
          <w:b/>
          <w:sz w:val="24"/>
        </w:rPr>
        <w:t>Câu 255: Coenzym tham gia đầu tiên việc tách hydro của cơ chất glutamat:</w:t>
      </w:r>
    </w:p>
    <w:p>
      <w:pPr>
        <w:pStyle w:val="ListParagraph"/>
      </w:pPr>
      <w:r>
        <w:rPr>
          <w:sz w:val="22"/>
        </w:rPr>
        <w:t>A. FAD</w:t>
      </w:r>
    </w:p>
    <w:p>
      <w:pPr>
        <w:pStyle w:val="ListParagraph"/>
      </w:pPr>
      <w:r>
        <w:rPr>
          <w:sz w:val="22"/>
        </w:rPr>
        <w:t>B. NADP&lt;sup&gt;+&lt;/sup&gt;</w:t>
      </w:r>
    </w:p>
    <w:p>
      <w:pPr>
        <w:pStyle w:val="ListParagraph"/>
      </w:pPr>
      <w:r>
        <w:rPr>
          <w:sz w:val="22"/>
        </w:rPr>
        <w:t>C. CoQ</w:t>
      </w:r>
    </w:p>
    <w:p>
      <w:pPr>
        <w:pStyle w:val="ListParagraph"/>
      </w:pPr>
      <w:r>
        <w:rPr>
          <w:sz w:val="22"/>
        </w:rPr>
        <w:t>D. NAD&lt;sup&gt;+&lt;/sup&gt;</w:t>
      </w:r>
    </w:p>
    <w:p/>
    <w:p>
      <w:r>
        <w:rPr>
          <w:b/>
          <w:sz w:val="24"/>
        </w:rPr>
        <w:t>Câu 256: Năng lượng tự do tích trữ trong phân tử ATP dùng cho :</w:t>
      </w:r>
    </w:p>
    <w:p>
      <w:pPr>
        <w:pStyle w:val="ListParagraph"/>
      </w:pPr>
      <w:r>
        <w:rPr>
          <w:sz w:val="22"/>
        </w:rPr>
        <w:t>A. Tổng hợp hóa học, hoạt động nhiệt và cơ học</w:t>
      </w:r>
    </w:p>
    <w:p>
      <w:pPr>
        <w:pStyle w:val="ListParagraph"/>
      </w:pPr>
      <w:r>
        <w:rPr>
          <w:sz w:val="22"/>
        </w:rPr>
        <w:t>B. Hoạt động nhiệt và cơ học, hoạt động điện</w:t>
      </w:r>
    </w:p>
    <w:p>
      <w:pPr>
        <w:pStyle w:val="ListParagraph"/>
      </w:pPr>
      <w:r>
        <w:rPr>
          <w:sz w:val="22"/>
        </w:rPr>
        <w:t>C. Hoạt động điện, tổng hợp hóa học</w:t>
      </w:r>
    </w:p>
    <w:p>
      <w:pPr>
        <w:pStyle w:val="ListParagraph"/>
      </w:pPr>
      <w:r>
        <w:rPr>
          <w:sz w:val="22"/>
        </w:rPr>
        <w:t>D. Hoạt động nhiệt và cơ học, tổng hợp hóa học, hoạt động điện</w:t>
      </w:r>
    </w:p>
    <w:p/>
    <w:p>
      <w:r>
        <w:rPr>
          <w:b/>
          <w:sz w:val="24"/>
        </w:rPr>
        <w:t>Câu 257: Phản ứng nào KHÔNG THẤY trong chu trình acid citric ?</w:t>
      </w:r>
    </w:p>
    <w:p>
      <w:pPr>
        <w:pStyle w:val="ListParagraph"/>
      </w:pPr>
      <w:r>
        <w:rPr>
          <w:sz w:val="22"/>
        </w:rPr>
        <w:t>A. Phản ứng hydrat hóa cis-aconitat thành isocitrat</w:t>
      </w:r>
    </w:p>
    <w:p>
      <w:pPr>
        <w:pStyle w:val="ListParagraph"/>
      </w:pPr>
      <w:r>
        <w:rPr>
          <w:sz w:val="22"/>
        </w:rPr>
        <w:t>B. Phản ứng khử nước acid citric tạo acid cis-aconitic</w:t>
      </w:r>
    </w:p>
    <w:p>
      <w:pPr>
        <w:pStyle w:val="ListParagraph"/>
      </w:pPr>
      <w:r>
        <w:rPr>
          <w:sz w:val="22"/>
        </w:rPr>
        <w:t>C. Phản ứng oxy hóa khử carboxyl acid a cetoglutaric tạo succinyl CoA</w:t>
      </w:r>
    </w:p>
    <w:p>
      <w:pPr>
        <w:pStyle w:val="ListParagraph"/>
      </w:pPr>
      <w:r>
        <w:rPr>
          <w:sz w:val="22"/>
        </w:rPr>
        <w:t>D. Phản ứng khử carboxyl acid citric tạo acid oxalosuccinic</w:t>
      </w:r>
    </w:p>
    <w:p/>
    <w:p>
      <w:r>
        <w:rPr>
          <w:b/>
          <w:sz w:val="24"/>
        </w:rPr>
        <w:t>Câu 258: Chọn ý sai khi nói về Chu trình acid tricarboxylic</w:t>
      </w:r>
    </w:p>
    <w:p>
      <w:pPr>
        <w:pStyle w:val="ListParagraph"/>
      </w:pPr>
      <w:r>
        <w:rPr>
          <w:sz w:val="22"/>
        </w:rPr>
        <w:t>A. Oxy hóa một phân tử pyruvat cần 5 nguyên tử oxy</w:t>
      </w:r>
    </w:p>
    <w:p>
      <w:pPr>
        <w:pStyle w:val="ListParagraph"/>
      </w:pPr>
      <w:r>
        <w:rPr>
          <w:sz w:val="22"/>
        </w:rPr>
        <w:t>B. Carbohydrat, lipid và acid amin có thể được oxy hóa thông qua chu trình Krebs</w:t>
      </w:r>
    </w:p>
    <w:p>
      <w:pPr>
        <w:pStyle w:val="ListParagraph"/>
      </w:pPr>
      <w:r>
        <w:rPr>
          <w:sz w:val="22"/>
        </w:rPr>
        <w:t>C. Acetat chỉ có thể đi vào chu trình dưới dạng acetyl CoA</w:t>
      </w:r>
    </w:p>
    <w:p>
      <w:pPr>
        <w:pStyle w:val="ListParagraph"/>
      </w:pPr>
      <w:r>
        <w:rPr>
          <w:sz w:val="22"/>
        </w:rPr>
        <w:t>D. Chu trình chỉ xảy ra trong điều kiện yếm khí</w:t>
      </w:r>
    </w:p>
    <w:p/>
    <w:p>
      <w:r>
        <w:rPr>
          <w:b/>
          <w:sz w:val="24"/>
        </w:rPr>
        <w:t>Câu 259: Nguyên tố tham gia trong cấu trúc của cytocrom là:</w:t>
      </w:r>
    </w:p>
    <w:p>
      <w:pPr>
        <w:pStyle w:val="ListParagraph"/>
      </w:pPr>
      <w:r>
        <w:rPr>
          <w:sz w:val="22"/>
        </w:rPr>
        <w:t>A. Mg</w:t>
      </w:r>
    </w:p>
    <w:p>
      <w:pPr>
        <w:pStyle w:val="ListParagraph"/>
      </w:pPr>
      <w:r>
        <w:rPr>
          <w:sz w:val="22"/>
        </w:rPr>
        <w:t>B. Cu</w:t>
      </w:r>
    </w:p>
    <w:p>
      <w:pPr>
        <w:pStyle w:val="ListParagraph"/>
      </w:pPr>
      <w:r>
        <w:rPr>
          <w:sz w:val="22"/>
        </w:rPr>
        <w:t>C. Fe</w:t>
      </w:r>
    </w:p>
    <w:p>
      <w:pPr>
        <w:pStyle w:val="ListParagraph"/>
      </w:pPr>
      <w:r>
        <w:rPr>
          <w:sz w:val="22"/>
        </w:rPr>
        <w:t>D. Zn</w:t>
      </w:r>
    </w:p>
    <w:p/>
    <w:p>
      <w:r>
        <w:rPr>
          <w:b/>
          <w:sz w:val="24"/>
        </w:rPr>
        <w:t>Câu 260: Enzym KHÔNG cư trú trong ty thể tế bào là</w:t>
      </w:r>
    </w:p>
    <w:p>
      <w:pPr>
        <w:pStyle w:val="ListParagraph"/>
      </w:pPr>
      <w:r>
        <w:rPr>
          <w:sz w:val="22"/>
        </w:rPr>
        <w:t>A. Cytochrome oxidase</w:t>
      </w:r>
    </w:p>
    <w:p>
      <w:pPr>
        <w:pStyle w:val="ListParagraph"/>
      </w:pPr>
      <w:r>
        <w:rPr>
          <w:sz w:val="22"/>
        </w:rPr>
        <w:t>B. Succinat dehydrogenase</w:t>
      </w:r>
    </w:p>
    <w:p>
      <w:pPr>
        <w:pStyle w:val="ListParagraph"/>
      </w:pPr>
      <w:r>
        <w:rPr>
          <w:sz w:val="22"/>
        </w:rPr>
        <w:t>C. Aconitase</w:t>
      </w:r>
    </w:p>
    <w:p>
      <w:pPr>
        <w:pStyle w:val="ListParagraph"/>
      </w:pPr>
      <w:r>
        <w:rPr>
          <w:sz w:val="22"/>
        </w:rPr>
        <w:t>D. Chymotrypsin</w:t>
      </w:r>
    </w:p>
    <w:p/>
    <w:p>
      <w:r>
        <w:rPr>
          <w:b/>
          <w:sz w:val="24"/>
        </w:rPr>
        <w:t>Câu 261: Cơ chất đặc hiệu trong quá trình phosphoryl oxy hoá là:</w:t>
      </w:r>
    </w:p>
    <w:p>
      <w:pPr>
        <w:pStyle w:val="ListParagraph"/>
      </w:pPr>
      <w:r>
        <w:rPr>
          <w:sz w:val="22"/>
        </w:rPr>
        <w:t>A. AMP.</w:t>
      </w:r>
    </w:p>
    <w:p>
      <w:pPr>
        <w:pStyle w:val="ListParagraph"/>
      </w:pPr>
      <w:r>
        <w:rPr>
          <w:sz w:val="22"/>
        </w:rPr>
        <w:t>B. ADP</w:t>
      </w:r>
    </w:p>
    <w:p>
      <w:pPr>
        <w:pStyle w:val="ListParagraph"/>
      </w:pPr>
      <w:r>
        <w:rPr>
          <w:sz w:val="22"/>
        </w:rPr>
        <w:t>C. UDP.</w:t>
      </w:r>
    </w:p>
    <w:p>
      <w:pPr>
        <w:pStyle w:val="ListParagraph"/>
      </w:pPr>
      <w:r>
        <w:rPr>
          <w:sz w:val="22"/>
        </w:rPr>
        <w:t>D. NAD.</w:t>
      </w:r>
    </w:p>
    <w:p/>
    <w:p>
      <w:r>
        <w:rPr>
          <w:b/>
          <w:sz w:val="24"/>
        </w:rPr>
        <w:t>Câu 262: Xúc tác vận chuyển điện tử giữa NADH và ubiquinon yêu cầu có sự tham gia của một coenzym là:</w:t>
      </w:r>
    </w:p>
    <w:p>
      <w:pPr>
        <w:pStyle w:val="ListParagraph"/>
      </w:pPr>
      <w:r>
        <w:rPr>
          <w:sz w:val="22"/>
        </w:rPr>
        <w:t>A. NADP</w:t>
      </w:r>
    </w:p>
    <w:p>
      <w:pPr>
        <w:pStyle w:val="ListParagraph"/>
      </w:pPr>
      <w:r>
        <w:rPr>
          <w:sz w:val="22"/>
        </w:rPr>
        <w:t>B. Flavoprotein</w:t>
      </w:r>
    </w:p>
    <w:p>
      <w:pPr>
        <w:pStyle w:val="ListParagraph"/>
      </w:pPr>
      <w:r>
        <w:rPr>
          <w:sz w:val="22"/>
        </w:rPr>
        <w:t>C. Cytochrom C&lt;sub&gt;1&lt;/sub&gt;</w:t>
      </w:r>
    </w:p>
    <w:p>
      <w:pPr>
        <w:pStyle w:val="ListParagraph"/>
      </w:pPr>
      <w:r>
        <w:rPr>
          <w:sz w:val="22"/>
        </w:rPr>
        <w:t>D. Cytochrom a</w:t>
      </w:r>
    </w:p>
    <w:p/>
    <w:p>
      <w:r>
        <w:rPr>
          <w:b/>
          <w:sz w:val="24"/>
        </w:rPr>
        <w:t>Câu 263: Trong chu trình Krebs, sản phẩm đầu tiên được tạo ra khi acetylCoA kết hợp với:</w:t>
      </w:r>
    </w:p>
    <w:p>
      <w:pPr>
        <w:pStyle w:val="ListParagraph"/>
      </w:pPr>
      <w:r>
        <w:rPr>
          <w:sz w:val="22"/>
        </w:rPr>
        <w:t>A. Pyruvat</w:t>
      </w:r>
    </w:p>
    <w:p>
      <w:pPr>
        <w:pStyle w:val="ListParagraph"/>
      </w:pPr>
      <w:r>
        <w:rPr>
          <w:sz w:val="22"/>
        </w:rPr>
        <w:t>B. Oxalosuccinat</w:t>
      </w:r>
    </w:p>
    <w:p>
      <w:pPr>
        <w:pStyle w:val="ListParagraph"/>
      </w:pPr>
      <w:r>
        <w:rPr>
          <w:sz w:val="22"/>
        </w:rPr>
        <w:t>C. Oxaloacetat</w:t>
      </w:r>
    </w:p>
    <w:p>
      <w:pPr>
        <w:pStyle w:val="ListParagraph"/>
      </w:pPr>
      <w:r>
        <w:rPr>
          <w:sz w:val="22"/>
        </w:rPr>
        <w:t>D. a cetoglutarat</w:t>
      </w:r>
    </w:p>
    <w:p/>
    <w:p>
      <w:r>
        <w:rPr>
          <w:b/>
          <w:sz w:val="24"/>
        </w:rPr>
        <w:t>Câu 264: Trong chu trình Krebs, giai đoạn chỉ tạo được 2ATP là</w:t>
      </w:r>
    </w:p>
    <w:p>
      <w:pPr>
        <w:pStyle w:val="ListParagraph"/>
      </w:pPr>
      <w:r>
        <w:rPr>
          <w:sz w:val="22"/>
        </w:rPr>
        <w:t>A. isocitrat ® a cetoglutarat</w:t>
      </w:r>
    </w:p>
    <w:p>
      <w:pPr>
        <w:pStyle w:val="ListParagraph"/>
      </w:pPr>
      <w:r>
        <w:rPr>
          <w:sz w:val="22"/>
        </w:rPr>
        <w:t>B. Citrat ® isocitrat</w:t>
      </w:r>
    </w:p>
    <w:p>
      <w:pPr>
        <w:pStyle w:val="ListParagraph"/>
      </w:pPr>
      <w:r>
        <w:rPr>
          <w:sz w:val="22"/>
        </w:rPr>
        <w:t>C. Succinyl ® Fumarat</w:t>
      </w:r>
    </w:p>
    <w:p>
      <w:pPr>
        <w:pStyle w:val="ListParagraph"/>
      </w:pPr>
      <w:r>
        <w:rPr>
          <w:sz w:val="22"/>
        </w:rPr>
        <w:t>D. Malat ® oxaloacetat</w:t>
      </w:r>
    </w:p>
    <w:p/>
    <w:p>
      <w:r>
        <w:rPr>
          <w:b/>
          <w:sz w:val="24"/>
        </w:rPr>
        <w:t>Câu 265: Điểm điều hòa quan trọng đầu tiên của chu trình Krebs xảy ra với</w:t>
      </w:r>
    </w:p>
    <w:p>
      <w:pPr>
        <w:pStyle w:val="ListParagraph"/>
      </w:pPr>
      <w:r>
        <w:rPr>
          <w:sz w:val="22"/>
        </w:rPr>
        <w:t>A. Fumarase</w:t>
      </w:r>
    </w:p>
    <w:p>
      <w:pPr>
        <w:pStyle w:val="ListParagraph"/>
      </w:pPr>
      <w:r>
        <w:rPr>
          <w:sz w:val="22"/>
        </w:rPr>
        <w:t>B. Malat dehydrogenase</w:t>
      </w:r>
    </w:p>
    <w:p>
      <w:pPr>
        <w:pStyle w:val="ListParagraph"/>
      </w:pPr>
      <w:r>
        <w:rPr>
          <w:sz w:val="22"/>
        </w:rPr>
        <w:t>C. Citrat syntetase</w:t>
      </w:r>
    </w:p>
    <w:p>
      <w:pPr>
        <w:pStyle w:val="ListParagraph"/>
      </w:pPr>
      <w:r>
        <w:rPr>
          <w:sz w:val="22"/>
        </w:rPr>
        <w:t>D. Aconitase</w:t>
      </w:r>
    </w:p>
    <w:p/>
    <w:p>
      <w:r>
        <w:rPr>
          <w:b/>
          <w:sz w:val="24"/>
        </w:rPr>
        <w:t>Câu 266: Về phương diện năng lượng, chu trình Krebs có ý nghĩa quan trọng là vì:</w:t>
      </w:r>
    </w:p>
    <w:p>
      <w:pPr>
        <w:pStyle w:val="ListParagraph"/>
      </w:pPr>
      <w:r>
        <w:rPr>
          <w:sz w:val="22"/>
        </w:rPr>
        <w:t>A. Cung cấp nhiều năng lượng cho cơ thể</w:t>
      </w:r>
    </w:p>
    <w:p>
      <w:pPr>
        <w:pStyle w:val="ListParagraph"/>
      </w:pPr>
      <w:r>
        <w:rPr>
          <w:sz w:val="22"/>
        </w:rPr>
        <w:t>B. Cung cấp nhiều cơ chất cho hydro</w:t>
      </w:r>
    </w:p>
    <w:p>
      <w:pPr>
        <w:pStyle w:val="ListParagraph"/>
      </w:pPr>
      <w:r>
        <w:rPr>
          <w:sz w:val="22"/>
        </w:rPr>
        <w:t>C. Cung cấp nhiều sản phẩm trung gian cần thiết</w:t>
      </w:r>
    </w:p>
    <w:p>
      <w:pPr>
        <w:pStyle w:val="ListParagraph"/>
      </w:pPr>
      <w:r>
        <w:rPr>
          <w:sz w:val="22"/>
        </w:rPr>
        <w:t>D. Là trung tâm điều hòa chuyển hóa các chất</w:t>
      </w:r>
    </w:p>
    <w:p/>
    <w:p>
      <w:r>
        <w:rPr>
          <w:b/>
          <w:sz w:val="24"/>
        </w:rPr>
        <w:t>Câu 267: Chất có thế năng oxy hóa khử thấp nhất là :</w:t>
      </w:r>
    </w:p>
    <w:p>
      <w:pPr>
        <w:pStyle w:val="ListParagraph"/>
      </w:pPr>
      <w:r>
        <w:rPr>
          <w:sz w:val="22"/>
        </w:rPr>
        <w:t>A. Coenzym Q</w:t>
      </w:r>
    </w:p>
    <w:p>
      <w:pPr>
        <w:pStyle w:val="ListParagraph"/>
      </w:pPr>
      <w:r>
        <w:rPr>
          <w:sz w:val="22"/>
        </w:rPr>
        <w:t>B. Oxy</w:t>
      </w:r>
    </w:p>
    <w:p>
      <w:pPr>
        <w:pStyle w:val="ListParagraph"/>
      </w:pPr>
      <w:r>
        <w:rPr>
          <w:sz w:val="22"/>
        </w:rPr>
        <w:t>C. Cyt a</w:t>
      </w:r>
    </w:p>
    <w:p>
      <w:pPr>
        <w:pStyle w:val="ListParagraph"/>
      </w:pPr>
      <w:r>
        <w:rPr>
          <w:sz w:val="22"/>
        </w:rPr>
        <w:t>D. NAD</w:t>
      </w:r>
    </w:p>
    <w:p/>
    <w:p>
      <w:r>
        <w:rPr>
          <w:b/>
          <w:sz w:val="24"/>
        </w:rPr>
        <w:t>Câu 268: Cytocrom KHÔNG LÀ</w:t>
      </w:r>
    </w:p>
    <w:p>
      <w:pPr>
        <w:pStyle w:val="ListParagraph"/>
      </w:pPr>
      <w:r>
        <w:rPr>
          <w:sz w:val="22"/>
        </w:rPr>
        <w:t>A. Protein có nhóm phụ là nhân porphyrin có chứa ion Fe&lt;sup&gt;2+&lt;/sup&gt;.</w:t>
      </w:r>
    </w:p>
    <w:p>
      <w:pPr>
        <w:pStyle w:val="ListParagraph"/>
      </w:pPr>
      <w:r>
        <w:rPr>
          <w:sz w:val="22"/>
        </w:rPr>
        <w:t>B. Enzym oxyhóa khử</w:t>
      </w:r>
    </w:p>
    <w:p>
      <w:pPr>
        <w:pStyle w:val="ListParagraph"/>
      </w:pPr>
      <w:r>
        <w:rPr>
          <w:sz w:val="22"/>
        </w:rPr>
        <w:t>C. Enzym vận chuyển hydro</w:t>
      </w:r>
    </w:p>
    <w:p>
      <w:pPr>
        <w:pStyle w:val="ListParagraph"/>
      </w:pPr>
      <w:r>
        <w:rPr>
          <w:sz w:val="22"/>
        </w:rPr>
        <w:t>D. Enzym vận chuyển điện tử</w:t>
      </w:r>
    </w:p>
    <w:p/>
    <w:p>
      <w:r>
        <w:rPr>
          <w:b/>
          <w:sz w:val="24"/>
        </w:rPr>
        <w:t>Câu 269: Trong chu trình Krebs, cơ chầt cung cấp Hydro cho chuỗi hô hấp tế bào là :</w:t>
      </w:r>
    </w:p>
    <w:p>
      <w:pPr>
        <w:pStyle w:val="ListParagraph"/>
      </w:pPr>
      <w:r>
        <w:rPr>
          <w:sz w:val="22"/>
        </w:rPr>
        <w:t>A. Citrat , isocitrat</w:t>
      </w:r>
    </w:p>
    <w:p>
      <w:pPr>
        <w:pStyle w:val="ListParagraph"/>
      </w:pPr>
      <w:r>
        <w:rPr>
          <w:sz w:val="22"/>
        </w:rPr>
        <w:t>B. Isocitrat , Oxalo succinat</w:t>
      </w:r>
    </w:p>
    <w:p>
      <w:pPr>
        <w:pStyle w:val="ListParagraph"/>
      </w:pPr>
      <w:r>
        <w:rPr>
          <w:sz w:val="22"/>
        </w:rPr>
        <w:t>C. a -Cetoglutarat, Succinat</w:t>
      </w:r>
    </w:p>
    <w:p>
      <w:pPr>
        <w:pStyle w:val="ListParagraph"/>
      </w:pPr>
      <w:r>
        <w:rPr>
          <w:sz w:val="22"/>
        </w:rPr>
        <w:t>D. Succinat , Fumarat</w:t>
      </w:r>
    </w:p>
    <w:p/>
    <w:p>
      <w:r>
        <w:rPr>
          <w:b/>
          <w:sz w:val="24"/>
        </w:rPr>
        <w:t>Câu 270: Chuyển hóa các chất xảy ra tại ti thể, NGOẠI TRỪ</w:t>
      </w:r>
    </w:p>
    <w:p>
      <w:pPr>
        <w:pStyle w:val="ListParagraph"/>
      </w:pPr>
      <w:r>
        <w:rPr>
          <w:sz w:val="22"/>
        </w:rPr>
        <w:t>A. Chu trình citric</w:t>
      </w:r>
    </w:p>
    <w:p>
      <w:pPr>
        <w:pStyle w:val="ListParagraph"/>
      </w:pPr>
      <w:r>
        <w:rPr>
          <w:sz w:val="22"/>
        </w:rPr>
        <w:t>B. β-oxy hóa acid béo</w:t>
      </w:r>
    </w:p>
    <w:p>
      <w:pPr>
        <w:pStyle w:val="ListParagraph"/>
      </w:pPr>
      <w:r>
        <w:rPr>
          <w:sz w:val="22"/>
        </w:rPr>
        <w:t>C. Tổng hợp phospholipid</w:t>
      </w:r>
    </w:p>
    <w:p>
      <w:pPr>
        <w:pStyle w:val="ListParagraph"/>
      </w:pPr>
      <w:r>
        <w:rPr>
          <w:sz w:val="22"/>
        </w:rPr>
        <w:t>D. Phosphoryl hóa oxi hóa</w:t>
      </w:r>
    </w:p>
    <w:p/>
    <w:p>
      <w:r>
        <w:rPr>
          <w:b/>
          <w:sz w:val="24"/>
        </w:rPr>
        <w:t>Câu 271: Bào quan xảy ra quá trình tổng hợp oligosaccharid và glycoprotein</w:t>
      </w:r>
    </w:p>
    <w:p>
      <w:pPr>
        <w:pStyle w:val="ListParagraph"/>
      </w:pPr>
      <w:r>
        <w:rPr>
          <w:sz w:val="22"/>
        </w:rPr>
        <w:t>A. Golgi</w:t>
      </w:r>
    </w:p>
    <w:p>
      <w:pPr>
        <w:pStyle w:val="ListParagraph"/>
      </w:pPr>
      <w:r>
        <w:rPr>
          <w:sz w:val="22"/>
        </w:rPr>
        <w:t>B. Mạng lưới nội chất trơn</w:t>
      </w:r>
    </w:p>
    <w:p>
      <w:pPr>
        <w:pStyle w:val="ListParagraph"/>
      </w:pPr>
      <w:r>
        <w:rPr>
          <w:sz w:val="22"/>
        </w:rPr>
        <w:t>C. Mạng lưới nội chất nhám</w:t>
      </w:r>
    </w:p>
    <w:p>
      <w:pPr>
        <w:pStyle w:val="ListParagraph"/>
      </w:pPr>
      <w:r>
        <w:rPr>
          <w:sz w:val="22"/>
        </w:rPr>
        <w:t>D. Peroxisom</w:t>
      </w:r>
    </w:p>
    <w:p/>
    <w:p>
      <w:r>
        <w:rPr>
          <w:b/>
          <w:sz w:val="24"/>
        </w:rPr>
        <w:t>Câu 272: Quá trình chuyển hóa năng lượng chủ yếu xày ra ở</w:t>
      </w:r>
    </w:p>
    <w:p>
      <w:pPr>
        <w:pStyle w:val="ListParagraph"/>
      </w:pPr>
      <w:r>
        <w:rPr>
          <w:sz w:val="22"/>
        </w:rPr>
        <w:t>A. Nhân</w:t>
      </w:r>
    </w:p>
    <w:p>
      <w:pPr>
        <w:pStyle w:val="ListParagraph"/>
      </w:pPr>
      <w:r>
        <w:rPr>
          <w:sz w:val="22"/>
        </w:rPr>
        <w:t>B. Ti thể</w:t>
      </w:r>
    </w:p>
    <w:p>
      <w:pPr>
        <w:pStyle w:val="ListParagraph"/>
      </w:pPr>
      <w:r>
        <w:rPr>
          <w:sz w:val="22"/>
        </w:rPr>
        <w:t>C. Peroxisom</w:t>
      </w:r>
    </w:p>
    <w:p>
      <w:pPr>
        <w:pStyle w:val="ListParagraph"/>
      </w:pPr>
      <w:r>
        <w:rPr>
          <w:sz w:val="22"/>
        </w:rPr>
        <w:t>D. Tiêu thể</w:t>
      </w:r>
    </w:p>
    <w:p/>
    <w:p>
      <w:r>
        <w:rPr>
          <w:b/>
          <w:sz w:val="24"/>
        </w:rPr>
        <w:t>Câu 273: Hầu hết các chất dinh dưỡng đến gan để được xử lí và phân phối,NGOẠI TRỪ</w:t>
      </w:r>
    </w:p>
    <w:p>
      <w:pPr>
        <w:pStyle w:val="ListParagraph"/>
      </w:pPr>
      <w:r>
        <w:rPr>
          <w:sz w:val="22"/>
        </w:rPr>
        <w:t>A. Triacylglycerol từ bữa ăn</w:t>
      </w:r>
    </w:p>
    <w:p>
      <w:pPr>
        <w:pStyle w:val="ListParagraph"/>
      </w:pPr>
      <w:r>
        <w:rPr>
          <w:sz w:val="22"/>
        </w:rPr>
        <w:t>B. β-oxy hóa acid béo</w:t>
      </w:r>
    </w:p>
    <w:p>
      <w:pPr>
        <w:pStyle w:val="ListParagraph"/>
      </w:pPr>
      <w:r>
        <w:rPr>
          <w:sz w:val="22"/>
        </w:rPr>
        <w:t>C. Cholesterol</w:t>
      </w:r>
    </w:p>
    <w:p>
      <w:pPr>
        <w:pStyle w:val="ListParagraph"/>
      </w:pPr>
      <w:r>
        <w:rPr>
          <w:sz w:val="22"/>
        </w:rPr>
        <w:t>D. Acid amin</w:t>
      </w:r>
    </w:p>
    <w:p/>
    <w:p>
      <w:r>
        <w:rPr>
          <w:b/>
          <w:sz w:val="24"/>
        </w:rPr>
        <w:t>Câu 274: Gan không cạnh tranh glucose với mô khác khi</w:t>
      </w:r>
    </w:p>
    <w:p>
      <w:pPr>
        <w:pStyle w:val="ListParagraph"/>
      </w:pPr>
      <w:r>
        <w:rPr>
          <w:sz w:val="22"/>
        </w:rPr>
        <w:t>A. Nồng độ glucose huyết bình thường</w:t>
      </w:r>
    </w:p>
    <w:p>
      <w:pPr>
        <w:pStyle w:val="ListParagraph"/>
      </w:pPr>
      <w:r>
        <w:rPr>
          <w:sz w:val="22"/>
        </w:rPr>
        <w:t>B. Nồng độ glucose huyết cao</w:t>
      </w:r>
    </w:p>
    <w:p>
      <w:pPr>
        <w:pStyle w:val="ListParagraph"/>
      </w:pPr>
      <w:r>
        <w:rPr>
          <w:sz w:val="22"/>
        </w:rPr>
        <w:t>C. Nồng độ glucose huyết thấp</w:t>
      </w:r>
    </w:p>
    <w:p>
      <w:pPr>
        <w:pStyle w:val="ListParagraph"/>
      </w:pPr>
      <w:r>
        <w:rPr>
          <w:sz w:val="22"/>
        </w:rPr>
        <w:t>D. Cả 3 đều đúng</w:t>
      </w:r>
    </w:p>
    <w:p/>
    <w:p>
      <w:r>
        <w:rPr>
          <w:b/>
          <w:sz w:val="24"/>
        </w:rPr>
        <w:t>Câu 275: Chuyển hóa năng lượng tại não , chọn câu SAI</w:t>
      </w:r>
    </w:p>
    <w:p>
      <w:pPr>
        <w:pStyle w:val="ListParagraph"/>
      </w:pPr>
      <w:r>
        <w:rPr>
          <w:sz w:val="22"/>
        </w:rPr>
        <w:t>A. Glucose máu là nguồn cung cấp năng lượng chủ yếu cho não</w:t>
      </w:r>
    </w:p>
    <w:p>
      <w:pPr>
        <w:pStyle w:val="ListParagraph"/>
      </w:pPr>
      <w:r>
        <w:rPr>
          <w:sz w:val="22"/>
        </w:rPr>
        <w:t>B. Não có nguồn glucose dự trữ là glycogen</w:t>
      </w:r>
    </w:p>
    <w:p>
      <w:pPr>
        <w:pStyle w:val="ListParagraph"/>
      </w:pPr>
      <w:r>
        <w:rPr>
          <w:sz w:val="22"/>
        </w:rPr>
        <w:t>C. Thể ceton thay thế cho glucose cung cấp năng lượng cho não khi thiếu glucose</w:t>
      </w:r>
    </w:p>
    <w:p>
      <w:pPr>
        <w:pStyle w:val="ListParagraph"/>
      </w:pPr>
      <w:r>
        <w:rPr>
          <w:sz w:val="22"/>
        </w:rPr>
        <w:t>D. Hầu hết năng lượng của não thông qua bơm bơm (Na&lt;sup&gt;+&lt;/sup&gt;-K&lt;sup&gt;+&lt;/sup&gt;)-ATPase trên màng tế bào</w:t>
      </w:r>
    </w:p>
    <w:p/>
    <w:p>
      <w:r>
        <w:rPr>
          <w:b/>
          <w:sz w:val="24"/>
        </w:rPr>
        <w:t>Câu 276: Chuyển hóa năng lượng tại cơ, chọn câu SAI</w:t>
      </w:r>
    </w:p>
    <w:p>
      <w:pPr>
        <w:pStyle w:val="ListParagraph"/>
      </w:pPr>
      <w:r>
        <w:rPr>
          <w:sz w:val="22"/>
        </w:rPr>
        <w:t>A. Nguyên liệu chính là glucose, ceton và acid béo</w:t>
      </w:r>
    </w:p>
    <w:p>
      <w:pPr>
        <w:pStyle w:val="ListParagraph"/>
      </w:pPr>
      <w:r>
        <w:rPr>
          <w:sz w:val="22"/>
        </w:rPr>
        <w:t>B. Không có glucose-6-phosphatase nên không thể giải phóng glucose từ cơ vào máu</w:t>
      </w:r>
    </w:p>
    <w:p>
      <w:pPr>
        <w:pStyle w:val="ListParagraph"/>
      </w:pPr>
      <w:r>
        <w:rPr>
          <w:sz w:val="22"/>
        </w:rPr>
        <w:t>C. Alanin và latat được chuyển từ gan vào cơ</w:t>
      </w:r>
    </w:p>
    <w:p>
      <w:pPr>
        <w:pStyle w:val="ListParagraph"/>
      </w:pPr>
      <w:r>
        <w:rPr>
          <w:sz w:val="22"/>
        </w:rPr>
        <w:t>D. Cơ tim sử dụng acetone nhiều hơn glucose</w:t>
      </w:r>
    </w:p>
    <w:p/>
    <w:p>
      <w:r>
        <w:rPr>
          <w:b/>
          <w:sz w:val="24"/>
        </w:rPr>
        <w:t>Câu 277: Chuyển hóa năng lượng tại mô mỡ, chọn câu SAI</w:t>
      </w:r>
    </w:p>
    <w:p>
      <w:pPr>
        <w:pStyle w:val="ListParagraph"/>
      </w:pPr>
      <w:r>
        <w:rPr>
          <w:sz w:val="22"/>
        </w:rPr>
        <w:t>A. Là nơi tổng hợp và phân giải triglycerid</w:t>
      </w:r>
    </w:p>
    <w:p>
      <w:pPr>
        <w:pStyle w:val="ListParagraph"/>
      </w:pPr>
      <w:r>
        <w:rPr>
          <w:sz w:val="22"/>
        </w:rPr>
        <w:t>B. Tiết hormon điều hòa chuyển hóa</w:t>
      </w:r>
    </w:p>
    <w:p>
      <w:pPr>
        <w:pStyle w:val="ListParagraph"/>
      </w:pPr>
      <w:r>
        <w:rPr>
          <w:sz w:val="22"/>
        </w:rPr>
        <w:t>C. Tập trung chủ yếu ở dưới da, ổ bụng và cơ vân</w:t>
      </w:r>
    </w:p>
    <w:p>
      <w:pPr>
        <w:pStyle w:val="ListParagraph"/>
      </w:pPr>
      <w:r>
        <w:rPr>
          <w:sz w:val="22"/>
        </w:rPr>
        <w:t>D. Có glycerol kinase nên tái sử dụng được glycerol</w:t>
      </w:r>
    </w:p>
    <w:p/>
    <w:p>
      <w:r>
        <w:rPr>
          <w:b/>
          <w:sz w:val="24"/>
        </w:rPr>
        <w:t>Câu 278: Chất đóng vai trò then chốt trong điều hòa tế bào mỡ</w:t>
      </w:r>
    </w:p>
    <w:p>
      <w:pPr>
        <w:pStyle w:val="ListParagraph"/>
      </w:pPr>
      <w:r>
        <w:rPr>
          <w:sz w:val="22"/>
        </w:rPr>
        <w:t>A. Glucose</w:t>
      </w:r>
    </w:p>
    <w:p>
      <w:pPr>
        <w:pStyle w:val="ListParagraph"/>
      </w:pPr>
      <w:r>
        <w:rPr>
          <w:sz w:val="22"/>
        </w:rPr>
        <w:t>B. Acid béo</w:t>
      </w:r>
    </w:p>
    <w:p>
      <w:pPr>
        <w:pStyle w:val="ListParagraph"/>
      </w:pPr>
      <w:r>
        <w:rPr>
          <w:sz w:val="22"/>
        </w:rPr>
        <w:t>C. Ceton</w:t>
      </w:r>
    </w:p>
    <w:p>
      <w:pPr>
        <w:pStyle w:val="ListParagraph"/>
      </w:pPr>
      <w:r>
        <w:rPr>
          <w:sz w:val="22"/>
        </w:rPr>
        <w:t>D. Triglycerid</w:t>
      </w:r>
    </w:p>
    <w:p/>
    <w:p>
      <w:r>
        <w:rPr>
          <w:b/>
          <w:sz w:val="24"/>
        </w:rPr>
        <w:t>Câu 279: Đặc điểm của chuyển hóa xảy ra ở cơ</w:t>
      </w:r>
    </w:p>
    <w:p>
      <w:pPr>
        <w:pStyle w:val="ListParagraph"/>
      </w:pPr>
      <w:r>
        <w:rPr>
          <w:sz w:val="22"/>
        </w:rPr>
        <w:t>A. Lúc nghỉ cơ vân sử dụng 30% lượng oxy tiêu thụ của cơ thể</w:t>
      </w:r>
    </w:p>
    <w:p>
      <w:pPr>
        <w:pStyle w:val="ListParagraph"/>
      </w:pPr>
      <w:r>
        <w:rPr>
          <w:sz w:val="22"/>
        </w:rPr>
        <w:t>B. Glucose được chuyển từ cơ vào máu</w:t>
      </w:r>
    </w:p>
    <w:p>
      <w:pPr>
        <w:pStyle w:val="ListParagraph"/>
      </w:pPr>
      <w:r>
        <w:rPr>
          <w:sz w:val="22"/>
        </w:rPr>
        <w:t>C. Glucose từ cơ tham gia điều hòa đường huyết</w:t>
      </w:r>
    </w:p>
    <w:p>
      <w:pPr>
        <w:pStyle w:val="ListParagraph"/>
      </w:pPr>
      <w:r>
        <w:rPr>
          <w:sz w:val="22"/>
        </w:rPr>
        <w:t>D. Mỏi cơ xảy ra làm tăng pH cơ</w:t>
      </w:r>
    </w:p>
    <w:p/>
    <w:p>
      <w:r>
        <w:rPr>
          <w:b/>
          <w:sz w:val="24"/>
        </w:rPr>
        <w:t>Câu 280: Phát biểu SAI về liên quan chuyển hóa</w:t>
      </w:r>
    </w:p>
    <w:p>
      <w:pPr>
        <w:pStyle w:val="ListParagraph"/>
      </w:pPr>
      <w:r>
        <w:rPr>
          <w:sz w:val="22"/>
        </w:rPr>
        <w:t>A. Glucid, lipid, protid có thể biến đổi qua lại</w:t>
      </w:r>
    </w:p>
    <w:p>
      <w:pPr>
        <w:pStyle w:val="ListParagraph"/>
      </w:pPr>
      <w:r>
        <w:rPr>
          <w:sz w:val="22"/>
        </w:rPr>
        <w:t>B. Chất ngã ba đường là sản phẩm thoái hóa chung</w:t>
      </w:r>
    </w:p>
    <w:p>
      <w:pPr>
        <w:pStyle w:val="ListParagraph"/>
      </w:pPr>
      <w:r>
        <w:rPr>
          <w:sz w:val="22"/>
        </w:rPr>
        <w:t>C. Acetat và pyruvat là chất ngã ba đường</w:t>
      </w:r>
    </w:p>
    <w:p>
      <w:pPr>
        <w:pStyle w:val="ListParagraph"/>
      </w:pPr>
      <w:r>
        <w:rPr>
          <w:sz w:val="22"/>
        </w:rPr>
        <w:t>D. Alanin được tạo thành từ pyruvat thông qua sự amin hóa</w:t>
      </w:r>
    </w:p>
    <w:p/>
    <w:p>
      <w:r>
        <w:rPr>
          <w:b/>
          <w:sz w:val="24"/>
        </w:rPr>
        <w:t>Câu 281: Phát biểu ĐÚNG về liên quan chuyển hóa</w:t>
      </w:r>
    </w:p>
    <w:p>
      <w:pPr>
        <w:pStyle w:val="ListParagraph"/>
      </w:pPr>
      <w:r>
        <w:rPr>
          <w:sz w:val="22"/>
        </w:rPr>
        <w:t>A. Chu trình acid citric cung cấp succinyl CoA để tham gia vào quá trình tạo Hem</w:t>
      </w:r>
    </w:p>
    <w:p>
      <w:pPr>
        <w:pStyle w:val="ListParagraph"/>
      </w:pPr>
      <w:r>
        <w:rPr>
          <w:sz w:val="22"/>
        </w:rPr>
        <w:t>B. Thoái hóa glucid theo con đường HDP cung cấp NADPH cho tổng hợp acid béo</w:t>
      </w:r>
    </w:p>
    <w:p>
      <w:pPr>
        <w:pStyle w:val="ListParagraph"/>
      </w:pPr>
      <w:r>
        <w:rPr>
          <w:sz w:val="22"/>
        </w:rPr>
        <w:t>C. Thoái hóa glucid theo con đường HDP cung cấp ribose-5-phosphat cho tổng hợp acid nucleic</w:t>
      </w:r>
    </w:p>
    <w:p>
      <w:pPr>
        <w:pStyle w:val="ListParagraph"/>
      </w:pPr>
      <w:r>
        <w:rPr>
          <w:sz w:val="22"/>
        </w:rPr>
        <w:t>D. Sự amin hóa oxaloacetat tạo leucin</w:t>
      </w:r>
    </w:p>
    <w:p/>
    <w:p>
      <w:r>
        <w:rPr>
          <w:b/>
          <w:sz w:val="24"/>
        </w:rPr>
        <w:t>Câu 282: Quá trình chuyển hóa trong tế bào, chọn câu ĐÚNG</w:t>
      </w:r>
    </w:p>
    <w:p>
      <w:pPr>
        <w:pStyle w:val="ListParagraph"/>
      </w:pPr>
      <w:r>
        <w:rPr>
          <w:sz w:val="22"/>
        </w:rPr>
        <w:t>A. Mucopolysaccharid thoái hóa ở bào tương</w:t>
      </w:r>
    </w:p>
    <w:p>
      <w:pPr>
        <w:pStyle w:val="ListParagraph"/>
      </w:pPr>
      <w:r>
        <w:rPr>
          <w:sz w:val="22"/>
        </w:rPr>
        <w:t>B. Protein được tổng hợp ở ribosom</w:t>
      </w:r>
    </w:p>
    <w:p>
      <w:pPr>
        <w:pStyle w:val="ListParagraph"/>
      </w:pPr>
      <w:r>
        <w:rPr>
          <w:sz w:val="22"/>
        </w:rPr>
        <w:t>C. Thóa hóa glycosphingolipid xảy ra ở nhân</w:t>
      </w:r>
    </w:p>
    <w:p>
      <w:pPr>
        <w:pStyle w:val="ListParagraph"/>
      </w:pPr>
      <w:r>
        <w:rPr>
          <w:sz w:val="22"/>
        </w:rPr>
        <w:t>D. β-oxy hóa acid béo xảy ra ở Golgi</w:t>
      </w:r>
    </w:p>
    <w:p/>
    <w:p>
      <w:r>
        <w:rPr>
          <w:b/>
          <w:sz w:val="24"/>
        </w:rPr>
        <w:t>Câu 283: Chuyển hóa xảy ra ở cả ti thể và bào tương</w:t>
      </w:r>
    </w:p>
    <w:p>
      <w:pPr>
        <w:pStyle w:val="ListParagraph"/>
      </w:pPr>
      <w:r>
        <w:rPr>
          <w:sz w:val="22"/>
        </w:rPr>
        <w:t>A. Tổng hợp Hem</w:t>
      </w:r>
    </w:p>
    <w:p>
      <w:pPr>
        <w:pStyle w:val="ListParagraph"/>
      </w:pPr>
      <w:r>
        <w:rPr>
          <w:sz w:val="22"/>
        </w:rPr>
        <w:t>B. Tổng hợp protein</w:t>
      </w:r>
    </w:p>
    <w:p>
      <w:pPr>
        <w:pStyle w:val="ListParagraph"/>
      </w:pPr>
      <w:r>
        <w:rPr>
          <w:sz w:val="22"/>
        </w:rPr>
        <w:t>C. β-oxy hóa acid béo</w:t>
      </w:r>
    </w:p>
    <w:p>
      <w:pPr>
        <w:pStyle w:val="ListParagraph"/>
      </w:pPr>
      <w:r>
        <w:rPr>
          <w:sz w:val="22"/>
        </w:rPr>
        <w:t>D. Tổng hợp acid mật</w:t>
      </w:r>
    </w:p>
    <w:p/>
    <w:p>
      <w:r>
        <w:rPr>
          <w:b/>
          <w:sz w:val="24"/>
        </w:rPr>
        <w:t>Câu 284: Đặc điểm của cơ chế dị lập thể âm, NGOẠI TRỪ</w:t>
      </w:r>
    </w:p>
    <w:p>
      <w:pPr>
        <w:pStyle w:val="ListParagraph"/>
      </w:pPr>
      <w:r>
        <w:rPr>
          <w:sz w:val="22"/>
        </w:rPr>
        <w:t>A. Ức chế dị lập thể</w:t>
      </w:r>
    </w:p>
    <w:p>
      <w:pPr>
        <w:pStyle w:val="ListParagraph"/>
      </w:pPr>
      <w:r>
        <w:rPr>
          <w:sz w:val="22"/>
        </w:rPr>
        <w:t>B. Chất ức chế khiến enzyme khó tiếp nhận cơ chất</w:t>
      </w:r>
    </w:p>
    <w:p>
      <w:pPr>
        <w:pStyle w:val="ListParagraph"/>
      </w:pPr>
      <w:r>
        <w:rPr>
          <w:sz w:val="22"/>
        </w:rPr>
        <w:t>C. Chất tác dụng thường là sản phẩm cuối cùng của con đường chuyển hóa</w:t>
      </w:r>
    </w:p>
    <w:p>
      <w:pPr>
        <w:pStyle w:val="ListParagraph"/>
      </w:pPr>
      <w:r>
        <w:rPr>
          <w:sz w:val="22"/>
        </w:rPr>
        <w:t>D. Enzyme chịu sự điều hòa của ức chế hồi tiếp thường là enzym cuối cùng đặc trưng cho con đường chuyển hóa</w:t>
      </w:r>
    </w:p>
    <w:p/>
    <w:p>
      <w:r>
        <w:rPr>
          <w:b/>
          <w:sz w:val="24"/>
        </w:rPr>
        <w:t>Câu 285: Đặc điểm của cơ chế dị lập thể dương, NGOẠI TRỪ</w:t>
      </w:r>
    </w:p>
    <w:p>
      <w:pPr>
        <w:pStyle w:val="ListParagraph"/>
      </w:pPr>
      <w:r>
        <w:rPr>
          <w:sz w:val="22"/>
        </w:rPr>
        <w:t>A. Hoạt hóa dị lập thể</w:t>
      </w:r>
    </w:p>
    <w:p>
      <w:pPr>
        <w:pStyle w:val="ListParagraph"/>
      </w:pPr>
      <w:r>
        <w:rPr>
          <w:sz w:val="22"/>
        </w:rPr>
        <w:t>B. Làm giảm hoạt tính enzyme</w:t>
      </w:r>
    </w:p>
    <w:p>
      <w:pPr>
        <w:pStyle w:val="ListParagraph"/>
      </w:pPr>
      <w:r>
        <w:rPr>
          <w:sz w:val="22"/>
        </w:rPr>
        <w:t>C. Chất hoạt hóa khiến enzyme dễ dàng tiếp nhận cơ chế</w:t>
      </w:r>
    </w:p>
    <w:p>
      <w:pPr>
        <w:pStyle w:val="ListParagraph"/>
      </w:pPr>
      <w:r>
        <w:rPr>
          <w:sz w:val="22"/>
        </w:rPr>
        <w:t>D. Chất tác dụng là chất được tạo thành trước đó trong con đường chuyển hóa</w:t>
      </w:r>
    </w:p>
    <w:p/>
    <w:p>
      <w:r>
        <w:rPr>
          <w:b/>
          <w:sz w:val="24"/>
        </w:rPr>
        <w:t>Câu 286: Trong cơ chế điều hòa hoạt động của operon Lac ở E.coli,khi môi trường không có lactose thì protein ức chế sẽ ức chế quá trình phiên mã bằng cách</w:t>
      </w:r>
    </w:p>
    <w:p>
      <w:pPr>
        <w:pStyle w:val="ListParagraph"/>
      </w:pPr>
      <w:r>
        <w:rPr>
          <w:sz w:val="22"/>
        </w:rPr>
        <w:t>A. Liên kết vào vùng khởi động</w:t>
      </w:r>
    </w:p>
    <w:p>
      <w:pPr>
        <w:pStyle w:val="ListParagraph"/>
      </w:pPr>
      <w:r>
        <w:rPr>
          <w:sz w:val="22"/>
        </w:rPr>
        <w:t>B. Liên kết vào gen điều hòa</w:t>
      </w:r>
    </w:p>
    <w:p>
      <w:pPr>
        <w:pStyle w:val="ListParagraph"/>
      </w:pPr>
      <w:r>
        <w:rPr>
          <w:sz w:val="22"/>
        </w:rPr>
        <w:t>C. Liên kết vào vùng vận hành</w:t>
      </w:r>
    </w:p>
    <w:p>
      <w:pPr>
        <w:pStyle w:val="ListParagraph"/>
      </w:pPr>
      <w:r>
        <w:rPr>
          <w:sz w:val="22"/>
        </w:rPr>
        <w:t>D. Liên kết vào vùng mã hóa</w:t>
      </w:r>
    </w:p>
    <w:p/>
    <w:p>
      <w:r>
        <w:rPr>
          <w:b/>
          <w:sz w:val="24"/>
        </w:rPr>
        <w:t>Câu 287: Trong cơ chế điều hòa hoạt động của operon Lac ở E.coli lactose đóng vai trò của chất</w:t>
      </w:r>
    </w:p>
    <w:p>
      <w:pPr>
        <w:pStyle w:val="ListParagraph"/>
      </w:pPr>
      <w:r>
        <w:rPr>
          <w:sz w:val="22"/>
        </w:rPr>
        <w:t>A. Cảm ứng</w:t>
      </w:r>
    </w:p>
    <w:p>
      <w:pPr>
        <w:pStyle w:val="ListParagraph"/>
      </w:pPr>
      <w:r>
        <w:rPr>
          <w:sz w:val="22"/>
        </w:rPr>
        <w:t>B. Xúc tác</w:t>
      </w:r>
    </w:p>
    <w:p>
      <w:pPr>
        <w:pStyle w:val="ListParagraph"/>
      </w:pPr>
      <w:r>
        <w:rPr>
          <w:sz w:val="22"/>
        </w:rPr>
        <w:t>C. Ức chế</w:t>
      </w:r>
    </w:p>
    <w:p>
      <w:pPr>
        <w:pStyle w:val="ListParagraph"/>
      </w:pPr>
      <w:r>
        <w:rPr>
          <w:sz w:val="22"/>
        </w:rPr>
        <w:t>D. Trung gian</w:t>
      </w:r>
    </w:p>
    <w:p/>
    <w:p>
      <w:r>
        <w:rPr>
          <w:b/>
          <w:sz w:val="24"/>
        </w:rPr>
        <w:t>Câu 288: Kiểm soát âm khác với kiểm soát dương vì cần phải</w:t>
      </w:r>
    </w:p>
    <w:p>
      <w:pPr>
        <w:pStyle w:val="ListParagraph"/>
      </w:pPr>
      <w:r>
        <w:rPr>
          <w:sz w:val="22"/>
        </w:rPr>
        <w:t>A. Có sự tham gia của phân tử hoạt hóa</w:t>
      </w:r>
    </w:p>
    <w:p>
      <w:pPr>
        <w:pStyle w:val="ListParagraph"/>
      </w:pPr>
      <w:r>
        <w:rPr>
          <w:sz w:val="22"/>
        </w:rPr>
        <w:t>B. Gắn protein ức chế vào operator</w:t>
      </w:r>
    </w:p>
    <w:p>
      <w:pPr>
        <w:pStyle w:val="ListParagraph"/>
      </w:pPr>
      <w:r>
        <w:rPr>
          <w:sz w:val="22"/>
        </w:rPr>
        <w:t>C. Gắn protein hoạt hóa vào promotor</w:t>
      </w:r>
    </w:p>
    <w:p>
      <w:pPr>
        <w:pStyle w:val="ListParagraph"/>
      </w:pPr>
      <w:r>
        <w:rPr>
          <w:sz w:val="22"/>
        </w:rPr>
        <w:t>D. Loại bỏ co – repressor</w:t>
      </w:r>
    </w:p>
    <w:p/>
    <w:p>
      <w:r>
        <w:rPr>
          <w:b/>
          <w:sz w:val="24"/>
        </w:rPr>
        <w:t>Câu 289: Tryptophan được gọi là đồng ức chế vì</w:t>
      </w:r>
    </w:p>
    <w:p>
      <w:pPr>
        <w:pStyle w:val="ListParagraph"/>
      </w:pPr>
      <w:r>
        <w:rPr>
          <w:sz w:val="22"/>
        </w:rPr>
        <w:t>A. Ức chế đồng thời các gen tổng hợp enzyme</w:t>
      </w:r>
    </w:p>
    <w:p>
      <w:pPr>
        <w:pStyle w:val="ListParagraph"/>
      </w:pPr>
      <w:r>
        <w:rPr>
          <w:sz w:val="22"/>
        </w:rPr>
        <w:t>B. Ức chế đồng thời các quá trình tổng hợp tryptophan</w:t>
      </w:r>
    </w:p>
    <w:p>
      <w:pPr>
        <w:pStyle w:val="ListParagraph"/>
      </w:pPr>
      <w:r>
        <w:rPr>
          <w:sz w:val="22"/>
        </w:rPr>
        <w:t>C. Ức chế đồng thời khi gắn với chất ức chế gốc</w:t>
      </w:r>
    </w:p>
    <w:p>
      <w:pPr>
        <w:pStyle w:val="ListParagraph"/>
      </w:pPr>
      <w:r>
        <w:rPr>
          <w:sz w:val="22"/>
        </w:rPr>
        <w:t>D. Ức chế đồng thời khi gắn vào operator</w:t>
      </w:r>
    </w:p>
    <w:p/>
    <w:p>
      <w:r>
        <w:rPr>
          <w:b/>
          <w:sz w:val="24"/>
        </w:rPr>
        <w:t>Câu 290: Khi mức glucose trong tế bào tăng, lac operon sẽ điều hoà theo hướng</w:t>
      </w:r>
    </w:p>
    <w:p>
      <w:pPr>
        <w:pStyle w:val="ListParagraph"/>
      </w:pPr>
      <w:r>
        <w:rPr>
          <w:sz w:val="22"/>
        </w:rPr>
        <w:t>A. Hệ lac operon bị ức chế do cAMP-CAP giảm</w:t>
      </w:r>
    </w:p>
    <w:p>
      <w:pPr>
        <w:pStyle w:val="ListParagraph"/>
      </w:pPr>
      <w:r>
        <w:rPr>
          <w:sz w:val="22"/>
        </w:rPr>
        <w:t>B. Hệ lac operon được hoạt hoá do phức hệ cAMP-CAP tăng</w:t>
      </w:r>
    </w:p>
    <w:p>
      <w:pPr>
        <w:pStyle w:val="ListParagraph"/>
      </w:pPr>
      <w:r>
        <w:rPr>
          <w:sz w:val="22"/>
        </w:rPr>
        <w:t>C. cAMP-CAP gắn vào operator</w:t>
      </w:r>
    </w:p>
    <w:p>
      <w:pPr>
        <w:pStyle w:val="ListParagraph"/>
      </w:pPr>
      <w:r>
        <w:rPr>
          <w:sz w:val="22"/>
        </w:rPr>
        <w:t>D. cAMP-CAP gắn vào promoter</w:t>
      </w:r>
    </w:p>
    <w:p/>
    <w:p>
      <w:r>
        <w:rPr>
          <w:b/>
          <w:sz w:val="24"/>
        </w:rPr>
        <w:t>Câu 291: Enzyme cảm ứng trong lac-operon, NGOẠI TRỪ</w:t>
      </w:r>
    </w:p>
    <w:p>
      <w:pPr>
        <w:pStyle w:val="ListParagraph"/>
      </w:pPr>
      <w:r>
        <w:rPr>
          <w:sz w:val="22"/>
        </w:rPr>
        <w:t>A. Lactase</w:t>
      </w:r>
    </w:p>
    <w:p>
      <w:pPr>
        <w:pStyle w:val="ListParagraph"/>
      </w:pPr>
      <w:r>
        <w:rPr>
          <w:sz w:val="22"/>
        </w:rPr>
        <w:t>B. β-galactosidase</w:t>
      </w:r>
    </w:p>
    <w:p>
      <w:pPr>
        <w:pStyle w:val="ListParagraph"/>
      </w:pPr>
      <w:r>
        <w:rPr>
          <w:sz w:val="22"/>
        </w:rPr>
        <w:t>C. Galactosid permease</w:t>
      </w:r>
    </w:p>
    <w:p>
      <w:pPr>
        <w:pStyle w:val="ListParagraph"/>
      </w:pPr>
      <w:r>
        <w:rPr>
          <w:sz w:val="22"/>
        </w:rPr>
        <w:t>D. Galactosid transacetylase</w:t>
      </w:r>
    </w:p>
    <w:p/>
    <w:p>
      <w:r>
        <w:rPr>
          <w:b/>
          <w:sz w:val="24"/>
        </w:rPr>
        <w:t>Câu 292: Hệ tryptophan “đóng” không phiên mã được khi</w:t>
      </w:r>
    </w:p>
    <w:p>
      <w:pPr>
        <w:pStyle w:val="ListParagraph"/>
      </w:pPr>
      <w:r>
        <w:rPr>
          <w:sz w:val="22"/>
        </w:rPr>
        <w:t>A. Khi tryptophan gắn vào operator</w:t>
      </w:r>
    </w:p>
    <w:p>
      <w:pPr>
        <w:pStyle w:val="ListParagraph"/>
      </w:pPr>
      <w:r>
        <w:rPr>
          <w:sz w:val="22"/>
        </w:rPr>
        <w:t>B. Tryptophan thiếu hụt</w:t>
      </w:r>
    </w:p>
    <w:p>
      <w:pPr>
        <w:pStyle w:val="ListParagraph"/>
      </w:pPr>
      <w:r>
        <w:rPr>
          <w:sz w:val="22"/>
        </w:rPr>
        <w:t>C. Gen điều hòa sản xuất repressor</w:t>
      </w:r>
    </w:p>
    <w:p>
      <w:pPr>
        <w:pStyle w:val="ListParagraph"/>
      </w:pPr>
      <w:r>
        <w:rPr>
          <w:sz w:val="22"/>
        </w:rPr>
        <w:t>D. Tryptophan dư thừa</w:t>
      </w:r>
    </w:p>
    <w:p/>
    <w:p>
      <w:r>
        <w:rPr>
          <w:b/>
          <w:sz w:val="24"/>
        </w:rPr>
        <w:t>Câu 293: Trình tự nucleotide đặc biệt của một operon để enzyme RNA polymerase bám vào khởi động quá trình phiên mã được gọi là</w:t>
      </w:r>
    </w:p>
    <w:p>
      <w:pPr>
        <w:pStyle w:val="ListParagraph"/>
      </w:pPr>
      <w:r>
        <w:rPr>
          <w:sz w:val="22"/>
        </w:rPr>
        <w:t>A. Vùng khởi động</w:t>
      </w:r>
    </w:p>
    <w:p>
      <w:pPr>
        <w:pStyle w:val="ListParagraph"/>
      </w:pPr>
      <w:r>
        <w:rPr>
          <w:sz w:val="22"/>
        </w:rPr>
        <w:t>B. Gen điều hòa</w:t>
      </w:r>
    </w:p>
    <w:p>
      <w:pPr>
        <w:pStyle w:val="ListParagraph"/>
      </w:pPr>
      <w:r>
        <w:rPr>
          <w:sz w:val="22"/>
        </w:rPr>
        <w:t>C. Vùng vận hành</w:t>
      </w:r>
    </w:p>
    <w:p>
      <w:pPr>
        <w:pStyle w:val="ListParagraph"/>
      </w:pPr>
      <w:r>
        <w:rPr>
          <w:sz w:val="22"/>
        </w:rPr>
        <w:t>D. Vùng mã hoá</w:t>
      </w:r>
    </w:p>
    <w:p/>
    <w:p>
      <w:r>
        <w:rPr>
          <w:b/>
          <w:sz w:val="24"/>
        </w:rPr>
        <w:t>Câu 294: Hai nhà khoa học Monod và Jocob đã phát hiện ra cơ chế điều hoà hoạt động gen ở</w:t>
      </w:r>
    </w:p>
    <w:p>
      <w:pPr>
        <w:pStyle w:val="ListParagraph"/>
      </w:pPr>
      <w:r>
        <w:rPr>
          <w:sz w:val="22"/>
        </w:rPr>
        <w:t>A. Vi khuẩn lactic</w:t>
      </w:r>
    </w:p>
    <w:p>
      <w:pPr>
        <w:pStyle w:val="ListParagraph"/>
      </w:pPr>
      <w:r>
        <w:rPr>
          <w:sz w:val="22"/>
        </w:rPr>
        <w:t>B. Vi khuẩn Rhizobium</w:t>
      </w:r>
    </w:p>
    <w:p>
      <w:pPr>
        <w:pStyle w:val="ListParagraph"/>
      </w:pPr>
      <w:r>
        <w:rPr>
          <w:sz w:val="22"/>
        </w:rPr>
        <w:t>C. Vi khuẩn lam</w:t>
      </w:r>
    </w:p>
    <w:p>
      <w:pPr>
        <w:pStyle w:val="ListParagraph"/>
      </w:pPr>
      <w:r>
        <w:rPr>
          <w:sz w:val="22"/>
        </w:rPr>
        <w:t>D. Vi khuẩn E. coli</w:t>
      </w:r>
    </w:p>
    <w:p/>
    <w:p>
      <w:r>
        <w:rPr>
          <w:b/>
          <w:sz w:val="24"/>
        </w:rPr>
        <w:t>Câu 295: Theo cơ chế điều hòa hoạt động của operon Lac ở E.coli, khi có mặt của lactose trong tế bào, lactose sẽ tương tác với</w:t>
      </w:r>
    </w:p>
    <w:p>
      <w:pPr>
        <w:pStyle w:val="ListParagraph"/>
      </w:pPr>
      <w:r>
        <w:rPr>
          <w:sz w:val="22"/>
        </w:rPr>
        <w:t>A. Enzyme phiên mã</w:t>
      </w:r>
    </w:p>
    <w:p>
      <w:pPr>
        <w:pStyle w:val="ListParagraph"/>
      </w:pPr>
      <w:r>
        <w:rPr>
          <w:sz w:val="22"/>
        </w:rPr>
        <w:t>B. Vùng khởi động</w:t>
      </w:r>
    </w:p>
    <w:p>
      <w:pPr>
        <w:pStyle w:val="ListParagraph"/>
      </w:pPr>
      <w:r>
        <w:rPr>
          <w:sz w:val="22"/>
        </w:rPr>
        <w:t>C. Protein ức chế</w:t>
      </w:r>
    </w:p>
    <w:p>
      <w:pPr>
        <w:pStyle w:val="ListParagraph"/>
      </w:pPr>
      <w:r>
        <w:rPr>
          <w:sz w:val="22"/>
        </w:rPr>
        <w:t>D. Vùng vận hành</w:t>
      </w:r>
    </w:p>
    <w:p/>
    <w:p>
      <w:r>
        <w:rPr>
          <w:b/>
          <w:sz w:val="24"/>
        </w:rPr>
        <w:t>Câu 296: Sản phẩm hình thành cuối cùng theo mô hình của operon Lac ở E.coli là</w:t>
      </w:r>
    </w:p>
    <w:p>
      <w:pPr>
        <w:pStyle w:val="ListParagraph"/>
      </w:pPr>
      <w:r>
        <w:rPr>
          <w:sz w:val="22"/>
        </w:rPr>
        <w:t>A. 1 loại protein tương ứng của 3 gen Z, Y, A hình thành 1 loại enzyme phân hủy lactose</w:t>
      </w:r>
    </w:p>
    <w:p>
      <w:pPr>
        <w:pStyle w:val="ListParagraph"/>
      </w:pPr>
      <w:r>
        <w:rPr>
          <w:sz w:val="22"/>
        </w:rPr>
        <w:t>B. 3 loại protein tương ứng của 3 gen Z, Y, A hình thành 3 loại enzyme phân hủy lactose</w:t>
      </w:r>
    </w:p>
    <w:p>
      <w:pPr>
        <w:pStyle w:val="ListParagraph"/>
      </w:pPr>
      <w:r>
        <w:rPr>
          <w:sz w:val="22"/>
        </w:rPr>
        <w:t>C. 1 phân tử mRNA mang thông tin tương ứng của 3 gen Z, Y, A</w:t>
      </w:r>
    </w:p>
    <w:p>
      <w:pPr>
        <w:pStyle w:val="ListParagraph"/>
      </w:pPr>
      <w:r>
        <w:rPr>
          <w:sz w:val="22"/>
        </w:rPr>
        <w:t>D. 3 phân tử mRNA tương ứng với 3 gen Z, Y, A</w:t>
      </w:r>
    </w:p>
    <w:p/>
    <w:p>
      <w:r>
        <w:rPr>
          <w:b/>
          <w:sz w:val="24"/>
        </w:rPr>
        <w:t>Câu 297: Operator là</w:t>
      </w:r>
    </w:p>
    <w:p>
      <w:pPr>
        <w:pStyle w:val="ListParagraph"/>
      </w:pPr>
      <w:r>
        <w:rPr>
          <w:sz w:val="22"/>
        </w:rPr>
        <w:t>A. Đoạn mRNA gắn được protein điều hòa</w:t>
      </w:r>
    </w:p>
    <w:p>
      <w:pPr>
        <w:pStyle w:val="ListParagraph"/>
      </w:pPr>
      <w:r>
        <w:rPr>
          <w:sz w:val="22"/>
        </w:rPr>
        <w:t>B. Đoạn DNA chuyên biệt gắn được vào protein điều hòa</w:t>
      </w:r>
    </w:p>
    <w:p>
      <w:pPr>
        <w:pStyle w:val="ListParagraph"/>
      </w:pPr>
      <w:r>
        <w:rPr>
          <w:sz w:val="22"/>
        </w:rPr>
        <w:t>C. Đoạn DNA nằm trước promoter</w:t>
      </w:r>
    </w:p>
    <w:p>
      <w:pPr>
        <w:pStyle w:val="ListParagraph"/>
      </w:pPr>
      <w:r>
        <w:rPr>
          <w:sz w:val="22"/>
        </w:rPr>
        <w:t>D. Gen tổng hợp protein</w:t>
      </w:r>
    </w:p>
    <w:p/>
    <w:p>
      <w:r>
        <w:rPr>
          <w:b/>
          <w:sz w:val="24"/>
        </w:rPr>
        <w:t>Câu 298: Điều hòa Lac operon có đăc điểm</w:t>
      </w:r>
    </w:p>
    <w:p>
      <w:pPr>
        <w:pStyle w:val="ListParagraph"/>
      </w:pPr>
      <w:r>
        <w:rPr>
          <w:sz w:val="22"/>
        </w:rPr>
        <w:t>A. Khi thiếu lactose, repressor sẽ bám vào gen cấu trúc</w:t>
      </w:r>
    </w:p>
    <w:p>
      <w:pPr>
        <w:pStyle w:val="ListParagraph"/>
      </w:pPr>
      <w:r>
        <w:rPr>
          <w:sz w:val="22"/>
        </w:rPr>
        <w:t>B. Chất cảm ứng và mỡ lac operon là allolactose</w:t>
      </w:r>
    </w:p>
    <w:p>
      <w:pPr>
        <w:pStyle w:val="ListParagraph"/>
      </w:pPr>
      <w:r>
        <w:rPr>
          <w:sz w:val="22"/>
        </w:rPr>
        <w:t>C. Khi lactose xuất hiện, lactose sẽ khởi động phiên mã</w:t>
      </w:r>
    </w:p>
    <w:p>
      <w:pPr>
        <w:pStyle w:val="ListParagraph"/>
      </w:pPr>
      <w:r>
        <w:rPr>
          <w:sz w:val="22"/>
        </w:rPr>
        <w:t>D. Điều hòa cảm ứng dương</w:t>
      </w:r>
    </w:p>
    <w:p/>
    <w:p>
      <w:r>
        <w:rPr>
          <w:b/>
          <w:sz w:val="24"/>
        </w:rPr>
        <w:t>Câu 299: Đặc điểm của điều hòa dương loại I</w:t>
      </w:r>
    </w:p>
    <w:p>
      <w:pPr>
        <w:pStyle w:val="ListParagraph"/>
      </w:pPr>
      <w:r>
        <w:rPr>
          <w:sz w:val="22"/>
        </w:rPr>
        <w:t>A. Gen được điều hòa bởi protein kìm hãm</w:t>
      </w:r>
    </w:p>
    <w:p>
      <w:pPr>
        <w:pStyle w:val="ListParagraph"/>
      </w:pPr>
      <w:r>
        <w:rPr>
          <w:sz w:val="22"/>
        </w:rPr>
        <w:t>B. Chất kìm hãm (R’) gắn vào promoter làm gen đóng</w:t>
      </w:r>
    </w:p>
    <w:p>
      <w:pPr>
        <w:pStyle w:val="ListParagraph"/>
      </w:pPr>
      <w:r>
        <w:rPr>
          <w:sz w:val="22"/>
        </w:rPr>
        <w:t>C. Chất kết gắn vào chất kìm hãm thành phức hợp không bám vào promoter làm gen mở</w:t>
      </w:r>
    </w:p>
    <w:p>
      <w:pPr>
        <w:pStyle w:val="ListParagraph"/>
      </w:pPr>
      <w:r>
        <w:rPr>
          <w:sz w:val="22"/>
        </w:rPr>
        <w:t>D. Chất hoạt hóa gắn vào promoter khởi động sự phiên mã</w:t>
      </w:r>
    </w:p>
    <w:p/>
    <w:p>
      <w:r>
        <w:rPr>
          <w:b/>
          <w:sz w:val="24"/>
        </w:rPr>
        <w:t>Câu 300: Các chất sau trao đổi amin thành acid amin:</w:t>
      </w:r>
    </w:p>
    <w:p>
      <w:pPr>
        <w:pStyle w:val="ListParagraph"/>
      </w:pPr>
      <w:r>
        <w:rPr>
          <w:sz w:val="22"/>
        </w:rPr>
        <w:t>A. Oxaloacetate, a cetoglutarate, pyruvate</w:t>
      </w:r>
    </w:p>
    <w:p>
      <w:pPr>
        <w:pStyle w:val="ListParagraph"/>
      </w:pPr>
      <w:r>
        <w:rPr>
          <w:sz w:val="22"/>
        </w:rPr>
        <w:t>B. Oxaloacetate, a cetoglutarate, serin.</w:t>
      </w:r>
    </w:p>
    <w:p>
      <w:pPr>
        <w:pStyle w:val="ListParagraph"/>
      </w:pPr>
      <w:r>
        <w:rPr>
          <w:sz w:val="22"/>
        </w:rPr>
        <w:t>C. Oxaloacetate, fumarate, pyruvate.</w:t>
      </w:r>
    </w:p>
    <w:p>
      <w:pPr>
        <w:pStyle w:val="ListParagraph"/>
      </w:pPr>
      <w:r>
        <w:rPr>
          <w:sz w:val="22"/>
        </w:rPr>
        <w:t>D. Acetyl CoA, a cetoglutarate, pyruvate.</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None</w:t>
      </w:r>
    </w:p>
    <w:p>
      <w:r>
        <w:rPr>
          <w:b/>
        </w:rPr>
        <w:t>Câu 6: Đáp án đúng: None</w:t>
      </w:r>
    </w:p>
    <w:p>
      <w:r>
        <w:rPr>
          <w:b/>
        </w:rPr>
        <w:t>Câu 7: Đáp án đúng: None</w:t>
      </w:r>
    </w:p>
    <w:p>
      <w:r>
        <w:rPr>
          <w:b/>
        </w:rPr>
        <w:t>Câu 8: Đáp án đúng: B</w:t>
      </w:r>
    </w:p>
    <w:p>
      <w:r>
        <w:rPr>
          <w:b/>
        </w:rPr>
        <w:t>Câu 9: Đáp án đúng: B</w:t>
      </w:r>
    </w:p>
    <w:p>
      <w:r>
        <w:rPr>
          <w:b/>
        </w:rPr>
        <w:t>Câu 10: Đáp án đúng: C</w:t>
      </w:r>
    </w:p>
    <w:p>
      <w:r>
        <w:rPr>
          <w:b/>
        </w:rPr>
        <w:t>Câu 11: Đáp án đúng: A</w:t>
      </w:r>
    </w:p>
    <w:p>
      <w:r>
        <w:rPr>
          <w:b/>
        </w:rPr>
        <w:t>Câu 12: Đáp án đúng: D</w:t>
      </w:r>
    </w:p>
    <w:p>
      <w:r>
        <w:rPr>
          <w:b/>
        </w:rPr>
        <w:t>Câu 13: Đáp án đúng: D</w:t>
      </w:r>
    </w:p>
    <w:p>
      <w:r>
        <w:rPr>
          <w:b/>
        </w:rPr>
        <w:t>Câu 14: Đáp án đúng: B</w:t>
      </w:r>
    </w:p>
    <w:p>
      <w:r>
        <w:rPr>
          <w:b/>
        </w:rPr>
        <w:t>Câu 15: Đáp án đúng: B</w:t>
      </w:r>
    </w:p>
    <w:p>
      <w:r>
        <w:rPr>
          <w:b/>
        </w:rPr>
        <w:t>Câu 16: Đáp án đúng: B</w:t>
      </w:r>
    </w:p>
    <w:p>
      <w:r>
        <w:rPr>
          <w:b/>
        </w:rPr>
        <w:t>Câu 17: Đáp án đúng: B</w:t>
      </w:r>
    </w:p>
    <w:p>
      <w:r>
        <w:rPr>
          <w:b/>
        </w:rPr>
        <w:t>Câu 18: Đáp án đúng: D</w:t>
      </w:r>
    </w:p>
    <w:p>
      <w:r>
        <w:rPr>
          <w:b/>
        </w:rPr>
        <w:t>Câu 19: Đáp án đúng: B</w:t>
      </w:r>
    </w:p>
    <w:p>
      <w:r>
        <w:rPr>
          <w:b/>
        </w:rPr>
        <w:t>Câu 20: Đáp án đúng: C</w:t>
      </w:r>
    </w:p>
    <w:p>
      <w:r>
        <w:rPr>
          <w:b/>
        </w:rPr>
        <w:t>Câu 21: Đáp án đúng: C</w:t>
      </w:r>
    </w:p>
    <w:p>
      <w:r>
        <w:rPr>
          <w:b/>
        </w:rPr>
        <w:t>Câu 22: Đáp án đúng: C</w:t>
      </w:r>
    </w:p>
    <w:p>
      <w:r>
        <w:rPr>
          <w:b/>
        </w:rPr>
        <w:t>Câu 23: Đáp án đúng: C</w:t>
      </w:r>
    </w:p>
    <w:p>
      <w:r>
        <w:rPr>
          <w:b/>
        </w:rPr>
        <w:t>Câu 24: Đáp án đúng: C</w:t>
      </w:r>
    </w:p>
    <w:p>
      <w:r>
        <w:rPr>
          <w:b/>
        </w:rPr>
        <w:t>Câu 25: Đáp án đúng: B</w:t>
      </w:r>
    </w:p>
    <w:p>
      <w:r>
        <w:rPr>
          <w:b/>
        </w:rPr>
        <w:t>Câu 26: Đáp án đúng: C</w:t>
      </w:r>
    </w:p>
    <w:p>
      <w:r>
        <w:rPr>
          <w:b/>
        </w:rPr>
        <w:t>Câu 27: Đáp án đúng: A</w:t>
      </w:r>
    </w:p>
    <w:p>
      <w:r>
        <w:rPr>
          <w:b/>
        </w:rPr>
        <w:t>Câu 28: Đáp án đúng: C</w:t>
      </w:r>
    </w:p>
    <w:p>
      <w:r>
        <w:rPr>
          <w:b/>
        </w:rPr>
        <w:t>Câu 29: Đáp án đúng: C</w:t>
      </w:r>
    </w:p>
    <w:p>
      <w:r>
        <w:rPr>
          <w:b/>
        </w:rPr>
        <w:t>Câu 30: Đáp án đúng: A</w:t>
      </w:r>
    </w:p>
    <w:p>
      <w:r>
        <w:rPr>
          <w:b/>
        </w:rPr>
        <w:t>Câu 31: Đáp án đúng: A</w:t>
      </w:r>
    </w:p>
    <w:p>
      <w:r>
        <w:rPr>
          <w:b/>
        </w:rPr>
        <w:t>Câu 32: Đáp án đúng: B</w:t>
      </w:r>
    </w:p>
    <w:p>
      <w:r>
        <w:rPr>
          <w:b/>
        </w:rPr>
        <w:t>Câu 33: Đáp án đúng: B</w:t>
      </w:r>
    </w:p>
    <w:p>
      <w:r>
        <w:rPr>
          <w:b/>
        </w:rPr>
        <w:t>Câu 34: Đáp án đúng: C</w:t>
      </w:r>
    </w:p>
    <w:p>
      <w:r>
        <w:rPr>
          <w:b/>
        </w:rPr>
        <w:t>Câu 35: Đáp án đúng: B</w:t>
      </w:r>
    </w:p>
    <w:p>
      <w:r>
        <w:rPr>
          <w:b/>
        </w:rPr>
        <w:t>Câu 36: Đáp án đúng: A</w:t>
      </w:r>
    </w:p>
    <w:p>
      <w:r>
        <w:rPr>
          <w:b/>
        </w:rPr>
        <w:t>Câu 37: Đáp án đúng: B</w:t>
      </w:r>
    </w:p>
    <w:p>
      <w:r>
        <w:rPr>
          <w:b/>
        </w:rPr>
        <w:t>Câu 38: Đáp án đúng: C</w:t>
      </w:r>
    </w:p>
    <w:p>
      <w:r>
        <w:rPr>
          <w:b/>
        </w:rPr>
        <w:t>Câu 39: Đáp án đúng: A</w:t>
      </w:r>
    </w:p>
    <w:p>
      <w:r>
        <w:rPr>
          <w:b/>
        </w:rPr>
        <w:t>Câu 40: Đáp án đúng: B</w:t>
      </w:r>
    </w:p>
    <w:p>
      <w:r>
        <w:rPr>
          <w:b/>
        </w:rPr>
        <w:t>Câu 41: Đáp án đúng: C</w:t>
      </w:r>
    </w:p>
    <w:p>
      <w:r>
        <w:rPr>
          <w:b/>
        </w:rPr>
        <w:t>Câu 42: Đáp án đúng: B</w:t>
      </w:r>
    </w:p>
    <w:p>
      <w:r>
        <w:rPr>
          <w:b/>
        </w:rPr>
        <w:t>Câu 43: Đáp án đúng: D</w:t>
      </w:r>
    </w:p>
    <w:p>
      <w:r>
        <w:rPr>
          <w:b/>
        </w:rPr>
        <w:t>Câu 44: Đáp án đúng: C</w:t>
      </w:r>
    </w:p>
    <w:p>
      <w:r>
        <w:rPr>
          <w:b/>
        </w:rPr>
        <w:t>Câu 45: Đáp án đúng: C</w:t>
      </w:r>
    </w:p>
    <w:p>
      <w:r>
        <w:rPr>
          <w:b/>
        </w:rPr>
        <w:t>Câu 46: Đáp án đúng: D</w:t>
      </w:r>
    </w:p>
    <w:p>
      <w:r>
        <w:rPr>
          <w:b/>
        </w:rPr>
        <w:t>Câu 47: Đáp án đúng: B</w:t>
      </w:r>
    </w:p>
    <w:p>
      <w:r>
        <w:rPr>
          <w:b/>
        </w:rPr>
        <w:t>Câu 48: Đáp án đúng: C</w:t>
      </w:r>
    </w:p>
    <w:p>
      <w:r>
        <w:rPr>
          <w:b/>
        </w:rPr>
        <w:t>Câu 49: Đáp án đúng: D</w:t>
      </w:r>
    </w:p>
    <w:p>
      <w:r>
        <w:rPr>
          <w:b/>
        </w:rPr>
        <w:t>Câu 50: Đáp án đúng: D</w:t>
      </w:r>
    </w:p>
    <w:p>
      <w:r>
        <w:rPr>
          <w:b/>
        </w:rPr>
        <w:t>Câu 51: Đáp án đúng: B</w:t>
      </w:r>
    </w:p>
    <w:p>
      <w:r>
        <w:rPr>
          <w:b/>
        </w:rPr>
        <w:t>Câu 52: Đáp án đúng: C</w:t>
      </w:r>
    </w:p>
    <w:p>
      <w:r>
        <w:rPr>
          <w:b/>
        </w:rPr>
        <w:t>Câu 53: Đáp án đúng: A</w:t>
      </w:r>
    </w:p>
    <w:p>
      <w:r>
        <w:rPr>
          <w:b/>
        </w:rPr>
        <w:t>Câu 54: Đáp án đúng: A</w:t>
      </w:r>
    </w:p>
    <w:p>
      <w:r>
        <w:rPr>
          <w:b/>
        </w:rPr>
        <w:t>Câu 55: Đáp án đúng: C</w:t>
      </w:r>
    </w:p>
    <w:p>
      <w:r>
        <w:rPr>
          <w:b/>
        </w:rPr>
        <w:t>Câu 56: Đáp án đúng: A</w:t>
      </w:r>
    </w:p>
    <w:p>
      <w:r>
        <w:rPr>
          <w:b/>
        </w:rPr>
        <w:t>Câu 57: Đáp án đúng: D</w:t>
      </w:r>
    </w:p>
    <w:p>
      <w:r>
        <w:rPr>
          <w:b/>
        </w:rPr>
        <w:t>Câu 58: Đáp án đúng: B</w:t>
      </w:r>
    </w:p>
    <w:p>
      <w:r>
        <w:rPr>
          <w:b/>
        </w:rPr>
        <w:t>Câu 59: Đáp án đúng: C</w:t>
      </w:r>
    </w:p>
    <w:p>
      <w:r>
        <w:rPr>
          <w:b/>
        </w:rPr>
        <w:t>Câu 60: Đáp án đúng: B</w:t>
      </w:r>
    </w:p>
    <w:p>
      <w:r>
        <w:rPr>
          <w:b/>
        </w:rPr>
        <w:t>Câu 61: Đáp án đúng: A</w:t>
      </w:r>
    </w:p>
    <w:p>
      <w:r>
        <w:rPr>
          <w:b/>
        </w:rPr>
        <w:t>Câu 62: Đáp án đúng: B</w:t>
      </w:r>
    </w:p>
    <w:p>
      <w:r>
        <w:rPr>
          <w:b/>
        </w:rPr>
        <w:t>Câu 63: Đáp án đúng: C</w:t>
      </w:r>
    </w:p>
    <w:p>
      <w:r>
        <w:rPr>
          <w:b/>
        </w:rPr>
        <w:t>Câu 64: Đáp án đúng: A</w:t>
      </w:r>
    </w:p>
    <w:p>
      <w:r>
        <w:rPr>
          <w:b/>
        </w:rPr>
        <w:t>Câu 65: Đáp án đúng: B</w:t>
      </w:r>
    </w:p>
    <w:p>
      <w:r>
        <w:rPr>
          <w:b/>
        </w:rPr>
        <w:t>Câu 66: Đáp án đúng: B</w:t>
      </w:r>
    </w:p>
    <w:p>
      <w:r>
        <w:rPr>
          <w:b/>
        </w:rPr>
        <w:t>Câu 67: Đáp án đúng: None</w:t>
      </w:r>
    </w:p>
    <w:p>
      <w:r>
        <w:rPr>
          <w:b/>
        </w:rPr>
        <w:t>Câu 68: Đáp án đúng: A</w:t>
      </w:r>
    </w:p>
    <w:p>
      <w:r>
        <w:rPr>
          <w:b/>
        </w:rPr>
        <w:t>Câu 69: Đáp án đúng: B</w:t>
      </w:r>
    </w:p>
    <w:p>
      <w:r>
        <w:rPr>
          <w:b/>
        </w:rPr>
        <w:t>Câu 70: Đáp án đúng: B</w:t>
      </w:r>
    </w:p>
    <w:p>
      <w:r>
        <w:rPr>
          <w:b/>
        </w:rPr>
        <w:t>Câu 71: Đáp án đúng: B</w:t>
      </w:r>
    </w:p>
    <w:p>
      <w:r>
        <w:rPr>
          <w:b/>
        </w:rPr>
        <w:t>Câu 72: Đáp án đúng: C</w:t>
      </w:r>
    </w:p>
    <w:p>
      <w:r>
        <w:rPr>
          <w:b/>
        </w:rPr>
        <w:t>Câu 73: Đáp án đúng: B</w:t>
      </w:r>
    </w:p>
    <w:p>
      <w:r>
        <w:rPr>
          <w:b/>
        </w:rPr>
        <w:t>Câu 74: Đáp án đúng: D</w:t>
      </w:r>
    </w:p>
    <w:p>
      <w:r>
        <w:rPr>
          <w:b/>
        </w:rPr>
        <w:t>Câu 75: Đáp án đúng: B</w:t>
      </w:r>
    </w:p>
    <w:p>
      <w:r>
        <w:rPr>
          <w:b/>
        </w:rPr>
        <w:t>Câu 76: Đáp án đúng: B</w:t>
      </w:r>
    </w:p>
    <w:p>
      <w:r>
        <w:rPr>
          <w:b/>
        </w:rPr>
        <w:t>Câu 77: Đáp án đúng: C</w:t>
      </w:r>
    </w:p>
    <w:p>
      <w:r>
        <w:rPr>
          <w:b/>
        </w:rPr>
        <w:t>Câu 78: Đáp án đúng: D</w:t>
      </w:r>
    </w:p>
    <w:p>
      <w:r>
        <w:rPr>
          <w:b/>
        </w:rPr>
        <w:t>Câu 79: Đáp án đúng: A</w:t>
      </w:r>
    </w:p>
    <w:p>
      <w:r>
        <w:rPr>
          <w:b/>
        </w:rPr>
        <w:t>Câu 80: Đáp án đúng: B</w:t>
      </w:r>
    </w:p>
    <w:p>
      <w:r>
        <w:rPr>
          <w:b/>
        </w:rPr>
        <w:t>Câu 81: Đáp án đúng: C</w:t>
      </w:r>
    </w:p>
    <w:p>
      <w:r>
        <w:rPr>
          <w:b/>
        </w:rPr>
        <w:t>Câu 82: Đáp án đúng: D</w:t>
      </w:r>
    </w:p>
    <w:p>
      <w:r>
        <w:rPr>
          <w:b/>
        </w:rPr>
        <w:t>Câu 83: Đáp án đúng: C</w:t>
      </w:r>
    </w:p>
    <w:p>
      <w:r>
        <w:rPr>
          <w:b/>
        </w:rPr>
        <w:t>Câu 84: Đáp án đúng: A</w:t>
      </w:r>
    </w:p>
    <w:p>
      <w:r>
        <w:rPr>
          <w:b/>
        </w:rPr>
        <w:t>Câu 85: Đáp án đúng: A</w:t>
      </w:r>
    </w:p>
    <w:p>
      <w:r>
        <w:rPr>
          <w:b/>
        </w:rPr>
        <w:t>Câu 86: Đáp án đúng: None</w:t>
      </w:r>
    </w:p>
    <w:p>
      <w:r>
        <w:rPr>
          <w:b/>
        </w:rPr>
        <w:t>Câu 87: Đáp án đúng: A</w:t>
      </w:r>
    </w:p>
    <w:p>
      <w:r>
        <w:rPr>
          <w:b/>
        </w:rPr>
        <w:t>Câu 88: Đáp án đúng: A</w:t>
      </w:r>
    </w:p>
    <w:p>
      <w:r>
        <w:rPr>
          <w:b/>
        </w:rPr>
        <w:t>Câu 89: Đáp án đúng: B</w:t>
      </w:r>
    </w:p>
    <w:p>
      <w:r>
        <w:rPr>
          <w:b/>
        </w:rPr>
        <w:t>Câu 90: Đáp án đúng: D</w:t>
      </w:r>
    </w:p>
    <w:p>
      <w:r>
        <w:rPr>
          <w:b/>
        </w:rPr>
        <w:t>Câu 91: Đáp án đúng: B</w:t>
      </w:r>
    </w:p>
    <w:p>
      <w:r>
        <w:rPr>
          <w:b/>
        </w:rPr>
        <w:t>Câu 92: Đáp án đúng: A</w:t>
      </w:r>
    </w:p>
    <w:p>
      <w:r>
        <w:rPr>
          <w:b/>
        </w:rPr>
        <w:t>Câu 93: Đáp án đúng: D</w:t>
      </w:r>
    </w:p>
    <w:p>
      <w:r>
        <w:rPr>
          <w:b/>
        </w:rPr>
        <w:t>Câu 94: Đáp án đúng: B</w:t>
      </w:r>
    </w:p>
    <w:p>
      <w:r>
        <w:rPr>
          <w:b/>
        </w:rPr>
        <w:t>Câu 95: Đáp án đúng: B</w:t>
      </w:r>
    </w:p>
    <w:p>
      <w:r>
        <w:rPr>
          <w:b/>
        </w:rPr>
        <w:t>Câu 96: Đáp án đúng: B</w:t>
      </w:r>
    </w:p>
    <w:p>
      <w:r>
        <w:rPr>
          <w:b/>
        </w:rPr>
        <w:t>Câu 97: Đáp án đúng: D</w:t>
      </w:r>
    </w:p>
    <w:p>
      <w:r>
        <w:rPr>
          <w:b/>
        </w:rPr>
        <w:t>Câu 98: Đáp án đúng: C</w:t>
      </w:r>
    </w:p>
    <w:p>
      <w:r>
        <w:rPr>
          <w:b/>
        </w:rPr>
        <w:t>Câu 99: Đáp án đúng: A</w:t>
      </w:r>
    </w:p>
    <w:p>
      <w:r>
        <w:rPr>
          <w:b/>
        </w:rPr>
        <w:t>Câu 100: Đáp án đúng: A</w:t>
      </w:r>
    </w:p>
    <w:p>
      <w:r>
        <w:rPr>
          <w:b/>
        </w:rPr>
        <w:t>Câu 101: Đáp án đúng: C</w:t>
      </w:r>
    </w:p>
    <w:p>
      <w:r>
        <w:rPr>
          <w:b/>
        </w:rPr>
        <w:t>Câu 102: Đáp án đúng: A</w:t>
      </w:r>
    </w:p>
    <w:p>
      <w:r>
        <w:rPr>
          <w:b/>
        </w:rPr>
        <w:t>Câu 103: Đáp án đúng: A</w:t>
      </w:r>
    </w:p>
    <w:p>
      <w:r>
        <w:rPr>
          <w:b/>
        </w:rPr>
        <w:t>Câu 104: Đáp án đúng: D</w:t>
      </w:r>
    </w:p>
    <w:p>
      <w:r>
        <w:rPr>
          <w:b/>
        </w:rPr>
        <w:t>Câu 105: Đáp án đúng: A</w:t>
      </w:r>
    </w:p>
    <w:p>
      <w:r>
        <w:rPr>
          <w:b/>
        </w:rPr>
        <w:t>Câu 106: Đáp án đúng: B</w:t>
      </w:r>
    </w:p>
    <w:p>
      <w:r>
        <w:rPr>
          <w:b/>
        </w:rPr>
        <w:t>Câu 107: Đáp án đúng: B</w:t>
      </w:r>
    </w:p>
    <w:p>
      <w:r>
        <w:rPr>
          <w:b/>
        </w:rPr>
        <w:t>Câu 108: Đáp án đúng: A</w:t>
      </w:r>
    </w:p>
    <w:p>
      <w:r>
        <w:rPr>
          <w:b/>
        </w:rPr>
        <w:t>Câu 109: Đáp án đúng: C</w:t>
      </w:r>
    </w:p>
    <w:p>
      <w:r>
        <w:rPr>
          <w:b/>
        </w:rPr>
        <w:t>Câu 110: Đáp án đúng: A</w:t>
      </w:r>
    </w:p>
    <w:p>
      <w:r>
        <w:rPr>
          <w:b/>
        </w:rPr>
        <w:t>Câu 111: Đáp án đúng: A</w:t>
      </w:r>
    </w:p>
    <w:p>
      <w:r>
        <w:rPr>
          <w:b/>
        </w:rPr>
        <w:t>Câu 112: Đáp án đúng: D</w:t>
      </w:r>
    </w:p>
    <w:p>
      <w:r>
        <w:rPr>
          <w:b/>
        </w:rPr>
        <w:t>Câu 113: Đáp án đúng: A</w:t>
      </w:r>
    </w:p>
    <w:p>
      <w:r>
        <w:rPr>
          <w:b/>
        </w:rPr>
        <w:t>Câu 114: Đáp án đúng: D</w:t>
      </w:r>
    </w:p>
    <w:p>
      <w:r>
        <w:rPr>
          <w:b/>
        </w:rPr>
        <w:t>Câu 115: Đáp án đúng: A</w:t>
      </w:r>
    </w:p>
    <w:p>
      <w:r>
        <w:rPr>
          <w:b/>
        </w:rPr>
        <w:t>Câu 116: Đáp án đúng: B</w:t>
      </w:r>
    </w:p>
    <w:p>
      <w:r>
        <w:rPr>
          <w:b/>
        </w:rPr>
        <w:t>Câu 117: Đáp án đúng: B</w:t>
      </w:r>
    </w:p>
    <w:p>
      <w:r>
        <w:rPr>
          <w:b/>
        </w:rPr>
        <w:t>Câu 118: Đáp án đúng: D</w:t>
      </w:r>
    </w:p>
    <w:p>
      <w:r>
        <w:rPr>
          <w:b/>
        </w:rPr>
        <w:t>Câu 119: Đáp án đúng: A</w:t>
      </w:r>
    </w:p>
    <w:p>
      <w:r>
        <w:rPr>
          <w:b/>
        </w:rPr>
        <w:t>Câu 120: Đáp án đúng: C</w:t>
      </w:r>
    </w:p>
    <w:p>
      <w:r>
        <w:rPr>
          <w:b/>
        </w:rPr>
        <w:t>Câu 121: Đáp án đúng: D</w:t>
      </w:r>
    </w:p>
    <w:p>
      <w:r>
        <w:rPr>
          <w:b/>
        </w:rPr>
        <w:t>Câu 122: Đáp án đúng: D</w:t>
      </w:r>
    </w:p>
    <w:p>
      <w:r>
        <w:rPr>
          <w:b/>
        </w:rPr>
        <w:t>Câu 123: Đáp án đúng: A</w:t>
      </w:r>
    </w:p>
    <w:p>
      <w:r>
        <w:rPr>
          <w:b/>
        </w:rPr>
        <w:t>Câu 124: Đáp án đúng: B</w:t>
      </w:r>
    </w:p>
    <w:p>
      <w:r>
        <w:rPr>
          <w:b/>
        </w:rPr>
        <w:t>Câu 125: Đáp án đúng: D</w:t>
      </w:r>
    </w:p>
    <w:p>
      <w:r>
        <w:rPr>
          <w:b/>
        </w:rPr>
        <w:t>Câu 126: Đáp án đúng: B</w:t>
      </w:r>
    </w:p>
    <w:p>
      <w:r>
        <w:rPr>
          <w:b/>
        </w:rPr>
        <w:t>Câu 127: Đáp án đúng: C</w:t>
      </w:r>
    </w:p>
    <w:p>
      <w:r>
        <w:rPr>
          <w:b/>
        </w:rPr>
        <w:t>Câu 128: Đáp án đúng: D</w:t>
      </w:r>
    </w:p>
    <w:p>
      <w:r>
        <w:rPr>
          <w:b/>
        </w:rPr>
        <w:t>Câu 129: Đáp án đúng: D</w:t>
      </w:r>
    </w:p>
    <w:p>
      <w:r>
        <w:rPr>
          <w:b/>
        </w:rPr>
        <w:t>Câu 130: Đáp án đúng: D</w:t>
      </w:r>
    </w:p>
    <w:p>
      <w:r>
        <w:rPr>
          <w:b/>
        </w:rPr>
        <w:t>Câu 131: Đáp án đúng: B</w:t>
      </w:r>
    </w:p>
    <w:p>
      <w:r>
        <w:rPr>
          <w:b/>
        </w:rPr>
        <w:t>Câu 132: Đáp án đúng: B</w:t>
      </w:r>
    </w:p>
    <w:p>
      <w:r>
        <w:rPr>
          <w:b/>
        </w:rPr>
        <w:t>Câu 133: Đáp án đúng: C</w:t>
      </w:r>
    </w:p>
    <w:p>
      <w:r>
        <w:rPr>
          <w:b/>
        </w:rPr>
        <w:t>Câu 134: Đáp án đúng: C</w:t>
      </w:r>
    </w:p>
    <w:p>
      <w:r>
        <w:rPr>
          <w:b/>
        </w:rPr>
        <w:t>Câu 135: Đáp án đúng: D</w:t>
      </w:r>
    </w:p>
    <w:p>
      <w:r>
        <w:rPr>
          <w:b/>
        </w:rPr>
        <w:t>Câu 136: Đáp án đúng: C</w:t>
      </w:r>
    </w:p>
    <w:p>
      <w:r>
        <w:rPr>
          <w:b/>
        </w:rPr>
        <w:t>Câu 137: Đáp án đúng: C</w:t>
      </w:r>
    </w:p>
    <w:p>
      <w:r>
        <w:rPr>
          <w:b/>
        </w:rPr>
        <w:t>Câu 138: Đáp án đúng: A</w:t>
      </w:r>
    </w:p>
    <w:p>
      <w:r>
        <w:rPr>
          <w:b/>
        </w:rPr>
        <w:t>Câu 139: Đáp án đúng: C</w:t>
      </w:r>
    </w:p>
    <w:p>
      <w:r>
        <w:rPr>
          <w:b/>
        </w:rPr>
        <w:t>Câu 140: Đáp án đúng: A</w:t>
      </w:r>
    </w:p>
    <w:p>
      <w:r>
        <w:rPr>
          <w:b/>
        </w:rPr>
        <w:t>Câu 141: Đáp án đúng: B</w:t>
      </w:r>
    </w:p>
    <w:p>
      <w:r>
        <w:rPr>
          <w:b/>
        </w:rPr>
        <w:t>Câu 142: Đáp án đúng: C</w:t>
      </w:r>
    </w:p>
    <w:p>
      <w:r>
        <w:rPr>
          <w:b/>
        </w:rPr>
        <w:t>Câu 143: Đáp án đúng: C</w:t>
      </w:r>
    </w:p>
    <w:p>
      <w:r>
        <w:rPr>
          <w:b/>
        </w:rPr>
        <w:t>Câu 144: Đáp án đúng: C</w:t>
      </w:r>
    </w:p>
    <w:p>
      <w:r>
        <w:rPr>
          <w:b/>
        </w:rPr>
        <w:t>Câu 145: Đáp án đúng: C</w:t>
      </w:r>
    </w:p>
    <w:p>
      <w:r>
        <w:rPr>
          <w:b/>
        </w:rPr>
        <w:t>Câu 146: Đáp án đúng: C</w:t>
      </w:r>
    </w:p>
    <w:p>
      <w:r>
        <w:rPr>
          <w:b/>
        </w:rPr>
        <w:t>Câu 147: Đáp án đúng: B</w:t>
      </w:r>
    </w:p>
    <w:p>
      <w:r>
        <w:rPr>
          <w:b/>
        </w:rPr>
        <w:t>Câu 148: Đáp án đúng: C</w:t>
      </w:r>
    </w:p>
    <w:p>
      <w:r>
        <w:rPr>
          <w:b/>
        </w:rPr>
        <w:t>Câu 149: Đáp án đúng: D</w:t>
      </w:r>
    </w:p>
    <w:p>
      <w:r>
        <w:rPr>
          <w:b/>
        </w:rPr>
        <w:t>Câu 150: Đáp án đúng: A</w:t>
      </w:r>
    </w:p>
    <w:p>
      <w:r>
        <w:rPr>
          <w:b/>
        </w:rPr>
        <w:t>Câu 151: Đáp án đúng: C</w:t>
      </w:r>
    </w:p>
    <w:p>
      <w:r>
        <w:rPr>
          <w:b/>
        </w:rPr>
        <w:t>Câu 152: Đáp án đúng: B</w:t>
      </w:r>
    </w:p>
    <w:p>
      <w:r>
        <w:rPr>
          <w:b/>
        </w:rPr>
        <w:t>Câu 153: Đáp án đúng: B</w:t>
      </w:r>
    </w:p>
    <w:p>
      <w:r>
        <w:rPr>
          <w:b/>
        </w:rPr>
        <w:t>Câu 154: Đáp án đúng: C</w:t>
      </w:r>
    </w:p>
    <w:p>
      <w:r>
        <w:rPr>
          <w:b/>
        </w:rPr>
        <w:t>Câu 155: Đáp án đúng: A</w:t>
      </w:r>
    </w:p>
    <w:p>
      <w:r>
        <w:rPr>
          <w:b/>
        </w:rPr>
        <w:t>Câu 156: Đáp án đúng: B</w:t>
      </w:r>
    </w:p>
    <w:p>
      <w:r>
        <w:rPr>
          <w:b/>
        </w:rPr>
        <w:t>Câu 157: Đáp án đúng: D</w:t>
      </w:r>
    </w:p>
    <w:p>
      <w:r>
        <w:rPr>
          <w:b/>
        </w:rPr>
        <w:t>Câu 158: Đáp án đúng: B</w:t>
      </w:r>
    </w:p>
    <w:p>
      <w:r>
        <w:rPr>
          <w:b/>
        </w:rPr>
        <w:t>Câu 159: Đáp án đúng: C</w:t>
      </w:r>
    </w:p>
    <w:p>
      <w:r>
        <w:rPr>
          <w:b/>
        </w:rPr>
        <w:t>Câu 160: Đáp án đúng: D</w:t>
      </w:r>
    </w:p>
    <w:p>
      <w:r>
        <w:rPr>
          <w:b/>
        </w:rPr>
        <w:t>Câu 161: Đáp án đúng: C</w:t>
      </w:r>
    </w:p>
    <w:p>
      <w:r>
        <w:rPr>
          <w:b/>
        </w:rPr>
        <w:t>Câu 162: Đáp án đúng: B</w:t>
      </w:r>
    </w:p>
    <w:p>
      <w:r>
        <w:rPr>
          <w:b/>
        </w:rPr>
        <w:t>Câu 163: Đáp án đúng: D</w:t>
      </w:r>
    </w:p>
    <w:p>
      <w:r>
        <w:rPr>
          <w:b/>
        </w:rPr>
        <w:t>Câu 164: Đáp án đúng: D</w:t>
      </w:r>
    </w:p>
    <w:p>
      <w:r>
        <w:rPr>
          <w:b/>
        </w:rPr>
        <w:t>Câu 165: Đáp án đúng: B</w:t>
      </w:r>
    </w:p>
    <w:p>
      <w:r>
        <w:rPr>
          <w:b/>
        </w:rPr>
        <w:t>Câu 166: Đáp án đúng: B</w:t>
      </w:r>
    </w:p>
    <w:p>
      <w:r>
        <w:rPr>
          <w:b/>
        </w:rPr>
        <w:t>Câu 167: Đáp án đúng: A</w:t>
      </w:r>
    </w:p>
    <w:p>
      <w:r>
        <w:rPr>
          <w:b/>
        </w:rPr>
        <w:t>Câu 168: Đáp án đúng: C</w:t>
      </w:r>
    </w:p>
    <w:p>
      <w:r>
        <w:rPr>
          <w:b/>
        </w:rPr>
        <w:t>Câu 169: Đáp án đúng: C</w:t>
      </w:r>
    </w:p>
    <w:p>
      <w:r>
        <w:rPr>
          <w:b/>
        </w:rPr>
        <w:t>Câu 170: Đáp án đúng: A</w:t>
      </w:r>
    </w:p>
    <w:p>
      <w:r>
        <w:rPr>
          <w:b/>
        </w:rPr>
        <w:t>Câu 171: Đáp án đúng: B</w:t>
      </w:r>
    </w:p>
    <w:p>
      <w:r>
        <w:rPr>
          <w:b/>
        </w:rPr>
        <w:t>Câu 172: Đáp án đúng: A</w:t>
      </w:r>
    </w:p>
    <w:p>
      <w:r>
        <w:rPr>
          <w:b/>
        </w:rPr>
        <w:t>Câu 173: Đáp án đúng: A</w:t>
      </w:r>
    </w:p>
    <w:p>
      <w:r>
        <w:rPr>
          <w:b/>
        </w:rPr>
        <w:t>Câu 174: Đáp án đúng: B</w:t>
      </w:r>
    </w:p>
    <w:p>
      <w:r>
        <w:rPr>
          <w:b/>
        </w:rPr>
        <w:t>Câu 175: Đáp án đúng: D</w:t>
      </w:r>
    </w:p>
    <w:p>
      <w:r>
        <w:rPr>
          <w:b/>
        </w:rPr>
        <w:t>Câu 176: Đáp án đúng: B</w:t>
      </w:r>
    </w:p>
    <w:p>
      <w:r>
        <w:rPr>
          <w:b/>
        </w:rPr>
        <w:t>Câu 177: Đáp án đúng: A</w:t>
      </w:r>
    </w:p>
    <w:p>
      <w:r>
        <w:rPr>
          <w:b/>
        </w:rPr>
        <w:t>Câu 178: Đáp án đúng: C</w:t>
      </w:r>
    </w:p>
    <w:p>
      <w:r>
        <w:rPr>
          <w:b/>
        </w:rPr>
        <w:t>Câu 179: Đáp án đúng: B</w:t>
      </w:r>
    </w:p>
    <w:p>
      <w:r>
        <w:rPr>
          <w:b/>
        </w:rPr>
        <w:t>Câu 180: Đáp án đúng: A</w:t>
      </w:r>
    </w:p>
    <w:p>
      <w:r>
        <w:rPr>
          <w:b/>
        </w:rPr>
        <w:t>Câu 181: Đáp án đúng: C</w:t>
      </w:r>
    </w:p>
    <w:p>
      <w:r>
        <w:rPr>
          <w:b/>
        </w:rPr>
        <w:t>Câu 182: Đáp án đúng: C</w:t>
      </w:r>
    </w:p>
    <w:p>
      <w:r>
        <w:rPr>
          <w:b/>
        </w:rPr>
        <w:t>Câu 183: Đáp án đúng: B</w:t>
      </w:r>
    </w:p>
    <w:p>
      <w:r>
        <w:rPr>
          <w:b/>
        </w:rPr>
        <w:t>Câu 184: Đáp án đúng: D</w:t>
      </w:r>
    </w:p>
    <w:p>
      <w:r>
        <w:rPr>
          <w:b/>
        </w:rPr>
        <w:t>Câu 185: Đáp án đúng: C</w:t>
      </w:r>
    </w:p>
    <w:p>
      <w:r>
        <w:rPr>
          <w:b/>
        </w:rPr>
        <w:t>Câu 186: Đáp án đúng: A</w:t>
      </w:r>
    </w:p>
    <w:p>
      <w:r>
        <w:rPr>
          <w:b/>
        </w:rPr>
        <w:t>Câu 187: Đáp án đúng: A</w:t>
      </w:r>
    </w:p>
    <w:p>
      <w:r>
        <w:rPr>
          <w:b/>
        </w:rPr>
        <w:t>Câu 188: Đáp án đúng: D</w:t>
      </w:r>
    </w:p>
    <w:p>
      <w:r>
        <w:rPr>
          <w:b/>
        </w:rPr>
        <w:t>Câu 189: Đáp án đúng: B</w:t>
      </w:r>
    </w:p>
    <w:p>
      <w:r>
        <w:rPr>
          <w:b/>
        </w:rPr>
        <w:t>Câu 190: Đáp án đúng: A</w:t>
      </w:r>
    </w:p>
    <w:p>
      <w:r>
        <w:rPr>
          <w:b/>
        </w:rPr>
        <w:t>Câu 191: Đáp án đúng: C</w:t>
      </w:r>
    </w:p>
    <w:p>
      <w:r>
        <w:rPr>
          <w:b/>
        </w:rPr>
        <w:t>Câu 192: Đáp án đúng: C</w:t>
      </w:r>
    </w:p>
    <w:p>
      <w:r>
        <w:rPr>
          <w:b/>
        </w:rPr>
        <w:t>Câu 193: Đáp án đúng: B</w:t>
      </w:r>
    </w:p>
    <w:p>
      <w:r>
        <w:rPr>
          <w:b/>
        </w:rPr>
        <w:t>Câu 194: Đáp án đúng: C</w:t>
      </w:r>
    </w:p>
    <w:p>
      <w:r>
        <w:rPr>
          <w:b/>
        </w:rPr>
        <w:t>Câu 195: Đáp án đúng: B</w:t>
      </w:r>
    </w:p>
    <w:p>
      <w:r>
        <w:rPr>
          <w:b/>
        </w:rPr>
        <w:t>Câu 196: Đáp án đúng: A</w:t>
      </w:r>
    </w:p>
    <w:p>
      <w:r>
        <w:rPr>
          <w:b/>
        </w:rPr>
        <w:t>Câu 197: Đáp án đúng: D</w:t>
      </w:r>
    </w:p>
    <w:p>
      <w:r>
        <w:rPr>
          <w:b/>
        </w:rPr>
        <w:t>Câu 198: Đáp án đúng: None</w:t>
      </w:r>
    </w:p>
    <w:p>
      <w:r>
        <w:rPr>
          <w:b/>
        </w:rPr>
        <w:t>Câu 199: Đáp án đúng: D</w:t>
      </w:r>
    </w:p>
    <w:p>
      <w:r>
        <w:rPr>
          <w:b/>
        </w:rPr>
        <w:t>Câu 200: Đáp án đúng: C</w:t>
      </w:r>
    </w:p>
    <w:p>
      <w:r>
        <w:rPr>
          <w:b/>
        </w:rPr>
        <w:t>Câu 201: Đáp án đúng: None</w:t>
      </w:r>
    </w:p>
    <w:p>
      <w:r>
        <w:rPr>
          <w:b/>
        </w:rPr>
        <w:t>Câu 202: Đáp án đúng: C</w:t>
      </w:r>
    </w:p>
    <w:p>
      <w:r>
        <w:rPr>
          <w:b/>
        </w:rPr>
        <w:t>Câu 203: Đáp án đúng: D</w:t>
      </w:r>
    </w:p>
    <w:p>
      <w:r>
        <w:rPr>
          <w:b/>
        </w:rPr>
        <w:t>Câu 204: Đáp án đúng: B</w:t>
      </w:r>
    </w:p>
    <w:p>
      <w:r>
        <w:rPr>
          <w:b/>
        </w:rPr>
        <w:t>Câu 205: Đáp án đúng: D</w:t>
      </w:r>
    </w:p>
    <w:p>
      <w:r>
        <w:rPr>
          <w:b/>
        </w:rPr>
        <w:t>Câu 206: Đáp án đúng: B</w:t>
      </w:r>
    </w:p>
    <w:p>
      <w:r>
        <w:rPr>
          <w:b/>
        </w:rPr>
        <w:t>Câu 207: Đáp án đúng: C</w:t>
      </w:r>
    </w:p>
    <w:p>
      <w:r>
        <w:rPr>
          <w:b/>
        </w:rPr>
        <w:t>Câu 208: Đáp án đúng: B</w:t>
      </w:r>
    </w:p>
    <w:p>
      <w:r>
        <w:rPr>
          <w:b/>
        </w:rPr>
        <w:t>Câu 209: Đáp án đúng: A</w:t>
      </w:r>
    </w:p>
    <w:p>
      <w:r>
        <w:rPr>
          <w:b/>
        </w:rPr>
        <w:t>Câu 210: Đáp án đúng: C</w:t>
      </w:r>
    </w:p>
    <w:p>
      <w:r>
        <w:rPr>
          <w:b/>
        </w:rPr>
        <w:t>Câu 211: Đáp án đúng: A</w:t>
      </w:r>
    </w:p>
    <w:p>
      <w:r>
        <w:rPr>
          <w:b/>
        </w:rPr>
        <w:t>Câu 212: Đáp án đúng: C</w:t>
      </w:r>
    </w:p>
    <w:p>
      <w:r>
        <w:rPr>
          <w:b/>
        </w:rPr>
        <w:t>Câu 213: Đáp án đúng: A</w:t>
      </w:r>
    </w:p>
    <w:p>
      <w:r>
        <w:rPr>
          <w:b/>
        </w:rPr>
        <w:t>Câu 214: Đáp án đúng: B</w:t>
      </w:r>
    </w:p>
    <w:p>
      <w:r>
        <w:rPr>
          <w:b/>
        </w:rPr>
        <w:t>Câu 215: Đáp án đúng: B</w:t>
      </w:r>
    </w:p>
    <w:p>
      <w:r>
        <w:rPr>
          <w:b/>
        </w:rPr>
        <w:t>Câu 216: Đáp án đúng: A</w:t>
      </w:r>
    </w:p>
    <w:p>
      <w:r>
        <w:rPr>
          <w:b/>
        </w:rPr>
        <w:t>Câu 217: Đáp án đúng: B</w:t>
      </w:r>
    </w:p>
    <w:p>
      <w:r>
        <w:rPr>
          <w:b/>
        </w:rPr>
        <w:t>Câu 218: Đáp án đúng: A</w:t>
      </w:r>
    </w:p>
    <w:p>
      <w:r>
        <w:rPr>
          <w:b/>
        </w:rPr>
        <w:t>Câu 219: Đáp án đúng: B</w:t>
      </w:r>
    </w:p>
    <w:p>
      <w:r>
        <w:rPr>
          <w:b/>
        </w:rPr>
        <w:t>Câu 220: Đáp án đúng: D</w:t>
      </w:r>
    </w:p>
    <w:p>
      <w:r>
        <w:rPr>
          <w:b/>
        </w:rPr>
        <w:t>Câu 221: Đáp án đúng: D</w:t>
      </w:r>
    </w:p>
    <w:p>
      <w:r>
        <w:rPr>
          <w:b/>
        </w:rPr>
        <w:t>Câu 222: Đáp án đúng: B</w:t>
      </w:r>
    </w:p>
    <w:p>
      <w:r>
        <w:rPr>
          <w:b/>
        </w:rPr>
        <w:t>Câu 223: Đáp án đúng: B</w:t>
      </w:r>
    </w:p>
    <w:p>
      <w:r>
        <w:rPr>
          <w:b/>
        </w:rPr>
        <w:t>Câu 224: Đáp án đúng: B</w:t>
      </w:r>
    </w:p>
    <w:p>
      <w:r>
        <w:rPr>
          <w:b/>
        </w:rPr>
        <w:t>Câu 225: Đáp án đúng: D</w:t>
      </w:r>
    </w:p>
    <w:p>
      <w:r>
        <w:rPr>
          <w:b/>
        </w:rPr>
        <w:t>Câu 226: Đáp án đúng: A</w:t>
      </w:r>
    </w:p>
    <w:p>
      <w:r>
        <w:rPr>
          <w:b/>
        </w:rPr>
        <w:t>Câu 227: Đáp án đúng: B</w:t>
      </w:r>
    </w:p>
    <w:p>
      <w:r>
        <w:rPr>
          <w:b/>
        </w:rPr>
        <w:t>Câu 228: Đáp án đúng: D</w:t>
      </w:r>
    </w:p>
    <w:p>
      <w:r>
        <w:rPr>
          <w:b/>
        </w:rPr>
        <w:t>Câu 229: Đáp án đúng: B</w:t>
      </w:r>
    </w:p>
    <w:p>
      <w:r>
        <w:rPr>
          <w:b/>
        </w:rPr>
        <w:t>Câu 230: Đáp án đúng: A</w:t>
      </w:r>
    </w:p>
    <w:p>
      <w:r>
        <w:rPr>
          <w:b/>
        </w:rPr>
        <w:t>Câu 231: Đáp án đúng: C</w:t>
      </w:r>
    </w:p>
    <w:p>
      <w:r>
        <w:rPr>
          <w:b/>
        </w:rPr>
        <w:t>Câu 232: Đáp án đúng: B</w:t>
      </w:r>
    </w:p>
    <w:p>
      <w:r>
        <w:rPr>
          <w:b/>
        </w:rPr>
        <w:t>Câu 233: Đáp án đúng: A</w:t>
      </w:r>
    </w:p>
    <w:p>
      <w:r>
        <w:rPr>
          <w:b/>
        </w:rPr>
        <w:t>Câu 234: Đáp án đúng: C</w:t>
      </w:r>
    </w:p>
    <w:p>
      <w:r>
        <w:rPr>
          <w:b/>
        </w:rPr>
        <w:t>Câu 235: Đáp án đúng: C</w:t>
      </w:r>
    </w:p>
    <w:p>
      <w:r>
        <w:rPr>
          <w:b/>
        </w:rPr>
        <w:t>Câu 236: Đáp án đúng: D</w:t>
      </w:r>
    </w:p>
    <w:p>
      <w:r>
        <w:rPr>
          <w:b/>
        </w:rPr>
        <w:t>Câu 237: Đáp án đúng: C</w:t>
      </w:r>
    </w:p>
    <w:p>
      <w:r>
        <w:rPr>
          <w:b/>
        </w:rPr>
        <w:t>Câu 238: Đáp án đúng: B</w:t>
      </w:r>
    </w:p>
    <w:p>
      <w:r>
        <w:rPr>
          <w:b/>
        </w:rPr>
        <w:t>Câu 239: Đáp án đúng: B</w:t>
      </w:r>
    </w:p>
    <w:p>
      <w:r>
        <w:rPr>
          <w:b/>
        </w:rPr>
        <w:t>Câu 240: Đáp án đúng: A</w:t>
      </w:r>
    </w:p>
    <w:p>
      <w:r>
        <w:rPr>
          <w:b/>
        </w:rPr>
        <w:t>Câu 241: Đáp án đúng: A</w:t>
      </w:r>
    </w:p>
    <w:p>
      <w:r>
        <w:rPr>
          <w:b/>
        </w:rPr>
        <w:t>Câu 242: Đáp án đúng: C</w:t>
      </w:r>
    </w:p>
    <w:p>
      <w:r>
        <w:rPr>
          <w:b/>
        </w:rPr>
        <w:t>Câu 243: Đáp án đúng: D</w:t>
      </w:r>
    </w:p>
    <w:p>
      <w:r>
        <w:rPr>
          <w:b/>
        </w:rPr>
        <w:t>Câu 244: Đáp án đúng: B</w:t>
      </w:r>
    </w:p>
    <w:p>
      <w:r>
        <w:rPr>
          <w:b/>
        </w:rPr>
        <w:t>Câu 245: Đáp án đúng: A</w:t>
      </w:r>
    </w:p>
    <w:p>
      <w:r>
        <w:rPr>
          <w:b/>
        </w:rPr>
        <w:t>Câu 246: Đáp án đúng: C</w:t>
      </w:r>
    </w:p>
    <w:p>
      <w:r>
        <w:rPr>
          <w:b/>
        </w:rPr>
        <w:t>Câu 247: Đáp án đúng: A</w:t>
      </w:r>
    </w:p>
    <w:p>
      <w:r>
        <w:rPr>
          <w:b/>
        </w:rPr>
        <w:t>Câu 248: Đáp án đúng: C</w:t>
      </w:r>
    </w:p>
    <w:p>
      <w:r>
        <w:rPr>
          <w:b/>
        </w:rPr>
        <w:t>Câu 249: Đáp án đúng: D</w:t>
      </w:r>
    </w:p>
    <w:p>
      <w:r>
        <w:rPr>
          <w:b/>
        </w:rPr>
        <w:t>Câu 250: Đáp án đúng: D</w:t>
      </w:r>
    </w:p>
    <w:p>
      <w:r>
        <w:rPr>
          <w:b/>
        </w:rPr>
        <w:t>Câu 251: Đáp án đúng: B</w:t>
      </w:r>
    </w:p>
    <w:p>
      <w:r>
        <w:rPr>
          <w:b/>
        </w:rPr>
        <w:t>Câu 252: Đáp án đúng: D</w:t>
      </w:r>
    </w:p>
    <w:p>
      <w:r>
        <w:rPr>
          <w:b/>
        </w:rPr>
        <w:t>Câu 253: Đáp án đúng: D</w:t>
      </w:r>
    </w:p>
    <w:p>
      <w:r>
        <w:rPr>
          <w:b/>
        </w:rPr>
        <w:t>Câu 254: Đáp án đúng: C</w:t>
      </w:r>
    </w:p>
    <w:p>
      <w:r>
        <w:rPr>
          <w:b/>
        </w:rPr>
        <w:t>Câu 255: Đáp án đúng: D</w:t>
      </w:r>
    </w:p>
    <w:p>
      <w:r>
        <w:rPr>
          <w:b/>
        </w:rPr>
        <w:t>Câu 256: Đáp án đúng: D</w:t>
      </w:r>
    </w:p>
    <w:p>
      <w:r>
        <w:rPr>
          <w:b/>
        </w:rPr>
        <w:t>Câu 257: Đáp án đúng: D</w:t>
      </w:r>
    </w:p>
    <w:p>
      <w:r>
        <w:rPr>
          <w:b/>
        </w:rPr>
        <w:t>Câu 258: Đáp án đúng: D</w:t>
      </w:r>
    </w:p>
    <w:p>
      <w:r>
        <w:rPr>
          <w:b/>
        </w:rPr>
        <w:t>Câu 259: Đáp án đúng: C</w:t>
      </w:r>
    </w:p>
    <w:p>
      <w:r>
        <w:rPr>
          <w:b/>
        </w:rPr>
        <w:t>Câu 260: Đáp án đúng: D</w:t>
      </w:r>
    </w:p>
    <w:p>
      <w:r>
        <w:rPr>
          <w:b/>
        </w:rPr>
        <w:t>Câu 261: Đáp án đúng: B</w:t>
      </w:r>
    </w:p>
    <w:p>
      <w:r>
        <w:rPr>
          <w:b/>
        </w:rPr>
        <w:t>Câu 262: Đáp án đúng: B</w:t>
      </w:r>
    </w:p>
    <w:p>
      <w:r>
        <w:rPr>
          <w:b/>
        </w:rPr>
        <w:t>Câu 263: Đáp án đúng: C</w:t>
      </w:r>
    </w:p>
    <w:p>
      <w:r>
        <w:rPr>
          <w:b/>
        </w:rPr>
        <w:t>Câu 264: Đáp án đúng: C</w:t>
      </w:r>
    </w:p>
    <w:p>
      <w:r>
        <w:rPr>
          <w:b/>
        </w:rPr>
        <w:t>Câu 265: Đáp án đúng: C</w:t>
      </w:r>
    </w:p>
    <w:p>
      <w:r>
        <w:rPr>
          <w:b/>
        </w:rPr>
        <w:t>Câu 266: Đáp án đúng: A</w:t>
      </w:r>
    </w:p>
    <w:p>
      <w:r>
        <w:rPr>
          <w:b/>
        </w:rPr>
        <w:t>Câu 267: Đáp án đúng: D</w:t>
      </w:r>
    </w:p>
    <w:p>
      <w:r>
        <w:rPr>
          <w:b/>
        </w:rPr>
        <w:t>Câu 268: Đáp án đúng: C</w:t>
      </w:r>
    </w:p>
    <w:p>
      <w:r>
        <w:rPr>
          <w:b/>
        </w:rPr>
        <w:t>Câu 269: Đáp án đúng: C</w:t>
      </w:r>
    </w:p>
    <w:p>
      <w:r>
        <w:rPr>
          <w:b/>
        </w:rPr>
        <w:t>Câu 270: Đáp án đúng: C</w:t>
      </w:r>
    </w:p>
    <w:p>
      <w:r>
        <w:rPr>
          <w:b/>
        </w:rPr>
        <w:t>Câu 271: Đáp án đúng: A</w:t>
      </w:r>
    </w:p>
    <w:p>
      <w:r>
        <w:rPr>
          <w:b/>
        </w:rPr>
        <w:t>Câu 272: Đáp án đúng: B</w:t>
      </w:r>
    </w:p>
    <w:p>
      <w:r>
        <w:rPr>
          <w:b/>
        </w:rPr>
        <w:t>Câu 273: Đáp án đúng: B</w:t>
      </w:r>
    </w:p>
    <w:p>
      <w:r>
        <w:rPr>
          <w:b/>
        </w:rPr>
        <w:t>Câu 274: Đáp án đúng: C</w:t>
      </w:r>
    </w:p>
    <w:p>
      <w:r>
        <w:rPr>
          <w:b/>
        </w:rPr>
        <w:t>Câu 275: Đáp án đúng: B</w:t>
      </w:r>
    </w:p>
    <w:p>
      <w:r>
        <w:rPr>
          <w:b/>
        </w:rPr>
        <w:t>Câu 276: Đáp án đúng: C</w:t>
      </w:r>
    </w:p>
    <w:p>
      <w:r>
        <w:rPr>
          <w:b/>
        </w:rPr>
        <w:t>Câu 277: Đáp án đúng: D</w:t>
      </w:r>
    </w:p>
    <w:p>
      <w:r>
        <w:rPr>
          <w:b/>
        </w:rPr>
        <w:t>Câu 278: Đáp án đúng: D</w:t>
      </w:r>
    </w:p>
    <w:p>
      <w:r>
        <w:rPr>
          <w:b/>
        </w:rPr>
        <w:t>Câu 279: Đáp án đúng: A</w:t>
      </w:r>
    </w:p>
    <w:p>
      <w:r>
        <w:rPr>
          <w:b/>
        </w:rPr>
        <w:t>Câu 280: Đáp án đúng: C</w:t>
      </w:r>
    </w:p>
    <w:p>
      <w:r>
        <w:rPr>
          <w:b/>
        </w:rPr>
        <w:t>Câu 281: Đáp án đúng: A</w:t>
      </w:r>
    </w:p>
    <w:p>
      <w:r>
        <w:rPr>
          <w:b/>
        </w:rPr>
        <w:t>Câu 282: Đáp án đúng: B</w:t>
      </w:r>
    </w:p>
    <w:p>
      <w:r>
        <w:rPr>
          <w:b/>
        </w:rPr>
        <w:t>Câu 283: Đáp án đúng: A</w:t>
      </w:r>
    </w:p>
    <w:p>
      <w:r>
        <w:rPr>
          <w:b/>
        </w:rPr>
        <w:t>Câu 284: Đáp án đúng: D</w:t>
      </w:r>
    </w:p>
    <w:p>
      <w:r>
        <w:rPr>
          <w:b/>
        </w:rPr>
        <w:t>Câu 285: Đáp án đúng: B</w:t>
      </w:r>
    </w:p>
    <w:p>
      <w:r>
        <w:rPr>
          <w:b/>
        </w:rPr>
        <w:t>Câu 286: Đáp án đúng: C</w:t>
      </w:r>
    </w:p>
    <w:p>
      <w:r>
        <w:rPr>
          <w:b/>
        </w:rPr>
        <w:t>Câu 287: Đáp án đúng: A</w:t>
      </w:r>
    </w:p>
    <w:p>
      <w:r>
        <w:rPr>
          <w:b/>
        </w:rPr>
        <w:t>Câu 288: Đáp án đúng: B</w:t>
      </w:r>
    </w:p>
    <w:p>
      <w:r>
        <w:rPr>
          <w:b/>
        </w:rPr>
        <w:t>Câu 289: Đáp án đúng: C</w:t>
      </w:r>
    </w:p>
    <w:p>
      <w:r>
        <w:rPr>
          <w:b/>
        </w:rPr>
        <w:t>Câu 290: Đáp án đúng: A</w:t>
      </w:r>
    </w:p>
    <w:p>
      <w:r>
        <w:rPr>
          <w:b/>
        </w:rPr>
        <w:t>Câu 291: Đáp án đúng: A</w:t>
      </w:r>
    </w:p>
    <w:p>
      <w:r>
        <w:rPr>
          <w:b/>
        </w:rPr>
        <w:t>Câu 292: Đáp án đúng: D</w:t>
      </w:r>
    </w:p>
    <w:p>
      <w:r>
        <w:rPr>
          <w:b/>
        </w:rPr>
        <w:t>Câu 293: Đáp án đúng: A</w:t>
      </w:r>
    </w:p>
    <w:p>
      <w:r>
        <w:rPr>
          <w:b/>
        </w:rPr>
        <w:t>Câu 294: Đáp án đúng: D</w:t>
      </w:r>
    </w:p>
    <w:p>
      <w:r>
        <w:rPr>
          <w:b/>
        </w:rPr>
        <w:t>Câu 295: Đáp án đúng: C</w:t>
      </w:r>
    </w:p>
    <w:p>
      <w:r>
        <w:rPr>
          <w:b/>
        </w:rPr>
        <w:t>Câu 296: Đáp án đúng: B</w:t>
      </w:r>
    </w:p>
    <w:p>
      <w:r>
        <w:rPr>
          <w:b/>
        </w:rPr>
        <w:t>Câu 297: Đáp án đúng: B</w:t>
      </w:r>
    </w:p>
    <w:p>
      <w:r>
        <w:rPr>
          <w:b/>
        </w:rPr>
        <w:t>Câu 298: Đáp án đúng: B</w:t>
      </w:r>
    </w:p>
    <w:p>
      <w:r>
        <w:rPr>
          <w:b/>
        </w:rPr>
        <w:t>Câu 299: Đáp án đúng: D</w:t>
      </w:r>
    </w:p>
    <w:p>
      <w:r>
        <w:rPr>
          <w:b/>
        </w:rPr>
        <w:t>Câu 300: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