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. Biểu hiện dưới đây không phải triệu chứng â...</w:t>
      </w:r>
    </w:p>
    <w:p>
      <w:pPr>
        <w:jc w:val="center"/>
      </w:pPr>
      <w:r>
        <w:rPr>
          <w:sz w:val="22"/>
        </w:rPr>
        <w:t>Số câu: 45    Thời gian: _____ phút    Họ và tên: _________________________</w:t>
      </w:r>
    </w:p>
    <w:p/>
    <w:p>
      <w:r>
        <w:rPr>
          <w:b/>
          <w:sz w:val="24"/>
        </w:rPr>
        <w:t>Câu 1: Câu 1. Biểu hiện dưới đây không phải triệu chứng âm thắng:</w:t>
      </w:r>
    </w:p>
    <w:p>
      <w:pPr>
        <w:pStyle w:val="ListParagraph"/>
      </w:pPr>
      <w:r>
        <w:rPr>
          <w:sz w:val="22"/>
        </w:rPr>
        <w:t>A. Trong người thấy lạnh, tiêu chảy</w:t>
      </w:r>
    </w:p>
    <w:p>
      <w:pPr>
        <w:pStyle w:val="ListParagraph"/>
      </w:pPr>
      <w:r>
        <w:rPr>
          <w:sz w:val="22"/>
        </w:rPr>
        <w:t>B. Chân tay lạnh, sợ lạnh</w:t>
      </w:r>
    </w:p>
    <w:p>
      <w:pPr>
        <w:pStyle w:val="ListParagraph"/>
      </w:pPr>
      <w:r>
        <w:rPr>
          <w:sz w:val="22"/>
        </w:rPr>
        <w:t>C. Rêu lưỡi trắng dày, chất lưỡi nhợt</w:t>
      </w:r>
    </w:p>
    <w:p>
      <w:pPr>
        <w:pStyle w:val="ListParagraph"/>
      </w:pPr>
      <w:r>
        <w:rPr>
          <w:sz w:val="22"/>
        </w:rPr>
        <w:t>D. Mạch trầm vô lực</w:t>
      </w:r>
    </w:p>
    <w:p/>
    <w:p>
      <w:r>
        <w:rPr>
          <w:b/>
          <w:sz w:val="24"/>
        </w:rPr>
        <w:t>Câu 2: Câu 2. Theo quy luật ngũ hành, bệnh mất ngủ do Tâm hỏa vượng là do mối quan hệ chuyển biến nào dưới đây gây ra:</w:t>
      </w:r>
    </w:p>
    <w:p>
      <w:pPr>
        <w:pStyle w:val="ListParagraph"/>
      </w:pPr>
      <w:r>
        <w:rPr>
          <w:sz w:val="22"/>
        </w:rPr>
        <w:t>A. Do thủy khắc hỏa</w:t>
      </w:r>
    </w:p>
    <w:p>
      <w:pPr>
        <w:pStyle w:val="ListParagraph"/>
      </w:pPr>
      <w:r>
        <w:rPr>
          <w:sz w:val="22"/>
        </w:rPr>
        <w:t>B. Do thủy ước chế được hỏa</w:t>
      </w:r>
    </w:p>
    <w:p>
      <w:pPr>
        <w:pStyle w:val="ListParagraph"/>
      </w:pPr>
      <w:r>
        <w:rPr>
          <w:sz w:val="22"/>
        </w:rPr>
        <w:t>C. Do mộc sinh hỏa</w:t>
      </w:r>
    </w:p>
    <w:p>
      <w:pPr>
        <w:pStyle w:val="ListParagraph"/>
      </w:pPr>
      <w:r>
        <w:rPr>
          <w:sz w:val="22"/>
        </w:rPr>
        <w:t>D. Do kim tương vũ lại hỏa</w:t>
      </w:r>
    </w:p>
    <w:p/>
    <w:p>
      <w:r>
        <w:rPr>
          <w:b/>
          <w:sz w:val="24"/>
        </w:rPr>
        <w:t>Câu 3: Câu 3. Âm dương tiêu trưởng không bao gồm:</w:t>
      </w:r>
    </w:p>
    <w:p>
      <w:pPr>
        <w:pStyle w:val="ListParagraph"/>
      </w:pPr>
      <w:r>
        <w:rPr>
          <w:sz w:val="22"/>
        </w:rPr>
        <w:t>A. Âm dương luôn chế ước lẫn nhau</w:t>
      </w:r>
    </w:p>
    <w:p>
      <w:pPr>
        <w:pStyle w:val="ListParagraph"/>
      </w:pPr>
      <w:r>
        <w:rPr>
          <w:sz w:val="22"/>
        </w:rPr>
        <w:t>B. Âm dương chuyển hoá lẫn nhau</w:t>
      </w:r>
    </w:p>
    <w:p>
      <w:pPr>
        <w:pStyle w:val="ListParagraph"/>
      </w:pPr>
      <w:r>
        <w:rPr>
          <w:sz w:val="22"/>
        </w:rPr>
        <w:t>C. Âm dương không cố định mà luôn biến động không ngừng</w:t>
      </w:r>
    </w:p>
    <w:p>
      <w:pPr>
        <w:pStyle w:val="ListParagraph"/>
      </w:pPr>
      <w:r>
        <w:rPr>
          <w:sz w:val="22"/>
        </w:rPr>
        <w:t>D. Khi âm tiêu thì dương trưởng, khi dương tiêu thì âm trưởng</w:t>
      </w:r>
    </w:p>
    <w:p/>
    <w:p>
      <w:r>
        <w:rPr>
          <w:b/>
          <w:sz w:val="24"/>
        </w:rPr>
        <w:t>Câu 4: Câu 4. Thuộc tính cơ bản của học thuyết âm dương mang tính:</w:t>
      </w:r>
    </w:p>
    <w:p>
      <w:pPr>
        <w:pStyle w:val="ListParagraph"/>
      </w:pPr>
      <w:r>
        <w:rPr>
          <w:sz w:val="22"/>
        </w:rPr>
        <w:t>A. Tương phản.</w:t>
      </w:r>
    </w:p>
    <w:p>
      <w:pPr>
        <w:pStyle w:val="ListParagraph"/>
      </w:pPr>
      <w:r>
        <w:rPr>
          <w:sz w:val="22"/>
        </w:rPr>
        <w:t>B. Tương đối.</w:t>
      </w:r>
    </w:p>
    <w:p>
      <w:pPr>
        <w:pStyle w:val="ListParagraph"/>
      </w:pPr>
      <w:r>
        <w:rPr>
          <w:sz w:val="22"/>
        </w:rPr>
        <w:t>C. Bình hành.</w:t>
      </w:r>
    </w:p>
    <w:p>
      <w:pPr>
        <w:pStyle w:val="ListParagraph"/>
      </w:pPr>
      <w:r>
        <w:rPr>
          <w:sz w:val="22"/>
        </w:rPr>
        <w:t>D. Nhân quả.</w:t>
      </w:r>
    </w:p>
    <w:p/>
    <w:p>
      <w:r>
        <w:rPr>
          <w:b/>
          <w:sz w:val="24"/>
        </w:rPr>
        <w:t>Câu 5: Câu 5. Tạng thận thuộc âm, nhưng trong tạng thận lại có thận âm và thận dương đó là qui luật:</w:t>
      </w:r>
    </w:p>
    <w:p>
      <w:pPr>
        <w:pStyle w:val="ListParagraph"/>
      </w:pPr>
      <w:r>
        <w:rPr>
          <w:sz w:val="22"/>
        </w:rPr>
        <w:t>A. Đối lập</w:t>
      </w:r>
    </w:p>
    <w:p>
      <w:pPr>
        <w:pStyle w:val="ListParagraph"/>
      </w:pPr>
      <w:r>
        <w:rPr>
          <w:sz w:val="22"/>
        </w:rPr>
        <w:t>B. Hỗ căn</w:t>
      </w:r>
    </w:p>
    <w:p>
      <w:pPr>
        <w:pStyle w:val="ListParagraph"/>
      </w:pPr>
      <w:r>
        <w:rPr>
          <w:sz w:val="22"/>
        </w:rPr>
        <w:t>C. Tiêu trưởng</w:t>
      </w:r>
    </w:p>
    <w:p>
      <w:pPr>
        <w:pStyle w:val="ListParagraph"/>
      </w:pPr>
      <w:r>
        <w:rPr>
          <w:sz w:val="22"/>
        </w:rPr>
        <w:t>D. Bình hành</w:t>
      </w:r>
    </w:p>
    <w:p/>
    <w:p>
      <w:r>
        <w:rPr>
          <w:b/>
          <w:sz w:val="24"/>
        </w:rPr>
        <w:t>Câu 6: Câu 6. Chữa sốt cao dùng những vị thuốc có tính hàn lương, là dựa vào qui luật nào của học thuyết âm dương:</w:t>
      </w:r>
    </w:p>
    <w:p>
      <w:pPr>
        <w:pStyle w:val="ListParagraph"/>
      </w:pPr>
      <w:r>
        <w:rPr>
          <w:sz w:val="22"/>
        </w:rPr>
        <w:t>A. Đối lập</w:t>
      </w:r>
    </w:p>
    <w:p>
      <w:pPr>
        <w:pStyle w:val="ListParagraph"/>
      </w:pPr>
      <w:r>
        <w:rPr>
          <w:sz w:val="22"/>
        </w:rPr>
        <w:t>B. Hỗ căn</w:t>
      </w:r>
    </w:p>
    <w:p>
      <w:pPr>
        <w:pStyle w:val="ListParagraph"/>
      </w:pPr>
      <w:r>
        <w:rPr>
          <w:sz w:val="22"/>
        </w:rPr>
        <w:t>C. Tiêu trưởng</w:t>
      </w:r>
    </w:p>
    <w:p>
      <w:pPr>
        <w:pStyle w:val="ListParagraph"/>
      </w:pPr>
      <w:r>
        <w:rPr>
          <w:sz w:val="22"/>
        </w:rPr>
        <w:t>D. Bình hành</w:t>
      </w:r>
    </w:p>
    <w:p/>
    <w:p>
      <w:r>
        <w:rPr>
          <w:b/>
          <w:sz w:val="24"/>
        </w:rPr>
        <w:t>Câu 7: Câu 7. Tạng phủ nào dưới đây không đúng với mối quan hệ tương khắc:</w:t>
      </w:r>
    </w:p>
    <w:p>
      <w:pPr>
        <w:pStyle w:val="ListParagraph"/>
      </w:pPr>
      <w:r>
        <w:rPr>
          <w:sz w:val="22"/>
        </w:rPr>
        <w:t>A. Can khắc Tỳ</w:t>
      </w:r>
    </w:p>
    <w:p>
      <w:pPr>
        <w:pStyle w:val="ListParagraph"/>
      </w:pPr>
      <w:r>
        <w:rPr>
          <w:sz w:val="22"/>
        </w:rPr>
        <w:t>B. Tỳ khắc Phế</w:t>
      </w:r>
    </w:p>
    <w:p>
      <w:pPr>
        <w:pStyle w:val="ListParagraph"/>
      </w:pPr>
      <w:r>
        <w:rPr>
          <w:sz w:val="22"/>
        </w:rPr>
        <w:t>C. Phế khắc Can</w:t>
      </w:r>
    </w:p>
    <w:p>
      <w:pPr>
        <w:pStyle w:val="ListParagraph"/>
      </w:pPr>
      <w:r>
        <w:rPr>
          <w:sz w:val="22"/>
        </w:rPr>
        <w:t>D. Thận khắc Tâm</w:t>
      </w:r>
    </w:p>
    <w:p/>
    <w:p>
      <w:r>
        <w:rPr>
          <w:b/>
          <w:sz w:val="24"/>
        </w:rPr>
        <w:t>Câu 8: Câu 8. Dương thắng không bao gồm các biểu hiện sau:</w:t>
      </w:r>
    </w:p>
    <w:p>
      <w:pPr>
        <w:pStyle w:val="ListParagraph"/>
      </w:pPr>
      <w:r>
        <w:rPr>
          <w:sz w:val="22"/>
        </w:rPr>
        <w:t>A. Sốt, khát nước, mạch xác hữu lực</w:t>
      </w:r>
    </w:p>
    <w:p>
      <w:pPr>
        <w:pStyle w:val="ListParagraph"/>
      </w:pPr>
      <w:r>
        <w:rPr>
          <w:sz w:val="22"/>
        </w:rPr>
        <w:t>B. Chân tay nóng, nước tiểu vàng</w:t>
      </w:r>
    </w:p>
    <w:p>
      <w:pPr>
        <w:pStyle w:val="ListParagraph"/>
      </w:pPr>
      <w:r>
        <w:rPr>
          <w:sz w:val="22"/>
        </w:rPr>
        <w:t>C. Chất lưỡi đỏ, rêu lưỡi vàng</w:t>
      </w:r>
    </w:p>
    <w:p>
      <w:pPr>
        <w:pStyle w:val="ListParagraph"/>
      </w:pPr>
      <w:r>
        <w:rPr>
          <w:sz w:val="22"/>
        </w:rPr>
        <w:t>D. Chất lưỡi nhợt, rêu lưỡi vàng, mạch trì</w:t>
      </w:r>
    </w:p>
    <w:p/>
    <w:p>
      <w:r>
        <w:rPr>
          <w:b/>
          <w:sz w:val="24"/>
        </w:rPr>
        <w:t>Câu 9: Câu 9. Vận dụng học thuyết ngũ hành trong bào chế thuốc không bao gồm:</w:t>
      </w:r>
    </w:p>
    <w:p>
      <w:pPr>
        <w:pStyle w:val="ListParagraph"/>
      </w:pPr>
      <w:r>
        <w:rPr>
          <w:sz w:val="22"/>
        </w:rPr>
        <w:t>A. Muốn thuốc vào phế, thường sao tẩm với nước gừng</w:t>
      </w:r>
    </w:p>
    <w:p>
      <w:pPr>
        <w:pStyle w:val="ListParagraph"/>
      </w:pPr>
      <w:r>
        <w:rPr>
          <w:sz w:val="22"/>
        </w:rPr>
        <w:t>B. Muốn thuốc vào can, thường sao tẩm với nước dấm</w:t>
      </w:r>
    </w:p>
    <w:p>
      <w:pPr>
        <w:pStyle w:val="ListParagraph"/>
      </w:pPr>
      <w:r>
        <w:rPr>
          <w:sz w:val="22"/>
        </w:rPr>
        <w:t>C. Muốn thuốc vào thận, thường sao tẩm với nước muối nhạt</w:t>
      </w:r>
    </w:p>
    <w:p>
      <w:pPr>
        <w:pStyle w:val="ListParagraph"/>
      </w:pPr>
      <w:r>
        <w:rPr>
          <w:sz w:val="22"/>
        </w:rPr>
        <w:t>D. Muốn thuốc vào tâm, thường sao tẩm với mật ong</w:t>
      </w:r>
    </w:p>
    <w:p/>
    <w:p>
      <w:r>
        <w:rPr>
          <w:b/>
          <w:sz w:val="24"/>
        </w:rPr>
        <w:t>Câu 10: Câu 10. Tình trạng bệnh lý nhiễm trùng, nhiễm độc nhưng trên lâm sàng lại biểu hiện chân tay lạnh, rét run thuộc chứng bệnh:</w:t>
      </w:r>
    </w:p>
    <w:p>
      <w:pPr>
        <w:pStyle w:val="ListParagraph"/>
      </w:pPr>
      <w:r>
        <w:rPr>
          <w:sz w:val="22"/>
        </w:rPr>
        <w:t>A. Chân hàn giả nhiệt</w:t>
      </w:r>
    </w:p>
    <w:p>
      <w:pPr>
        <w:pStyle w:val="ListParagraph"/>
      </w:pPr>
      <w:r>
        <w:rPr>
          <w:sz w:val="22"/>
        </w:rPr>
        <w:t>B. Chân nhiệt giả hàn</w:t>
      </w:r>
    </w:p>
    <w:p>
      <w:pPr>
        <w:pStyle w:val="ListParagraph"/>
      </w:pPr>
      <w:r>
        <w:rPr>
          <w:sz w:val="22"/>
        </w:rPr>
        <w:t>C. Chứng hàn</w:t>
      </w:r>
    </w:p>
    <w:p>
      <w:pPr>
        <w:pStyle w:val="ListParagraph"/>
      </w:pPr>
      <w:r>
        <w:rPr>
          <w:sz w:val="22"/>
        </w:rPr>
        <w:t>D. Chứng nhiệt</w:t>
      </w:r>
    </w:p>
    <w:p/>
    <w:p>
      <w:r>
        <w:rPr>
          <w:b/>
          <w:sz w:val="24"/>
        </w:rPr>
        <w:t>Câu 11: Câu 11. Đặc tính của thấp là:</w:t>
      </w:r>
    </w:p>
    <w:p>
      <w:pPr>
        <w:pStyle w:val="ListParagraph"/>
      </w:pPr>
      <w:r>
        <w:rPr>
          <w:sz w:val="22"/>
        </w:rPr>
        <w:t>A. Bệnh cấp tính, đi lại khó khăn, đau nhức các khớp</w:t>
      </w:r>
    </w:p>
    <w:p>
      <w:pPr>
        <w:pStyle w:val="ListParagraph"/>
      </w:pPr>
      <w:r>
        <w:rPr>
          <w:sz w:val="22"/>
        </w:rPr>
        <w:t>B. Bệnh do ẩm thấp, kéo dài dai dẳng, đau di chuyển nhiều cơ khớp</w:t>
      </w:r>
    </w:p>
    <w:p>
      <w:pPr>
        <w:pStyle w:val="ListParagraph"/>
      </w:pPr>
      <w:r>
        <w:rPr>
          <w:sz w:val="22"/>
        </w:rPr>
        <w:t>C. Gây bệnh ở nửa người dưới, cử động khó khăn, cảm giác nặng nề, bài tiết chất đục</w:t>
      </w:r>
    </w:p>
    <w:p>
      <w:pPr>
        <w:pStyle w:val="ListParagraph"/>
      </w:pPr>
      <w:r>
        <w:rPr>
          <w:sz w:val="22"/>
        </w:rPr>
        <w:t>D. Bệnh ở các khớp, tiêu lỏng, lưỡi bệu, rêu lưỡi trắng, dày, nhớt, dính.</w:t>
      </w:r>
    </w:p>
    <w:p/>
    <w:p>
      <w:r>
        <w:rPr>
          <w:b/>
          <w:sz w:val="24"/>
        </w:rPr>
        <w:t>Câu 12: Câu 12. Đặc tính của thử:</w:t>
      </w:r>
    </w:p>
    <w:p>
      <w:pPr>
        <w:pStyle w:val="ListParagraph"/>
      </w:pPr>
      <w:r>
        <w:rPr>
          <w:sz w:val="22"/>
        </w:rPr>
        <w:t>A. Gây sốt cao, vật vã, khát nước, mạch hồng, gây ra mồ hôi nhiều.</w:t>
      </w:r>
    </w:p>
    <w:p>
      <w:pPr>
        <w:pStyle w:val="ListParagraph"/>
      </w:pPr>
      <w:r>
        <w:rPr>
          <w:sz w:val="22"/>
        </w:rPr>
        <w:t>B. Thử nhiệt là những bệnh sốt cao về mùa hè, vật vã khát nước, ra mồ hôi nhiều.</w:t>
      </w:r>
    </w:p>
    <w:p>
      <w:pPr>
        <w:pStyle w:val="ListParagraph"/>
      </w:pPr>
      <w:r>
        <w:rPr>
          <w:sz w:val="22"/>
        </w:rPr>
        <w:t>C. Thử thấp gặp rối loạn tiêu hoá, tiêu chảy mùa hè, lỵ nhiễm khuẩn.</w:t>
      </w:r>
    </w:p>
    <w:p>
      <w:pPr>
        <w:pStyle w:val="ListParagraph"/>
      </w:pPr>
      <w:r>
        <w:rPr>
          <w:sz w:val="22"/>
        </w:rPr>
        <w:t>D. A,B,C đúng.</w:t>
      </w:r>
    </w:p>
    <w:p/>
    <w:p>
      <w:r>
        <w:rPr>
          <w:b/>
          <w:sz w:val="24"/>
        </w:rPr>
        <w:t>Câu 13: Câu 13. Các bệnh viêm khớp, phù dị ứng, chàm thuộc nguyên nhân gây bệnh:</w:t>
      </w:r>
    </w:p>
    <w:p>
      <w:pPr>
        <w:pStyle w:val="ListParagraph"/>
      </w:pPr>
      <w:r>
        <w:rPr>
          <w:sz w:val="22"/>
        </w:rPr>
        <w:t>A. Phong hàn</w:t>
      </w:r>
    </w:p>
    <w:p>
      <w:pPr>
        <w:pStyle w:val="ListParagraph"/>
      </w:pPr>
      <w:r>
        <w:rPr>
          <w:sz w:val="22"/>
        </w:rPr>
        <w:t>B. Hàn thấp</w:t>
      </w:r>
    </w:p>
    <w:p>
      <w:pPr>
        <w:pStyle w:val="ListParagraph"/>
      </w:pPr>
      <w:r>
        <w:rPr>
          <w:sz w:val="22"/>
        </w:rPr>
        <w:t>C. Phong thấp</w:t>
      </w:r>
    </w:p>
    <w:p>
      <w:pPr>
        <w:pStyle w:val="ListParagraph"/>
      </w:pPr>
      <w:r>
        <w:rPr>
          <w:sz w:val="22"/>
        </w:rPr>
        <w:t>D. Phong nhiệt</w:t>
      </w:r>
    </w:p>
    <w:p/>
    <w:p>
      <w:r>
        <w:rPr>
          <w:b/>
          <w:sz w:val="24"/>
        </w:rPr>
        <w:t>Câu 14: Câu 14. Phát sốt, nhức đầu, sổ mũi, sợ lạnh, sợ gió, rêu lưỡi vàng mỏng là do cảm nhiễm ngoại tà:</w:t>
      </w:r>
    </w:p>
    <w:p>
      <w:pPr>
        <w:pStyle w:val="ListParagraph"/>
      </w:pPr>
      <w:r>
        <w:rPr>
          <w:sz w:val="22"/>
        </w:rPr>
        <w:t>A. Phong hàn</w:t>
      </w:r>
    </w:p>
    <w:p>
      <w:pPr>
        <w:pStyle w:val="ListParagraph"/>
      </w:pPr>
      <w:r>
        <w:rPr>
          <w:sz w:val="22"/>
        </w:rPr>
        <w:t>B. Phong nhiệt</w:t>
      </w:r>
    </w:p>
    <w:p>
      <w:pPr>
        <w:pStyle w:val="ListParagraph"/>
      </w:pPr>
      <w:r>
        <w:rPr>
          <w:sz w:val="22"/>
        </w:rPr>
        <w:t>C. Hàn thấp</w:t>
      </w:r>
    </w:p>
    <w:p>
      <w:pPr>
        <w:pStyle w:val="ListParagraph"/>
      </w:pPr>
      <w:r>
        <w:rPr>
          <w:sz w:val="22"/>
        </w:rPr>
        <w:t>D. Thử thấp</w:t>
      </w:r>
    </w:p>
    <w:p/>
    <w:p>
      <w:r>
        <w:rPr>
          <w:b/>
          <w:sz w:val="24"/>
        </w:rPr>
        <w:t>Câu 15: Câu 15. Nguyên nhân gây bệnh sốt cao về mùa thu, sốt xuất huyết, viêm não... là do:</w:t>
      </w:r>
    </w:p>
    <w:p>
      <w:pPr>
        <w:pStyle w:val="ListParagraph"/>
      </w:pPr>
      <w:r>
        <w:rPr>
          <w:sz w:val="22"/>
        </w:rPr>
        <w:t>A. Táo nhiệt</w:t>
      </w:r>
    </w:p>
    <w:p>
      <w:pPr>
        <w:pStyle w:val="ListParagraph"/>
      </w:pPr>
      <w:r>
        <w:rPr>
          <w:sz w:val="22"/>
        </w:rPr>
        <w:t>B. Lương táo</w:t>
      </w:r>
    </w:p>
    <w:p>
      <w:pPr>
        <w:pStyle w:val="ListParagraph"/>
      </w:pPr>
      <w:r>
        <w:rPr>
          <w:sz w:val="22"/>
        </w:rPr>
        <w:t>C. Thử nhiệt</w:t>
      </w:r>
    </w:p>
    <w:p>
      <w:pPr>
        <w:pStyle w:val="ListParagraph"/>
      </w:pPr>
      <w:r>
        <w:rPr>
          <w:sz w:val="22"/>
        </w:rPr>
        <w:t>D. Thấp nhiệt</w:t>
      </w:r>
    </w:p>
    <w:p/>
    <w:p>
      <w:r>
        <w:rPr>
          <w:b/>
          <w:sz w:val="24"/>
        </w:rPr>
        <w:t>Câu 16: Câu 16. Nguyên nhân bệnh không do tà khí lục dâm:</w:t>
      </w:r>
    </w:p>
    <w:p>
      <w:pPr>
        <w:pStyle w:val="ListParagraph"/>
      </w:pPr>
      <w:r>
        <w:rPr>
          <w:sz w:val="22"/>
        </w:rPr>
        <w:t>A. Hàn tà vào đường lạc phát sinh chứng gân xương đau nhức.</w:t>
      </w:r>
    </w:p>
    <w:p>
      <w:pPr>
        <w:pStyle w:val="ListParagraph"/>
      </w:pPr>
      <w:r>
        <w:rPr>
          <w:sz w:val="22"/>
        </w:rPr>
        <w:t>B. Hàn phạm biểu gây chứng sợ lạnh phát sốt, tự hãn.</w:t>
      </w:r>
    </w:p>
    <w:p>
      <w:pPr>
        <w:pStyle w:val="ListParagraph"/>
      </w:pPr>
      <w:r>
        <w:rPr>
          <w:sz w:val="22"/>
        </w:rPr>
        <w:t>C. Hàn tà phạm vào phần lý gây chứng nôn mửa, đau bụng, tiêu chảy.</w:t>
      </w:r>
    </w:p>
    <w:p>
      <w:pPr>
        <w:pStyle w:val="ListParagraph"/>
      </w:pPr>
      <w:r>
        <w:rPr>
          <w:sz w:val="22"/>
        </w:rPr>
        <w:t>D. Khi dương khí của nội tạng hư yếu mà thấy chứng trạng nôn mửa, tiêu chảy, tay chân lạnh đó là dương hư sinh nội hàn.</w:t>
      </w:r>
    </w:p>
    <w:p/>
    <w:p>
      <w:r>
        <w:rPr>
          <w:b/>
          <w:sz w:val="24"/>
        </w:rPr>
        <w:t>Câu 17: Câu 17. Quy luật tương sinh tương khắc các tình chí nào khắc chế lẫn nhau sau đây:</w:t>
      </w:r>
    </w:p>
    <w:p>
      <w:pPr>
        <w:pStyle w:val="ListParagraph"/>
      </w:pPr>
      <w:r>
        <w:rPr>
          <w:sz w:val="22"/>
        </w:rPr>
        <w:t>A. Nộ thương can, hỷ thắng nộ</w:t>
      </w:r>
    </w:p>
    <w:p>
      <w:pPr>
        <w:pStyle w:val="ListParagraph"/>
      </w:pPr>
      <w:r>
        <w:rPr>
          <w:sz w:val="22"/>
        </w:rPr>
        <w:t>B. Hỷ thương tâm, ưu thắng hỷ</w:t>
      </w:r>
    </w:p>
    <w:p>
      <w:pPr>
        <w:pStyle w:val="ListParagraph"/>
      </w:pPr>
      <w:r>
        <w:rPr>
          <w:sz w:val="22"/>
        </w:rPr>
        <w:t>C. Ưu thương phế, khủng thắng ưu</w:t>
      </w:r>
    </w:p>
    <w:p>
      <w:pPr>
        <w:pStyle w:val="ListParagraph"/>
      </w:pPr>
      <w:r>
        <w:rPr>
          <w:sz w:val="22"/>
        </w:rPr>
        <w:t>D. Khủng thương thận, tư thắng khủng</w:t>
      </w:r>
    </w:p>
    <w:p/>
    <w:p>
      <w:r>
        <w:rPr>
          <w:b/>
          <w:sz w:val="24"/>
        </w:rPr>
        <w:t>Câu 18: Câu 18. Chứng âm hư không chế được hỏa biểu hiện:</w:t>
      </w:r>
    </w:p>
    <w:p>
      <w:pPr>
        <w:pStyle w:val="ListParagraph"/>
      </w:pPr>
      <w:r>
        <w:rPr>
          <w:sz w:val="22"/>
        </w:rPr>
        <w:t>A. Sốt cao, ngũ tâm phiền nhiệt.</w:t>
      </w:r>
    </w:p>
    <w:p>
      <w:pPr>
        <w:pStyle w:val="ListParagraph"/>
      </w:pPr>
      <w:r>
        <w:rPr>
          <w:sz w:val="22"/>
        </w:rPr>
        <w:t>B. Gây đau nhức trong xương khớp, tự hãn.</w:t>
      </w:r>
    </w:p>
    <w:p>
      <w:pPr>
        <w:pStyle w:val="ListParagraph"/>
      </w:pPr>
      <w:r>
        <w:rPr>
          <w:sz w:val="22"/>
        </w:rPr>
        <w:t>C. Gây bứt rứt, khát, tiểu sẻn, đại tiện táo.</w:t>
      </w:r>
    </w:p>
    <w:p>
      <w:pPr>
        <w:pStyle w:val="ListParagraph"/>
      </w:pPr>
      <w:r>
        <w:rPr>
          <w:sz w:val="22"/>
        </w:rPr>
        <w:t>D. Gây ho khan, môi lưỡi đỏ, mạch trầm trì.</w:t>
      </w:r>
    </w:p>
    <w:p/>
    <w:p>
      <w:r>
        <w:rPr>
          <w:b/>
          <w:sz w:val="24"/>
        </w:rPr>
        <w:t>Câu 19: Câu 19. Nguyên nhân gây bệnh do lao thương quá độ:</w:t>
      </w:r>
    </w:p>
    <w:p>
      <w:pPr>
        <w:pStyle w:val="ListParagraph"/>
      </w:pPr>
      <w:r>
        <w:rPr>
          <w:sz w:val="22"/>
        </w:rPr>
        <w:t>A. Nhìn lâu thương huyết</w:t>
      </w:r>
    </w:p>
    <w:p>
      <w:pPr>
        <w:pStyle w:val="ListParagraph"/>
      </w:pPr>
      <w:r>
        <w:rPr>
          <w:sz w:val="22"/>
        </w:rPr>
        <w:t>B. Nằm lâu thương thần</w:t>
      </w:r>
    </w:p>
    <w:p>
      <w:pPr>
        <w:pStyle w:val="ListParagraph"/>
      </w:pPr>
      <w:r>
        <w:rPr>
          <w:sz w:val="22"/>
        </w:rPr>
        <w:t>C. Đứng lâu thương cân</w:t>
      </w:r>
    </w:p>
    <w:p>
      <w:pPr>
        <w:pStyle w:val="ListParagraph"/>
      </w:pPr>
      <w:r>
        <w:rPr>
          <w:sz w:val="22"/>
        </w:rPr>
        <w:t>D. Đi lâu thương hình</w:t>
      </w:r>
    </w:p>
    <w:p/>
    <w:p>
      <w:r>
        <w:rPr>
          <w:b/>
          <w:sz w:val="24"/>
        </w:rPr>
        <w:t>Câu 20: Câu 20. Đặc tính của táo:</w:t>
      </w:r>
    </w:p>
    <w:p>
      <w:pPr>
        <w:pStyle w:val="ListParagraph"/>
      </w:pPr>
      <w:r>
        <w:rPr>
          <w:sz w:val="22"/>
        </w:rPr>
        <w:t>A. Gây sốt cao mùa thu, không mồ hôi, thích uống nước mát, khát nhiều.</w:t>
      </w:r>
    </w:p>
    <w:p>
      <w:pPr>
        <w:pStyle w:val="ListParagraph"/>
      </w:pPr>
      <w:r>
        <w:rPr>
          <w:sz w:val="22"/>
        </w:rPr>
        <w:t>B. Gây sốt cao mùa hè, ra mồ hôi nhiều, khát nước.</w:t>
      </w:r>
    </w:p>
    <w:p>
      <w:pPr>
        <w:pStyle w:val="ListParagraph"/>
      </w:pPr>
      <w:r>
        <w:rPr>
          <w:sz w:val="22"/>
        </w:rPr>
        <w:t>C. Gây sốt cao, sợ nóng, ra mồ hôi, khát nước, mắt đỏ, đạo hãn, ho khan, khô họng.</w:t>
      </w:r>
    </w:p>
    <w:p>
      <w:pPr>
        <w:pStyle w:val="ListParagraph"/>
      </w:pPr>
      <w:r>
        <w:rPr>
          <w:sz w:val="22"/>
        </w:rPr>
        <w:t>D. Gây sốt cao, sợ lạnh, sợ gió, không có mồ hôi, ho có đờm.</w:t>
      </w:r>
    </w:p>
    <w:p/>
    <w:p>
      <w:r>
        <w:rPr>
          <w:b/>
          <w:sz w:val="24"/>
        </w:rPr>
        <w:t>Câu 21: Câu 21. Triệu chứng sốt cao, mê sảng, mạch nhanh, khát nhiều, xuất huyết là bệnh của:</w:t>
      </w:r>
    </w:p>
    <w:p>
      <w:pPr>
        <w:pStyle w:val="ListParagraph"/>
      </w:pPr>
      <w:r>
        <w:rPr>
          <w:sz w:val="22"/>
        </w:rPr>
        <w:t>A. Tâm nhiệt</w:t>
      </w:r>
    </w:p>
    <w:p>
      <w:pPr>
        <w:pStyle w:val="ListParagraph"/>
      </w:pPr>
      <w:r>
        <w:rPr>
          <w:sz w:val="22"/>
        </w:rPr>
        <w:t>B. Can huyết hư</w:t>
      </w:r>
    </w:p>
    <w:p>
      <w:pPr>
        <w:pStyle w:val="ListParagraph"/>
      </w:pPr>
      <w:r>
        <w:rPr>
          <w:sz w:val="22"/>
        </w:rPr>
        <w:t>C. Can khí uất</w:t>
      </w:r>
    </w:p>
    <w:p>
      <w:pPr>
        <w:pStyle w:val="ListParagraph"/>
      </w:pPr>
      <w:r>
        <w:rPr>
          <w:sz w:val="22"/>
        </w:rPr>
        <w:t>D. Thận âm hư</w:t>
      </w:r>
    </w:p>
    <w:p/>
    <w:p>
      <w:r>
        <w:rPr>
          <w:b/>
          <w:sz w:val="24"/>
        </w:rPr>
        <w:t>Câu 22: Câu 22. Thận âm hư không có những biểu hiện sau:</w:t>
      </w:r>
    </w:p>
    <w:p>
      <w:pPr>
        <w:pStyle w:val="ListParagraph"/>
      </w:pPr>
      <w:r>
        <w:rPr>
          <w:sz w:val="22"/>
        </w:rPr>
        <w:t>A. Cảm giác nóng bên trong, đau lưng mỏi gối</w:t>
      </w:r>
    </w:p>
    <w:p>
      <w:pPr>
        <w:pStyle w:val="ListParagraph"/>
      </w:pPr>
      <w:r>
        <w:rPr>
          <w:sz w:val="22"/>
        </w:rPr>
        <w:t>B. Ngũ tâm phiền nhiệt, ra mồ hôi trộm</w:t>
      </w:r>
    </w:p>
    <w:p>
      <w:pPr>
        <w:pStyle w:val="ListParagraph"/>
      </w:pPr>
      <w:r>
        <w:rPr>
          <w:sz w:val="22"/>
        </w:rPr>
        <w:t>C. Đau nhức trong xương</w:t>
      </w:r>
    </w:p>
    <w:p>
      <w:pPr>
        <w:pStyle w:val="ListParagraph"/>
      </w:pPr>
      <w:r>
        <w:rPr>
          <w:sz w:val="22"/>
        </w:rPr>
        <w:t>D. Chân tay lạnh, sợ lạnh</w:t>
      </w:r>
    </w:p>
    <w:p/>
    <w:p>
      <w:r>
        <w:rPr>
          <w:b/>
          <w:sz w:val="24"/>
        </w:rPr>
        <w:t>Câu 23: Câu 23. Đại tiện phân táo là thuộc chứng bệnh:</w:t>
      </w:r>
    </w:p>
    <w:p>
      <w:pPr>
        <w:pStyle w:val="ListParagraph"/>
      </w:pPr>
      <w:r>
        <w:rPr>
          <w:sz w:val="22"/>
        </w:rPr>
        <w:t>A. Nhiệt chứng</w:t>
      </w:r>
    </w:p>
    <w:p>
      <w:pPr>
        <w:pStyle w:val="ListParagraph"/>
      </w:pPr>
      <w:r>
        <w:rPr>
          <w:sz w:val="22"/>
        </w:rPr>
        <w:t>B. Tỳ hư</w:t>
      </w:r>
    </w:p>
    <w:p>
      <w:pPr>
        <w:pStyle w:val="ListParagraph"/>
      </w:pPr>
      <w:r>
        <w:rPr>
          <w:sz w:val="22"/>
        </w:rPr>
        <w:t>C. Hàn chứng</w:t>
      </w:r>
    </w:p>
    <w:p>
      <w:pPr>
        <w:pStyle w:val="ListParagraph"/>
      </w:pPr>
      <w:r>
        <w:rPr>
          <w:sz w:val="22"/>
        </w:rPr>
        <w:t>D. Thực chứng</w:t>
      </w:r>
    </w:p>
    <w:p/>
    <w:p>
      <w:r>
        <w:rPr>
          <w:b/>
          <w:sz w:val="24"/>
        </w:rPr>
        <w:t>Câu 24: Câu 24. Chức năng tạng phế:</w:t>
      </w:r>
    </w:p>
    <w:p>
      <w:pPr>
        <w:pStyle w:val="ListParagraph"/>
      </w:pPr>
      <w:r>
        <w:rPr>
          <w:sz w:val="22"/>
        </w:rPr>
        <w:t>A. Chủ vận hoá thuỷ thấp</w:t>
      </w:r>
    </w:p>
    <w:p>
      <w:pPr>
        <w:pStyle w:val="ListParagraph"/>
      </w:pPr>
      <w:r>
        <w:rPr>
          <w:sz w:val="22"/>
        </w:rPr>
        <w:t>B. Thông điều thuỷ đạo</w:t>
      </w:r>
    </w:p>
    <w:p>
      <w:pPr>
        <w:pStyle w:val="ListParagraph"/>
      </w:pPr>
      <w:r>
        <w:rPr>
          <w:sz w:val="22"/>
        </w:rPr>
        <w:t>C. Chủ huyết mạch</w:t>
      </w:r>
    </w:p>
    <w:p>
      <w:pPr>
        <w:pStyle w:val="ListParagraph"/>
      </w:pPr>
      <w:r>
        <w:rPr>
          <w:sz w:val="22"/>
        </w:rPr>
        <w:t>D. Thúc đẩy hoạt động của tạng phủ</w:t>
      </w:r>
    </w:p>
    <w:p/>
    <w:p>
      <w:r>
        <w:rPr>
          <w:b/>
          <w:sz w:val="24"/>
        </w:rPr>
        <w:t>Câu 25: Câu 25. Tiêu chảy, phân sống là chứng bệnh thuộc tạng phủ:</w:t>
      </w:r>
    </w:p>
    <w:p>
      <w:pPr>
        <w:pStyle w:val="ListParagraph"/>
      </w:pPr>
      <w:r>
        <w:rPr>
          <w:sz w:val="22"/>
        </w:rPr>
        <w:t>A. Đại trường hư</w:t>
      </w:r>
    </w:p>
    <w:p>
      <w:pPr>
        <w:pStyle w:val="ListParagraph"/>
      </w:pPr>
      <w:r>
        <w:rPr>
          <w:sz w:val="22"/>
        </w:rPr>
        <w:t>B. Tỳ hư</w:t>
      </w:r>
    </w:p>
    <w:p>
      <w:pPr>
        <w:pStyle w:val="ListParagraph"/>
      </w:pPr>
      <w:r>
        <w:rPr>
          <w:sz w:val="22"/>
        </w:rPr>
        <w:t>C. Thực tích</w:t>
      </w:r>
    </w:p>
    <w:p>
      <w:pPr>
        <w:pStyle w:val="ListParagraph"/>
      </w:pPr>
      <w:r>
        <w:rPr>
          <w:sz w:val="22"/>
        </w:rPr>
        <w:t>D. Thấp nhiệt</w:t>
      </w:r>
    </w:p>
    <w:p/>
    <w:p>
      <w:r>
        <w:rPr>
          <w:b/>
          <w:sz w:val="24"/>
        </w:rPr>
        <w:t>Câu 26: Câu 26. Tân dịch hư thiếu không có biểu hiện:</w:t>
      </w:r>
    </w:p>
    <w:p>
      <w:pPr>
        <w:pStyle w:val="ListParagraph"/>
      </w:pPr>
      <w:r>
        <w:rPr>
          <w:sz w:val="22"/>
        </w:rPr>
        <w:t>A. Da khô nhăn nheo</w:t>
      </w:r>
    </w:p>
    <w:p>
      <w:pPr>
        <w:pStyle w:val="ListParagraph"/>
      </w:pPr>
      <w:r>
        <w:rPr>
          <w:sz w:val="22"/>
        </w:rPr>
        <w:t>B. Khớp khô khó cử động</w:t>
      </w:r>
    </w:p>
    <w:p>
      <w:pPr>
        <w:pStyle w:val="ListParagraph"/>
      </w:pPr>
      <w:r>
        <w:rPr>
          <w:sz w:val="22"/>
        </w:rPr>
        <w:t>C. Lòng bàn tay, bàn chân nóng</w:t>
      </w:r>
    </w:p>
    <w:p>
      <w:pPr>
        <w:pStyle w:val="ListParagraph"/>
      </w:pPr>
      <w:r>
        <w:rPr>
          <w:sz w:val="22"/>
        </w:rPr>
        <w:t>D. Chất lưỡi đỏ, mạch xác hữu lực</w:t>
      </w:r>
    </w:p>
    <w:p/>
    <w:p>
      <w:r>
        <w:rPr>
          <w:b/>
          <w:sz w:val="24"/>
        </w:rPr>
        <w:t>Câu 27: Câu 27. Tâm chủ thần minh do có chức năng:</w:t>
      </w:r>
    </w:p>
    <w:p>
      <w:pPr>
        <w:pStyle w:val="ListParagraph"/>
      </w:pPr>
      <w:r>
        <w:rPr>
          <w:sz w:val="22"/>
        </w:rPr>
        <w:t>A. Đứng đầu các tạng</w:t>
      </w:r>
    </w:p>
    <w:p>
      <w:pPr>
        <w:pStyle w:val="ListParagraph"/>
      </w:pPr>
      <w:r>
        <w:rPr>
          <w:sz w:val="22"/>
        </w:rPr>
        <w:t>B. Chủ về huyết mạch</w:t>
      </w:r>
    </w:p>
    <w:p>
      <w:pPr>
        <w:pStyle w:val="ListParagraph"/>
      </w:pPr>
      <w:r>
        <w:rPr>
          <w:sz w:val="22"/>
        </w:rPr>
        <w:t>C. Chủ về các hoạt động tinh thần, tư duy</w:t>
      </w:r>
    </w:p>
    <w:p>
      <w:pPr>
        <w:pStyle w:val="ListParagraph"/>
      </w:pPr>
      <w:r>
        <w:rPr>
          <w:sz w:val="22"/>
        </w:rPr>
        <w:t>D. Sinh ra tạng Tỳ, khắc tạng Phế</w:t>
      </w:r>
    </w:p>
    <w:p/>
    <w:p>
      <w:r>
        <w:rPr>
          <w:b/>
          <w:sz w:val="24"/>
        </w:rPr>
        <w:t>Câu 28: Câu 28. Ngực sườn đầy tức kèm theo tính tình hay bực bội cáu gắt, vội vã thuộc chứng:</w:t>
      </w:r>
    </w:p>
    <w:p>
      <w:pPr>
        <w:pStyle w:val="ListParagraph"/>
      </w:pPr>
      <w:r>
        <w:rPr>
          <w:sz w:val="22"/>
        </w:rPr>
        <w:t>A. Can khí uất kết</w:t>
      </w:r>
    </w:p>
    <w:p>
      <w:pPr>
        <w:pStyle w:val="ListParagraph"/>
      </w:pPr>
      <w:r>
        <w:rPr>
          <w:sz w:val="22"/>
        </w:rPr>
        <w:t>B. Đởm thực</w:t>
      </w:r>
    </w:p>
    <w:p>
      <w:pPr>
        <w:pStyle w:val="ListParagraph"/>
      </w:pPr>
      <w:r>
        <w:rPr>
          <w:sz w:val="22"/>
        </w:rPr>
        <w:t>C. Can huyết hư</w:t>
      </w:r>
    </w:p>
    <w:p>
      <w:pPr>
        <w:pStyle w:val="ListParagraph"/>
      </w:pPr>
      <w:r>
        <w:rPr>
          <w:sz w:val="22"/>
        </w:rPr>
        <w:t>D. Tâm nhiệt</w:t>
      </w:r>
    </w:p>
    <w:p/>
    <w:p>
      <w:r>
        <w:rPr>
          <w:b/>
          <w:sz w:val="24"/>
        </w:rPr>
        <w:t>Câu 29: Câu 29. Bệnh ở tạng can không có biểu hiện bệnh lý:</w:t>
      </w:r>
    </w:p>
    <w:p>
      <w:pPr>
        <w:pStyle w:val="ListParagraph"/>
      </w:pPr>
      <w:r>
        <w:rPr>
          <w:sz w:val="22"/>
        </w:rPr>
        <w:t>A. Tinh thần u uất, cáu gắt vô cớ</w:t>
      </w:r>
    </w:p>
    <w:p>
      <w:pPr>
        <w:pStyle w:val="ListParagraph"/>
      </w:pPr>
      <w:r>
        <w:rPr>
          <w:sz w:val="22"/>
        </w:rPr>
        <w:t>B. Chân tay run, thị lực giảm, đau đầu vùng đỉnh</w:t>
      </w:r>
    </w:p>
    <w:p>
      <w:pPr>
        <w:pStyle w:val="ListParagraph"/>
      </w:pPr>
      <w:r>
        <w:rPr>
          <w:sz w:val="22"/>
        </w:rPr>
        <w:t>C. Da khô không được tươi nhuận, dễ bị các bệnh ngoài da</w:t>
      </w:r>
    </w:p>
    <w:p>
      <w:pPr>
        <w:pStyle w:val="ListParagraph"/>
      </w:pPr>
      <w:r>
        <w:rPr>
          <w:sz w:val="22"/>
        </w:rPr>
        <w:t>D. Ngực sườn đầy tức, thở dài, tâm lý căng thẳng</w:t>
      </w:r>
    </w:p>
    <w:p/>
    <w:p>
      <w:r>
        <w:rPr>
          <w:b/>
          <w:sz w:val="24"/>
        </w:rPr>
        <w:t>Câu 30: Câu 30. Các chứng bệnh lý không có ở phủ vị:</w:t>
      </w:r>
    </w:p>
    <w:p>
      <w:pPr>
        <w:pStyle w:val="ListParagraph"/>
      </w:pPr>
      <w:r>
        <w:rPr>
          <w:sz w:val="22"/>
        </w:rPr>
        <w:t>A. Vị khí nghịch gây ho, hen</w:t>
      </w:r>
    </w:p>
    <w:p>
      <w:pPr>
        <w:pStyle w:val="ListParagraph"/>
      </w:pPr>
      <w:r>
        <w:rPr>
          <w:sz w:val="22"/>
        </w:rPr>
        <w:t>B. Vị hàn: đau bụng âm ỉ, nôn ra nước trong</w:t>
      </w:r>
    </w:p>
    <w:p>
      <w:pPr>
        <w:pStyle w:val="ListParagraph"/>
      </w:pPr>
      <w:r>
        <w:rPr>
          <w:sz w:val="22"/>
        </w:rPr>
        <w:t>C. Vị hư không ăn được</w:t>
      </w:r>
    </w:p>
    <w:p>
      <w:pPr>
        <w:pStyle w:val="ListParagraph"/>
      </w:pPr>
      <w:r>
        <w:rPr>
          <w:sz w:val="22"/>
        </w:rPr>
        <w:t>D. Vị nhiệt gây răng lợi sưng đau</w:t>
      </w:r>
    </w:p>
    <w:p/>
    <w:p>
      <w:r>
        <w:rPr>
          <w:b/>
          <w:sz w:val="24"/>
        </w:rPr>
        <w:t>Câu 31: Câu 31. Ở đầu chót xương cụt là huyệt:</w:t>
      </w:r>
    </w:p>
    <w:p>
      <w:pPr>
        <w:pStyle w:val="ListParagraph"/>
      </w:pPr>
      <w:r>
        <w:rPr>
          <w:sz w:val="22"/>
        </w:rPr>
        <w:t>A. Trường cường</w:t>
      </w:r>
    </w:p>
    <w:p>
      <w:pPr>
        <w:pStyle w:val="ListParagraph"/>
      </w:pPr>
      <w:r>
        <w:rPr>
          <w:sz w:val="22"/>
        </w:rPr>
        <w:t>B. Chương môn</w:t>
      </w:r>
    </w:p>
    <w:p>
      <w:pPr>
        <w:pStyle w:val="ListParagraph"/>
      </w:pPr>
      <w:r>
        <w:rPr>
          <w:sz w:val="22"/>
        </w:rPr>
        <w:t>C. Trật biên</w:t>
      </w:r>
    </w:p>
    <w:p>
      <w:pPr>
        <w:pStyle w:val="ListParagraph"/>
      </w:pPr>
      <w:r>
        <w:rPr>
          <w:sz w:val="22"/>
        </w:rPr>
        <w:t>D. Thừa sơn</w:t>
      </w:r>
    </w:p>
    <w:p/>
    <w:p>
      <w:r>
        <w:rPr>
          <w:b/>
          <w:sz w:val="24"/>
        </w:rPr>
        <w:t>Câu 32: Câu 32. Vị trí huyệt Nghinh hương:</w:t>
      </w:r>
    </w:p>
    <w:p>
      <w:pPr>
        <w:pStyle w:val="ListParagraph"/>
      </w:pPr>
      <w:r>
        <w:rPr>
          <w:sz w:val="22"/>
        </w:rPr>
        <w:t>A. Từ chân cánh mũi đo ngang ra 4/10 thốn</w:t>
      </w:r>
    </w:p>
    <w:p>
      <w:pPr>
        <w:pStyle w:val="ListParagraph"/>
      </w:pPr>
      <w:r>
        <w:rPr>
          <w:sz w:val="22"/>
        </w:rPr>
        <w:t>B. Từ chân cánh mũi đo ngang ra 0.4cm</w:t>
      </w:r>
    </w:p>
    <w:p>
      <w:pPr>
        <w:pStyle w:val="ListParagraph"/>
      </w:pPr>
      <w:r>
        <w:rPr>
          <w:sz w:val="22"/>
        </w:rPr>
        <w:t>C. Từ chân cánh mũi đo ngang ra 7/10 thốn</w:t>
      </w:r>
    </w:p>
    <w:p>
      <w:pPr>
        <w:pStyle w:val="ListParagraph"/>
      </w:pPr>
      <w:r>
        <w:rPr>
          <w:sz w:val="22"/>
        </w:rPr>
        <w:t>D. Từ chân cánh mũi đo ngang ra 4cm</w:t>
      </w:r>
    </w:p>
    <w:p/>
    <w:p>
      <w:r>
        <w:rPr>
          <w:b/>
          <w:sz w:val="24"/>
        </w:rPr>
        <w:t>Câu 33: Câu 33. Huyệt Huyết hải có tác dụng chữa các chứng:</w:t>
      </w:r>
    </w:p>
    <w:p>
      <w:pPr>
        <w:pStyle w:val="ListParagraph"/>
      </w:pPr>
      <w:r>
        <w:rPr>
          <w:sz w:val="22"/>
        </w:rPr>
        <w:t>A. Rối loạn kinh nguyệt, hoạt huyết, viêm tuyến vú</w:t>
      </w:r>
    </w:p>
    <w:p>
      <w:pPr>
        <w:pStyle w:val="ListParagraph"/>
      </w:pPr>
      <w:r>
        <w:rPr>
          <w:sz w:val="22"/>
        </w:rPr>
        <w:t>B. Rối loạn kinh nguyệt, đau thần kinh đùi, mẩn ngứa</w:t>
      </w:r>
    </w:p>
    <w:p>
      <w:pPr>
        <w:pStyle w:val="ListParagraph"/>
      </w:pPr>
      <w:r>
        <w:rPr>
          <w:sz w:val="22"/>
        </w:rPr>
        <w:t>C. Đau thần kinh tọa, hoạt huyết, mẩn ngứa</w:t>
      </w:r>
    </w:p>
    <w:p>
      <w:pPr>
        <w:pStyle w:val="ListParagraph"/>
      </w:pPr>
      <w:r>
        <w:rPr>
          <w:sz w:val="22"/>
        </w:rPr>
        <w:t>D. Đau dạ dày, rong kinh, xung huyết, mẩn ngứa</w:t>
      </w:r>
    </w:p>
    <w:p/>
    <w:p>
      <w:r>
        <w:rPr>
          <w:b/>
          <w:sz w:val="24"/>
        </w:rPr>
        <w:t>Câu 34: Câu 34. Vị trí huyệt Nội đình:</w:t>
      </w:r>
    </w:p>
    <w:p>
      <w:pPr>
        <w:pStyle w:val="ListParagraph"/>
      </w:pPr>
      <w:r>
        <w:rPr>
          <w:sz w:val="22"/>
        </w:rPr>
        <w:t>A. Từ kẽ ngón chân 2 – 3, sát đầu gần đốt 2 ngón 2 về phía bàn chân</w:t>
      </w:r>
    </w:p>
    <w:p>
      <w:pPr>
        <w:pStyle w:val="ListParagraph"/>
      </w:pPr>
      <w:r>
        <w:rPr>
          <w:sz w:val="22"/>
        </w:rPr>
        <w:t>B. Từ khe ngón chân 2 - 3 sát đầu gần đốt 1 ngón 2 về phía mu chân</w:t>
      </w:r>
    </w:p>
    <w:p>
      <w:pPr>
        <w:pStyle w:val="ListParagraph"/>
      </w:pPr>
      <w:r>
        <w:rPr>
          <w:sz w:val="22"/>
        </w:rPr>
        <w:t>C. Từ khe ngón chân 1 - 2 sát đầu xa đốt 1 ngón 2 về phía bàn chân</w:t>
      </w:r>
    </w:p>
    <w:p>
      <w:pPr>
        <w:pStyle w:val="ListParagraph"/>
      </w:pPr>
      <w:r>
        <w:rPr>
          <w:sz w:val="22"/>
        </w:rPr>
        <w:t>D. Từ khe ngón chân 2 - 3 sát đầu xa đốt 1 ngón 2 về phía mu chân</w:t>
      </w:r>
    </w:p>
    <w:p/>
    <w:p>
      <w:r>
        <w:rPr>
          <w:b/>
          <w:sz w:val="24"/>
        </w:rPr>
        <w:t>Câu 35: Câu 35. Vị trí huyệt Đốc du:</w:t>
      </w:r>
    </w:p>
    <w:p>
      <w:pPr>
        <w:pStyle w:val="ListParagraph"/>
      </w:pPr>
      <w:r>
        <w:rPr>
          <w:sz w:val="22"/>
        </w:rPr>
        <w:t>A. Ở giữa D11 – D12 đo ngang ra 1,5 thốn</w:t>
      </w:r>
    </w:p>
    <w:p>
      <w:pPr>
        <w:pStyle w:val="ListParagraph"/>
      </w:pPr>
      <w:r>
        <w:rPr>
          <w:sz w:val="22"/>
        </w:rPr>
        <w:t>B. Ở giữa D6 – D7 đo ngang ra 1,5 thốn</w:t>
      </w:r>
    </w:p>
    <w:p>
      <w:pPr>
        <w:pStyle w:val="ListParagraph"/>
      </w:pPr>
      <w:r>
        <w:rPr>
          <w:sz w:val="22"/>
        </w:rPr>
        <w:t>C. Ở giữa D7- D8 đo ngang ra 1,5 thốn</w:t>
      </w:r>
    </w:p>
    <w:p>
      <w:pPr>
        <w:pStyle w:val="ListParagraph"/>
      </w:pPr>
      <w:r>
        <w:rPr>
          <w:sz w:val="22"/>
        </w:rPr>
        <w:t>D. Ở giữa D9- D10 đo ngang ra 1,5 thốn</w:t>
      </w:r>
    </w:p>
    <w:p/>
    <w:p>
      <w:r>
        <w:rPr>
          <w:b/>
          <w:sz w:val="24"/>
        </w:rPr>
        <w:t>Câu 36: Câu 36. Tác dụng chữa bệnh của huyệt Lương khâu là:</w:t>
      </w:r>
    </w:p>
    <w:p>
      <w:pPr>
        <w:pStyle w:val="ListParagraph"/>
      </w:pPr>
      <w:r>
        <w:rPr>
          <w:sz w:val="22"/>
        </w:rPr>
        <w:t>A. Đau khớp gối, cắt cơn đau dạ dày, an thần</w:t>
      </w:r>
    </w:p>
    <w:p>
      <w:pPr>
        <w:pStyle w:val="ListParagraph"/>
      </w:pPr>
      <w:r>
        <w:rPr>
          <w:sz w:val="22"/>
        </w:rPr>
        <w:t>B. Đau lưng, đau thần kinh tọa, viêm tuyến vú</w:t>
      </w:r>
    </w:p>
    <w:p>
      <w:pPr>
        <w:pStyle w:val="ListParagraph"/>
      </w:pPr>
      <w:r>
        <w:rPr>
          <w:sz w:val="22"/>
        </w:rPr>
        <w:t>C. Đau khớp gối, cắt cơn đau dạ dày, viêm tuyến vú</w:t>
      </w:r>
    </w:p>
    <w:p>
      <w:pPr>
        <w:pStyle w:val="ListParagraph"/>
      </w:pPr>
      <w:r>
        <w:rPr>
          <w:sz w:val="22"/>
        </w:rPr>
        <w:t>D. Đau thần kinh đùi, viêm tuyến vú, đau mắt đỏ</w:t>
      </w:r>
    </w:p>
    <w:p/>
    <w:p>
      <w:r>
        <w:rPr>
          <w:b/>
          <w:sz w:val="24"/>
        </w:rPr>
        <w:t>Câu 37: Câu 37. Chính giữa D1 – D2 đo ngang ra 1,5 thốn là huyệt:</w:t>
      </w:r>
    </w:p>
    <w:p>
      <w:pPr>
        <w:pStyle w:val="ListParagraph"/>
      </w:pPr>
      <w:r>
        <w:rPr>
          <w:sz w:val="22"/>
        </w:rPr>
        <w:t>A. Đại truỳ</w:t>
      </w:r>
    </w:p>
    <w:p>
      <w:pPr>
        <w:pStyle w:val="ListParagraph"/>
      </w:pPr>
      <w:r>
        <w:rPr>
          <w:sz w:val="22"/>
        </w:rPr>
        <w:t>B. Đại trữ</w:t>
      </w:r>
    </w:p>
    <w:p>
      <w:pPr>
        <w:pStyle w:val="ListParagraph"/>
      </w:pPr>
      <w:r>
        <w:rPr>
          <w:sz w:val="22"/>
        </w:rPr>
        <w:t>C. Phế du</w:t>
      </w:r>
    </w:p>
    <w:p>
      <w:pPr>
        <w:pStyle w:val="ListParagraph"/>
      </w:pPr>
      <w:r>
        <w:rPr>
          <w:sz w:val="22"/>
        </w:rPr>
        <w:t>D. Phong môn</w:t>
      </w:r>
    </w:p>
    <w:p/>
    <w:p>
      <w:r>
        <w:rPr>
          <w:b/>
          <w:sz w:val="24"/>
        </w:rPr>
        <w:t>Câu 38: Câu 38. Huyệt có tác dụng chữa liệt dây thần kinh mũ, đau đám rối thần kinh cánh tay, đau khớp vai, bả vai là huyệt:</w:t>
      </w:r>
    </w:p>
    <w:p>
      <w:pPr>
        <w:pStyle w:val="ListParagraph"/>
      </w:pPr>
      <w:r>
        <w:rPr>
          <w:sz w:val="22"/>
        </w:rPr>
        <w:t>A. Kiên tỉnh</w:t>
      </w:r>
    </w:p>
    <w:p>
      <w:pPr>
        <w:pStyle w:val="ListParagraph"/>
      </w:pPr>
      <w:r>
        <w:rPr>
          <w:sz w:val="22"/>
        </w:rPr>
        <w:t>B. Kiên ngung</w:t>
      </w:r>
    </w:p>
    <w:p>
      <w:pPr>
        <w:pStyle w:val="ListParagraph"/>
      </w:pPr>
      <w:r>
        <w:rPr>
          <w:sz w:val="22"/>
        </w:rPr>
        <w:t>C. Khúc trì</w:t>
      </w:r>
    </w:p>
    <w:p>
      <w:pPr>
        <w:pStyle w:val="ListParagraph"/>
      </w:pPr>
      <w:r>
        <w:rPr>
          <w:sz w:val="22"/>
        </w:rPr>
        <w:t>D. Thiên tông</w:t>
      </w:r>
    </w:p>
    <w:p/>
    <w:p>
      <w:r>
        <w:rPr>
          <w:b/>
          <w:sz w:val="24"/>
        </w:rPr>
        <w:t>Câu 39: Câu 39. Chữa các bệnh ù tai, điếc tai, rối loạn tiền đình là huyệt:</w:t>
      </w:r>
    </w:p>
    <w:p>
      <w:pPr>
        <w:pStyle w:val="ListParagraph"/>
      </w:pPr>
      <w:r>
        <w:rPr>
          <w:sz w:val="22"/>
        </w:rPr>
        <w:t>A. Thái dương</w:t>
      </w:r>
    </w:p>
    <w:p>
      <w:pPr>
        <w:pStyle w:val="ListParagraph"/>
      </w:pPr>
      <w:r>
        <w:rPr>
          <w:sz w:val="22"/>
        </w:rPr>
        <w:t>B. Hạ quan</w:t>
      </w:r>
    </w:p>
    <w:p>
      <w:pPr>
        <w:pStyle w:val="ListParagraph"/>
      </w:pPr>
      <w:r>
        <w:rPr>
          <w:sz w:val="22"/>
        </w:rPr>
        <w:t>C. Ế phong</w:t>
      </w:r>
    </w:p>
    <w:p>
      <w:pPr>
        <w:pStyle w:val="ListParagraph"/>
      </w:pPr>
      <w:r>
        <w:rPr>
          <w:sz w:val="22"/>
        </w:rPr>
        <w:t>D. Phong trì</w:t>
      </w:r>
    </w:p>
    <w:p/>
    <w:p>
      <w:r>
        <w:rPr>
          <w:b/>
          <w:sz w:val="24"/>
        </w:rPr>
        <w:t>Câu 40: Câu 40. Huyệt Dương lăng tuyền có tác dụng chữa:</w:t>
      </w:r>
    </w:p>
    <w:p>
      <w:pPr>
        <w:pStyle w:val="ListParagraph"/>
      </w:pPr>
      <w:r>
        <w:rPr>
          <w:sz w:val="22"/>
        </w:rPr>
        <w:t>A. Đau khớp gối, đau dây thần kinh toạ, nhức nửa bên đầu, đau vai gáy</w:t>
      </w:r>
    </w:p>
    <w:p>
      <w:pPr>
        <w:pStyle w:val="ListParagraph"/>
      </w:pPr>
      <w:r>
        <w:rPr>
          <w:sz w:val="22"/>
        </w:rPr>
        <w:t>B. Đau khớp cổ chân, đau đầu vùng trán, đau khớp háng, viêm họng</w:t>
      </w:r>
    </w:p>
    <w:p>
      <w:pPr>
        <w:pStyle w:val="ListParagraph"/>
      </w:pPr>
      <w:r>
        <w:rPr>
          <w:sz w:val="22"/>
        </w:rPr>
        <w:t>C. Đau dây thần kinh liên sườn, đau đầu vùng gáy, đau răng</w:t>
      </w:r>
    </w:p>
    <w:p>
      <w:pPr>
        <w:pStyle w:val="ListParagraph"/>
      </w:pPr>
      <w:r>
        <w:rPr>
          <w:sz w:val="22"/>
        </w:rPr>
        <w:t>D. Đau dây thần kinh toạ, đau vai gáy, rối loạn kinh nguyệt</w:t>
      </w:r>
    </w:p>
    <w:p/>
    <w:p>
      <w:r>
        <w:rPr>
          <w:b/>
          <w:sz w:val="24"/>
        </w:rPr>
        <w:t>Câu 41: Câu 41. Tính vị quy kinh vị thuốc Lạc tiên:</w:t>
      </w:r>
    </w:p>
    <w:p>
      <w:pPr>
        <w:pStyle w:val="ListParagraph"/>
      </w:pPr>
      <w:r>
        <w:rPr>
          <w:sz w:val="22"/>
        </w:rPr>
        <w:t>A. Vị ngọt, tính bình vào kinh Tâm, Can.</w:t>
      </w:r>
    </w:p>
    <w:p>
      <w:pPr>
        <w:pStyle w:val="ListParagraph"/>
      </w:pPr>
      <w:r>
        <w:rPr>
          <w:sz w:val="22"/>
        </w:rPr>
        <w:t>B. Vị ngọt, tính ấm vào kinh Tỳ, Vị.</w:t>
      </w:r>
    </w:p>
    <w:p>
      <w:pPr>
        <w:pStyle w:val="ListParagraph"/>
      </w:pPr>
      <w:r>
        <w:rPr>
          <w:sz w:val="22"/>
        </w:rPr>
        <w:t>C. Vị ngọt, tính mát vào kinh Can, Tâm.</w:t>
      </w:r>
    </w:p>
    <w:p>
      <w:pPr>
        <w:pStyle w:val="ListParagraph"/>
      </w:pPr>
      <w:r>
        <w:rPr>
          <w:sz w:val="22"/>
        </w:rPr>
        <w:t>D. Vị cay, tính bình vào kinh Can, Đởm</w:t>
      </w:r>
    </w:p>
    <w:p/>
    <w:p>
      <w:r>
        <w:rPr>
          <w:b/>
          <w:sz w:val="24"/>
        </w:rPr>
        <w:t>Câu 42: Câu 42. Tính vị quy kinh vị thuốc Tang bạch bì:</w:t>
      </w:r>
    </w:p>
    <w:p>
      <w:pPr>
        <w:pStyle w:val="ListParagraph"/>
      </w:pPr>
      <w:r>
        <w:rPr>
          <w:sz w:val="22"/>
        </w:rPr>
        <w:t>A. Vị ngọt, tính lạnh vào kinh Phế.</w:t>
      </w:r>
    </w:p>
    <w:p>
      <w:pPr>
        <w:pStyle w:val="ListParagraph"/>
      </w:pPr>
      <w:r>
        <w:rPr>
          <w:sz w:val="22"/>
        </w:rPr>
        <w:t>B. Vị ngọt, tính ấm vào kinh Vị.</w:t>
      </w:r>
    </w:p>
    <w:p>
      <w:pPr>
        <w:pStyle w:val="ListParagraph"/>
      </w:pPr>
      <w:r>
        <w:rPr>
          <w:sz w:val="22"/>
        </w:rPr>
        <w:t>C. Vị ngọt, tính mát vào kinh Tâm.</w:t>
      </w:r>
    </w:p>
    <w:p>
      <w:pPr>
        <w:pStyle w:val="ListParagraph"/>
      </w:pPr>
      <w:r>
        <w:rPr>
          <w:sz w:val="22"/>
        </w:rPr>
        <w:t>D. Vị ngọt, tính bình vào kinh Can.</w:t>
      </w:r>
    </w:p>
    <w:p/>
    <w:p>
      <w:r>
        <w:rPr>
          <w:b/>
          <w:sz w:val="24"/>
        </w:rPr>
        <w:t>Câu 43: Câu 43. Tính vị quy kinh vị thuốc Ngải cứu:</w:t>
      </w:r>
    </w:p>
    <w:p>
      <w:pPr>
        <w:pStyle w:val="ListParagraph"/>
      </w:pPr>
      <w:r>
        <w:rPr>
          <w:sz w:val="22"/>
        </w:rPr>
        <w:t>A. Vị đắng, tính ấm vào kinh Can, Tỳ, Thận.</w:t>
      </w:r>
    </w:p>
    <w:p>
      <w:pPr>
        <w:pStyle w:val="ListParagraph"/>
      </w:pPr>
      <w:r>
        <w:rPr>
          <w:sz w:val="22"/>
        </w:rPr>
        <w:t>B. Vị đắng, tính nóng vào kinh Can, Tâm, Thận.</w:t>
      </w:r>
    </w:p>
    <w:p>
      <w:pPr>
        <w:pStyle w:val="ListParagraph"/>
      </w:pPr>
      <w:r>
        <w:rPr>
          <w:sz w:val="22"/>
        </w:rPr>
        <w:t>C. Vị đắng, tính mát vào kinh Can, Phế, Thận.</w:t>
      </w:r>
    </w:p>
    <w:p>
      <w:pPr>
        <w:pStyle w:val="ListParagraph"/>
      </w:pPr>
      <w:r>
        <w:rPr>
          <w:sz w:val="22"/>
        </w:rPr>
        <w:t>D. Vị đắng, tính bình vào kinh Can, Vị, Thận.</w:t>
      </w:r>
    </w:p>
    <w:p/>
    <w:p>
      <w:r>
        <w:rPr>
          <w:b/>
          <w:sz w:val="24"/>
        </w:rPr>
        <w:t>Câu 44: Câu 44. Tính vị quy kinh vị thuốc Râu bắp:</w:t>
      </w:r>
    </w:p>
    <w:p>
      <w:pPr>
        <w:pStyle w:val="ListParagraph"/>
      </w:pPr>
      <w:r>
        <w:rPr>
          <w:sz w:val="22"/>
        </w:rPr>
        <w:t>A. Vị ngọt, tính ấm vào kinh Can, Đởm, Bàng quang.</w:t>
      </w:r>
    </w:p>
    <w:p>
      <w:pPr>
        <w:pStyle w:val="ListParagraph"/>
      </w:pPr>
      <w:r>
        <w:rPr>
          <w:sz w:val="22"/>
        </w:rPr>
        <w:t>B. Vị ngọt, tính nóng vào kinh Can, Đởm, Bàng quang.</w:t>
      </w:r>
    </w:p>
    <w:p>
      <w:pPr>
        <w:pStyle w:val="ListParagraph"/>
      </w:pPr>
      <w:r>
        <w:rPr>
          <w:sz w:val="22"/>
        </w:rPr>
        <w:t>C. Vị ngọt tính bình vào kinh Can, Đởm, Bàng quang.</w:t>
      </w:r>
    </w:p>
    <w:p>
      <w:pPr>
        <w:pStyle w:val="ListParagraph"/>
      </w:pPr>
      <w:r>
        <w:rPr>
          <w:sz w:val="22"/>
        </w:rPr>
        <w:t>D. Vị ngọt tính mát vào kinh Can, Thận, Bàng quang</w:t>
      </w:r>
    </w:p>
    <w:p/>
    <w:p>
      <w:r>
        <w:rPr>
          <w:b/>
          <w:sz w:val="24"/>
        </w:rPr>
        <w:t>Câu 45: Câu 45. Tính vị quy kinh vị thuốc Hạ khô thảo:</w:t>
      </w:r>
    </w:p>
    <w:p>
      <w:pPr>
        <w:pStyle w:val="ListParagraph"/>
      </w:pPr>
      <w:r>
        <w:rPr>
          <w:sz w:val="22"/>
        </w:rPr>
        <w:t>A. Vị đắng, cay tính mát vào kinh can, đởm</w:t>
      </w:r>
    </w:p>
    <w:p>
      <w:pPr>
        <w:pStyle w:val="ListParagraph"/>
      </w:pPr>
      <w:r>
        <w:rPr>
          <w:sz w:val="22"/>
        </w:rPr>
        <w:t>B. Vị cay, đắng tính ấm vào kinh can, thận</w:t>
      </w:r>
    </w:p>
    <w:p>
      <w:pPr>
        <w:pStyle w:val="ListParagraph"/>
      </w:pPr>
      <w:r>
        <w:rPr>
          <w:sz w:val="22"/>
        </w:rPr>
        <w:t>C. Vị đắng, cay tính mát vào kinh can, vị.</w:t>
      </w:r>
    </w:p>
    <w:p>
      <w:pPr>
        <w:pStyle w:val="ListParagraph"/>
      </w:pPr>
      <w:r>
        <w:rPr>
          <w:sz w:val="22"/>
        </w:rPr>
        <w:t>D. Vị cay, đắng tính ấm vào kinh can, đởm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