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tuần 4 môn TV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Từ nào dưới đây là tính từ?</w:t>
      </w:r>
    </w:p>
    <w:p>
      <w:pPr>
        <w:pStyle w:val="ListParagraph"/>
      </w:pPr>
      <w:r>
        <w:rPr>
          <w:sz w:val="22"/>
        </w:rPr>
        <w:t>A. chạy</w:t>
      </w:r>
    </w:p>
    <w:p>
      <w:pPr>
        <w:pStyle w:val="ListParagraph"/>
      </w:pPr>
      <w:r>
        <w:rPr>
          <w:sz w:val="22"/>
        </w:rPr>
        <w:t>B. xinh xắn</w:t>
      </w:r>
    </w:p>
    <w:p>
      <w:pPr>
        <w:pStyle w:val="ListParagraph"/>
      </w:pPr>
      <w:r>
        <w:rPr>
          <w:sz w:val="22"/>
        </w:rPr>
        <w:t>C. học sinh</w:t>
      </w:r>
    </w:p>
    <w:p>
      <w:pPr>
        <w:pStyle w:val="ListParagraph"/>
      </w:pPr>
      <w:r>
        <w:rPr>
          <w:sz w:val="22"/>
        </w:rPr>
        <w:t>D. bàn ghế</w:t>
      </w:r>
    </w:p>
    <w:p/>
    <w:p>
      <w:r>
        <w:rPr>
          <w:b/>
          <w:sz w:val="24"/>
        </w:rPr>
        <w:t>Câu 2: Trong câu “Cô giáo rất dịu dàng.”, từ nào là tính từ?</w:t>
      </w:r>
    </w:p>
    <w:p>
      <w:pPr>
        <w:pStyle w:val="ListParagraph"/>
      </w:pPr>
      <w:r>
        <w:rPr>
          <w:sz w:val="22"/>
        </w:rPr>
        <w:t>A. Cô giáo</w:t>
      </w:r>
    </w:p>
    <w:p>
      <w:pPr>
        <w:pStyle w:val="ListParagraph"/>
      </w:pPr>
      <w:r>
        <w:rPr>
          <w:sz w:val="22"/>
        </w:rPr>
        <w:t>B. rất</w:t>
      </w:r>
    </w:p>
    <w:p>
      <w:pPr>
        <w:pStyle w:val="ListParagraph"/>
      </w:pPr>
      <w:r>
        <w:rPr>
          <w:sz w:val="22"/>
        </w:rPr>
        <w:t>C. dịu dàng</w:t>
      </w:r>
    </w:p>
    <w:p>
      <w:pPr>
        <w:pStyle w:val="ListParagraph"/>
      </w:pPr>
      <w:r>
        <w:rPr>
          <w:sz w:val="22"/>
        </w:rPr>
        <w:t>D. câu</w:t>
      </w:r>
    </w:p>
    <w:p/>
    <w:p>
      <w:r>
        <w:rPr>
          <w:b/>
          <w:sz w:val="24"/>
        </w:rPr>
        <w:t>Câu 3: Từ nào không phải là tính từ?</w:t>
      </w:r>
    </w:p>
    <w:p>
      <w:pPr>
        <w:pStyle w:val="ListParagraph"/>
      </w:pPr>
      <w:r>
        <w:rPr>
          <w:sz w:val="22"/>
        </w:rPr>
        <w:t>A. cao lớn</w:t>
      </w:r>
    </w:p>
    <w:p>
      <w:pPr>
        <w:pStyle w:val="ListParagraph"/>
      </w:pPr>
      <w:r>
        <w:rPr>
          <w:sz w:val="22"/>
        </w:rPr>
        <w:t>B. thông minh</w:t>
      </w:r>
    </w:p>
    <w:p>
      <w:pPr>
        <w:pStyle w:val="ListParagraph"/>
      </w:pPr>
      <w:r>
        <w:rPr>
          <w:sz w:val="22"/>
        </w:rPr>
        <w:t>C. bàn ghế</w:t>
      </w:r>
    </w:p>
    <w:p>
      <w:pPr>
        <w:pStyle w:val="ListParagraph"/>
      </w:pPr>
      <w:r>
        <w:rPr>
          <w:sz w:val="22"/>
        </w:rPr>
        <w:t>D. xanh mướt</w:t>
      </w:r>
    </w:p>
    <w:p/>
    <w:p>
      <w:r>
        <w:rPr>
          <w:b/>
          <w:sz w:val="24"/>
        </w:rPr>
        <w:t>Câu 4: Tính từ trong câu “Bầu trời mùa thu trong xanh.” là:</w:t>
      </w:r>
    </w:p>
    <w:p>
      <w:pPr>
        <w:pStyle w:val="ListParagraph"/>
      </w:pPr>
      <w:r>
        <w:rPr>
          <w:sz w:val="22"/>
        </w:rPr>
        <w:t>A. Bầu trời</w:t>
      </w:r>
    </w:p>
    <w:p>
      <w:pPr>
        <w:pStyle w:val="ListParagraph"/>
      </w:pPr>
      <w:r>
        <w:rPr>
          <w:sz w:val="22"/>
        </w:rPr>
        <w:t>B. mùa thu</w:t>
      </w:r>
    </w:p>
    <w:p>
      <w:pPr>
        <w:pStyle w:val="ListParagraph"/>
      </w:pPr>
      <w:r>
        <w:rPr>
          <w:sz w:val="22"/>
        </w:rPr>
        <w:t>C. trong xanh</w:t>
      </w:r>
    </w:p>
    <w:p>
      <w:pPr>
        <w:pStyle w:val="ListParagraph"/>
      </w:pPr>
      <w:r>
        <w:rPr>
          <w:sz w:val="22"/>
        </w:rPr>
        <w:t>D. mùa</w:t>
      </w:r>
    </w:p>
    <w:p/>
    <w:p>
      <w:r>
        <w:rPr>
          <w:b/>
          <w:sz w:val="24"/>
        </w:rPr>
        <w:t>Câu 5: Từ nào đồng nghĩa với “chăm chỉ”?</w:t>
      </w:r>
    </w:p>
    <w:p>
      <w:pPr>
        <w:pStyle w:val="ListParagraph"/>
      </w:pPr>
      <w:r>
        <w:rPr>
          <w:sz w:val="22"/>
        </w:rPr>
        <w:t>A. lười biếng</w:t>
      </w:r>
    </w:p>
    <w:p>
      <w:pPr>
        <w:pStyle w:val="ListParagraph"/>
      </w:pPr>
      <w:r>
        <w:rPr>
          <w:sz w:val="22"/>
        </w:rPr>
        <w:t>B. siêng năng</w:t>
      </w:r>
    </w:p>
    <w:p>
      <w:pPr>
        <w:pStyle w:val="ListParagraph"/>
      </w:pPr>
      <w:r>
        <w:rPr>
          <w:sz w:val="22"/>
        </w:rPr>
        <w:t>C. vui vẻ</w:t>
      </w:r>
    </w:p>
    <w:p>
      <w:pPr>
        <w:pStyle w:val="ListParagraph"/>
      </w:pPr>
      <w:r>
        <w:rPr>
          <w:sz w:val="22"/>
        </w:rPr>
        <w:t>D. buồn bã</w:t>
      </w:r>
    </w:p>
    <w:p/>
    <w:p>
      <w:r>
        <w:rPr>
          <w:b/>
          <w:sz w:val="24"/>
        </w:rPr>
        <w:t>Câu 6: Từ nào trái nghĩa với “dũng cảm”?</w:t>
      </w:r>
    </w:p>
    <w:p>
      <w:pPr>
        <w:pStyle w:val="ListParagraph"/>
      </w:pPr>
      <w:r>
        <w:rPr>
          <w:sz w:val="22"/>
        </w:rPr>
        <w:t>A. gan dạ</w:t>
      </w:r>
    </w:p>
    <w:p>
      <w:pPr>
        <w:pStyle w:val="ListParagraph"/>
      </w:pPr>
      <w:r>
        <w:rPr>
          <w:sz w:val="22"/>
        </w:rPr>
        <w:t>B. nhút nhát</w:t>
      </w:r>
    </w:p>
    <w:p>
      <w:pPr>
        <w:pStyle w:val="ListParagraph"/>
      </w:pPr>
      <w:r>
        <w:rPr>
          <w:sz w:val="22"/>
        </w:rPr>
        <w:t>C. can đảm</w:t>
      </w:r>
    </w:p>
    <w:p>
      <w:pPr>
        <w:pStyle w:val="ListParagraph"/>
      </w:pPr>
      <w:r>
        <w:rPr>
          <w:sz w:val="22"/>
        </w:rPr>
        <w:t>D. bạo dạn</w:t>
      </w:r>
    </w:p>
    <w:p/>
    <w:p>
      <w:r>
        <w:rPr>
          <w:b/>
          <w:sz w:val="24"/>
        </w:rPr>
        <w:t>Câu 7: Câu nào dưới đây là câu kể Ai làm gì?</w:t>
      </w:r>
    </w:p>
    <w:p>
      <w:pPr>
        <w:pStyle w:val="ListParagraph"/>
      </w:pPr>
      <w:r>
        <w:rPr>
          <w:sz w:val="22"/>
        </w:rPr>
        <w:t>A. Bạn Lan rất xinh.</w:t>
      </w:r>
    </w:p>
    <w:p>
      <w:pPr>
        <w:pStyle w:val="ListParagraph"/>
      </w:pPr>
      <w:r>
        <w:rPr>
          <w:sz w:val="22"/>
        </w:rPr>
        <w:t>B. Bạn Lan đang đọc sách.</w:t>
      </w:r>
    </w:p>
    <w:p>
      <w:pPr>
        <w:pStyle w:val="ListParagraph"/>
      </w:pPr>
      <w:r>
        <w:rPr>
          <w:sz w:val="22"/>
        </w:rPr>
        <w:t>C. Bạn Lan là học sinh giỏi.</w:t>
      </w:r>
    </w:p>
    <w:p>
      <w:pPr>
        <w:pStyle w:val="ListParagraph"/>
      </w:pPr>
      <w:r>
        <w:rPr>
          <w:sz w:val="22"/>
        </w:rPr>
        <w:t>D. Bạn Lan có mái tóc dài.</w:t>
      </w:r>
    </w:p>
    <w:p/>
    <w:p>
      <w:r>
        <w:rPr>
          <w:b/>
          <w:sz w:val="24"/>
        </w:rPr>
        <w:t>Câu 8: Dấu câu nào dùng để kết thúc câu hỏi?</w:t>
      </w:r>
    </w:p>
    <w:p>
      <w:pPr>
        <w:pStyle w:val="ListParagraph"/>
      </w:pPr>
      <w:r>
        <w:rPr>
          <w:sz w:val="22"/>
        </w:rPr>
        <w:t>A. Dấu chấm</w:t>
      </w:r>
    </w:p>
    <w:p>
      <w:pPr>
        <w:pStyle w:val="ListParagraph"/>
      </w:pPr>
      <w:r>
        <w:rPr>
          <w:sz w:val="22"/>
        </w:rPr>
        <w:t>B. Dấu phẩy</w:t>
      </w:r>
    </w:p>
    <w:p>
      <w:pPr>
        <w:pStyle w:val="ListParagraph"/>
      </w:pPr>
      <w:r>
        <w:rPr>
          <w:sz w:val="22"/>
        </w:rPr>
        <w:t>C. Dấu chấm hỏi</w:t>
      </w:r>
    </w:p>
    <w:p>
      <w:pPr>
        <w:pStyle w:val="ListParagraph"/>
      </w:pPr>
      <w:r>
        <w:rPr>
          <w:sz w:val="22"/>
        </w:rPr>
        <w:t>D. Dấu chấm than</w:t>
      </w:r>
    </w:p>
    <w:p/>
    <w:p>
      <w:r>
        <w:rPr>
          <w:b/>
          <w:sz w:val="24"/>
        </w:rPr>
        <w:t>Câu 9: Từ nào viết đúng chính tả?</w:t>
      </w:r>
    </w:p>
    <w:p>
      <w:pPr>
        <w:pStyle w:val="ListParagraph"/>
      </w:pPr>
      <w:r>
        <w:rPr>
          <w:sz w:val="22"/>
        </w:rPr>
        <w:t>A. sạch sẽ</w:t>
      </w:r>
    </w:p>
    <w:p>
      <w:pPr>
        <w:pStyle w:val="ListParagraph"/>
      </w:pPr>
      <w:r>
        <w:rPr>
          <w:sz w:val="22"/>
        </w:rPr>
        <w:t>B. sạch sẻ</w:t>
      </w:r>
    </w:p>
    <w:p>
      <w:pPr>
        <w:pStyle w:val="ListParagraph"/>
      </w:pPr>
      <w:r>
        <w:rPr>
          <w:sz w:val="22"/>
        </w:rPr>
        <w:t>C. xạch sẽ</w:t>
      </w:r>
    </w:p>
    <w:p>
      <w:pPr>
        <w:pStyle w:val="ListParagraph"/>
      </w:pPr>
      <w:r>
        <w:rPr>
          <w:sz w:val="22"/>
        </w:rPr>
        <w:t>D. sạch xẽ</w:t>
      </w:r>
    </w:p>
    <w:p/>
    <w:p>
      <w:r>
        <w:rPr>
          <w:b/>
          <w:sz w:val="24"/>
        </w:rPr>
        <w:t>Câu 10: Thành ngữ nào nói về lòng nhân hậu?</w:t>
      </w:r>
    </w:p>
    <w:p>
      <w:pPr>
        <w:pStyle w:val="ListParagraph"/>
      </w:pPr>
      <w:r>
        <w:rPr>
          <w:sz w:val="22"/>
        </w:rPr>
        <w:t>A. Lá lành đùm lá rách</w:t>
      </w:r>
    </w:p>
    <w:p>
      <w:pPr>
        <w:pStyle w:val="ListParagraph"/>
      </w:pPr>
      <w:r>
        <w:rPr>
          <w:sz w:val="22"/>
        </w:rPr>
        <w:t>B. Đói cho sạch, rách cho thơm</w:t>
      </w:r>
    </w:p>
    <w:p>
      <w:pPr>
        <w:pStyle w:val="ListParagraph"/>
      </w:pPr>
      <w:r>
        <w:rPr>
          <w:sz w:val="22"/>
        </w:rPr>
        <w:t>C. Có công mài sắt, có ngày nên kim</w:t>
      </w:r>
    </w:p>
    <w:p>
      <w:pPr>
        <w:pStyle w:val="ListParagraph"/>
      </w:pPr>
      <w:r>
        <w:rPr>
          <w:sz w:val="22"/>
        </w:rPr>
        <w:t>D. Uống nước nhớ nguồn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