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5 câu trắc nghiệm về tin học bài 2 kết nố...</w:t>
      </w:r>
    </w:p>
    <w:p>
      <w:pPr>
        <w:jc w:val="center"/>
      </w:pPr>
      <w:r>
        <w:rPr>
          <w:sz w:val="22"/>
        </w:rPr>
        <w:t>Số câu: 5    Thời gian: _____ phút    Họ và tên: _________________________</w:t>
      </w:r>
    </w:p>
    <w:p/>
    <w:p>
      <w:r>
        <w:rPr>
          <w:b/>
          <w:sz w:val="24"/>
        </w:rPr>
        <w:t>Câu 1: Trí tuệ nhân tạo (AI) cần yếu tố nào để có thể học và đưa ra quyết định?</w:t>
      </w:r>
    </w:p>
    <w:p>
      <w:pPr>
        <w:pStyle w:val="ListParagraph"/>
      </w:pPr>
      <w:r>
        <w:rPr>
          <w:sz w:val="22"/>
        </w:rPr>
        <w:t>A. Dữ liệu</w:t>
      </w:r>
    </w:p>
    <w:p>
      <w:pPr>
        <w:pStyle w:val="ListParagraph"/>
      </w:pPr>
      <w:r>
        <w:rPr>
          <w:sz w:val="22"/>
        </w:rPr>
        <w:t>B. Màn hình</w:t>
      </w:r>
    </w:p>
    <w:p>
      <w:pPr>
        <w:pStyle w:val="ListParagraph"/>
      </w:pPr>
      <w:r>
        <w:rPr>
          <w:sz w:val="22"/>
        </w:rPr>
        <w:t>C. Bàn phím</w:t>
      </w:r>
    </w:p>
    <w:p>
      <w:pPr>
        <w:pStyle w:val="ListParagraph"/>
      </w:pPr>
      <w:r>
        <w:rPr>
          <w:sz w:val="22"/>
        </w:rPr>
        <w:t>D. Loa</w:t>
      </w:r>
    </w:p>
    <w:p/>
    <w:p>
      <w:r>
        <w:rPr>
          <w:b/>
          <w:sz w:val="24"/>
        </w:rPr>
        <w:t>Câu 2: Tập dữ liệu được sử dụng để huấn luyện mô hình AI được gọi là gì?</w:t>
      </w:r>
    </w:p>
    <w:p>
      <w:pPr>
        <w:pStyle w:val="ListParagraph"/>
      </w:pPr>
      <w:r>
        <w:rPr>
          <w:sz w:val="22"/>
        </w:rPr>
        <w:t>A. Dữ liệu kiểm thử</w:t>
      </w:r>
    </w:p>
    <w:p>
      <w:pPr>
        <w:pStyle w:val="ListParagraph"/>
      </w:pPr>
      <w:r>
        <w:rPr>
          <w:sz w:val="22"/>
        </w:rPr>
        <w:t>B. Dữ liệu huấn luyện</w:t>
      </w:r>
    </w:p>
    <w:p>
      <w:pPr>
        <w:pStyle w:val="ListParagraph"/>
      </w:pPr>
      <w:r>
        <w:rPr>
          <w:sz w:val="22"/>
        </w:rPr>
        <w:t>C. Dữ liệu dự đoán</w:t>
      </w:r>
    </w:p>
    <w:p>
      <w:pPr>
        <w:pStyle w:val="ListParagraph"/>
      </w:pPr>
      <w:r>
        <w:rPr>
          <w:sz w:val="22"/>
        </w:rPr>
        <w:t>D. Dữ liệu đầu ra</w:t>
      </w:r>
    </w:p>
    <w:p/>
    <w:p>
      <w:r>
        <w:rPr>
          <w:b/>
          <w:sz w:val="24"/>
        </w:rPr>
        <w:t>Câu 3: Phát biểu nào sau đây đúng về vai trò của dữ liệu đối với AI?</w:t>
      </w:r>
    </w:p>
    <w:p>
      <w:pPr>
        <w:pStyle w:val="ListParagraph"/>
      </w:pPr>
      <w:r>
        <w:rPr>
          <w:sz w:val="22"/>
        </w:rPr>
        <w:t>A. Dữ liệu càng ít thì AI càng thông minh.</w:t>
      </w:r>
    </w:p>
    <w:p>
      <w:pPr>
        <w:pStyle w:val="ListParagraph"/>
      </w:pPr>
      <w:r>
        <w:rPr>
          <w:sz w:val="22"/>
        </w:rPr>
        <w:t>B. Chất lượng dữ liệu không ảnh hưởng đến kết quả của AI.</w:t>
      </w:r>
    </w:p>
    <w:p>
      <w:pPr>
        <w:pStyle w:val="ListParagraph"/>
      </w:pPr>
      <w:r>
        <w:rPr>
          <w:sz w:val="22"/>
        </w:rPr>
        <w:t>C. Dữ liệu là đầu vào quan trọng giúp AI học và cải thiện.</w:t>
      </w:r>
    </w:p>
    <w:p>
      <w:pPr>
        <w:pStyle w:val="ListParagraph"/>
      </w:pPr>
      <w:r>
        <w:rPr>
          <w:sz w:val="22"/>
        </w:rPr>
        <w:t>D. AI có thể hoạt động chính xác mà không cần dữ liệu.</w:t>
      </w:r>
    </w:p>
    <w:p/>
    <w:p>
      <w:r>
        <w:rPr>
          <w:b/>
          <w:sz w:val="24"/>
        </w:rPr>
        <w:t>Câu 4: Đặc điểm nào sau đây KHÔNG thuộc đặc trưng cơ bản của dữ liệu lớn (Big Data)?</w:t>
      </w:r>
    </w:p>
    <w:p>
      <w:pPr>
        <w:pStyle w:val="ListParagraph"/>
      </w:pPr>
      <w:r>
        <w:rPr>
          <w:sz w:val="22"/>
        </w:rPr>
        <w:t>A. Khối lượng lớn (Volume)</w:t>
      </w:r>
    </w:p>
    <w:p>
      <w:pPr>
        <w:pStyle w:val="ListParagraph"/>
      </w:pPr>
      <w:r>
        <w:rPr>
          <w:sz w:val="22"/>
        </w:rPr>
        <w:t>B. Tốc độ nhanh (Velocity)</w:t>
      </w:r>
    </w:p>
    <w:p>
      <w:pPr>
        <w:pStyle w:val="ListParagraph"/>
      </w:pPr>
      <w:r>
        <w:rPr>
          <w:sz w:val="22"/>
        </w:rPr>
        <w:t>C. Đa dạng (Variety)</w:t>
      </w:r>
    </w:p>
    <w:p>
      <w:pPr>
        <w:pStyle w:val="ListParagraph"/>
      </w:pPr>
      <w:r>
        <w:rPr>
          <w:sz w:val="22"/>
        </w:rPr>
        <w:t>D. Tính bảo mật tuyệt đối (Security)</w:t>
      </w:r>
    </w:p>
    <w:p/>
    <w:p>
      <w:r>
        <w:rPr>
          <w:b/>
          <w:sz w:val="24"/>
        </w:rPr>
        <w:t>Câu 5: Khi thu thập dữ liệu cá nhân để huấn luyện AI, vấn đề đạo đức nào cần được quan tâm hàng đầu?</w:t>
      </w:r>
    </w:p>
    <w:p>
      <w:pPr>
        <w:pStyle w:val="ListParagraph"/>
      </w:pPr>
      <w:r>
        <w:rPr>
          <w:sz w:val="22"/>
        </w:rPr>
        <w:t>A. Tăng tốc độ xử lý</w:t>
      </w:r>
    </w:p>
    <w:p>
      <w:pPr>
        <w:pStyle w:val="ListParagraph"/>
      </w:pPr>
      <w:r>
        <w:rPr>
          <w:sz w:val="22"/>
        </w:rPr>
        <w:t>B. Giảm dung lượng lưu trữ</w:t>
      </w:r>
    </w:p>
    <w:p>
      <w:pPr>
        <w:pStyle w:val="ListParagraph"/>
      </w:pPr>
      <w:r>
        <w:rPr>
          <w:sz w:val="22"/>
        </w:rPr>
        <w:t>C. Quyền riêng tư và sự đồng ý của người dùng</w:t>
      </w:r>
    </w:p>
    <w:p>
      <w:pPr>
        <w:pStyle w:val="ListParagraph"/>
      </w:pPr>
      <w:r>
        <w:rPr>
          <w:sz w:val="22"/>
        </w:rPr>
        <w:t>D. Tăng kích thước màn hình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