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HÓA DƯỢC – DƯỢC LÝ</w:t>
      </w:r>
    </w:p>
    <w:p>
      <w:pPr>
        <w:jc w:val="center"/>
      </w:pPr>
      <w:r>
        <w:rPr>
          <w:sz w:val="22"/>
        </w:rPr>
        <w:t>Số câu: 101    Thời gian: _____ phút    Họ và tên: _________________________</w:t>
      </w:r>
    </w:p>
    <w:p/>
    <w:p>
      <w:r>
        <w:rPr>
          <w:b/>
          <w:sz w:val="24"/>
        </w:rPr>
        <w:t>Câu 1: Đái tháo đường (ĐTĐ) là một bệnh gây tăng glucose huyết mãn tính do thiếu....tuyệt đối hoặc tương đối.</w:t>
      </w:r>
    </w:p>
    <w:p/>
    <w:p>
      <w:r>
        <w:rPr>
          <w:b/>
          <w:sz w:val="24"/>
        </w:rPr>
        <w:t>Câu 2: Nước tiểu của người bình thường không có glucose.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3: Tuyến tụy (A) tiết ra hormon insulin.</w:t>
      </w:r>
    </w:p>
    <w:p/>
    <w:p>
      <w:r>
        <w:rPr>
          <w:b/>
          <w:sz w:val="24"/>
        </w:rPr>
        <w:t>Câu 4: Insulin không được dùng bằng đường uống vì insulin bị dịch tiêu hóa phân hủy.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5: Thuốc điều trị đái tháo đường có tác dụng kích thích bài tiết insulin:</w:t>
      </w:r>
    </w:p>
    <w:p>
      <w:pPr>
        <w:pStyle w:val="ListParagraph"/>
      </w:pPr>
      <w:r>
        <w:rPr>
          <w:sz w:val="22"/>
        </w:rPr>
        <w:t>A. Acarbose</w:t>
      </w:r>
    </w:p>
    <w:p>
      <w:pPr>
        <w:pStyle w:val="ListParagraph"/>
      </w:pPr>
      <w:r>
        <w:rPr>
          <w:sz w:val="22"/>
        </w:rPr>
        <w:t>B. Glimepirid</w:t>
      </w:r>
    </w:p>
    <w:p>
      <w:pPr>
        <w:pStyle w:val="ListParagraph"/>
      </w:pPr>
      <w:r>
        <w:rPr>
          <w:sz w:val="22"/>
        </w:rPr>
        <w:t>C. Metformin</w:t>
      </w:r>
    </w:p>
    <w:p>
      <w:pPr>
        <w:pStyle w:val="ListParagraph"/>
      </w:pPr>
      <w:r>
        <w:rPr>
          <w:sz w:val="22"/>
        </w:rPr>
        <w:t>D. Sitagliptin</w:t>
      </w:r>
    </w:p>
    <w:p/>
    <w:p>
      <w:r>
        <w:rPr>
          <w:b/>
          <w:sz w:val="24"/>
        </w:rPr>
        <w:t>Câu 6: Thuốc điều trị đái tháo đường có tác dụng ức chế alpha glucosidase:</w:t>
      </w:r>
    </w:p>
    <w:p>
      <w:pPr>
        <w:pStyle w:val="ListParagraph"/>
      </w:pPr>
      <w:r>
        <w:rPr>
          <w:sz w:val="22"/>
        </w:rPr>
        <w:t>A. Insulin</w:t>
      </w:r>
    </w:p>
    <w:p>
      <w:pPr>
        <w:pStyle w:val="ListParagraph"/>
      </w:pPr>
      <w:r>
        <w:rPr>
          <w:sz w:val="22"/>
        </w:rPr>
        <w:t>B. Glyburide</w:t>
      </w:r>
    </w:p>
    <w:p>
      <w:pPr>
        <w:pStyle w:val="ListParagraph"/>
      </w:pPr>
      <w:r>
        <w:rPr>
          <w:sz w:val="22"/>
        </w:rPr>
        <w:t>C. Acarbose</w:t>
      </w:r>
    </w:p>
    <w:p>
      <w:pPr>
        <w:pStyle w:val="ListParagraph"/>
      </w:pPr>
      <w:r>
        <w:rPr>
          <w:sz w:val="22"/>
        </w:rPr>
        <w:t>D. Sitagliptin</w:t>
      </w:r>
    </w:p>
    <w:p/>
    <w:p>
      <w:r>
        <w:rPr>
          <w:b/>
          <w:sz w:val="24"/>
        </w:rPr>
        <w:t>Câu 7: Thuốc có tác dụng giống Incretin thuộc nhóm ức chế Dipeptidyl Peptidase-4 là:</w:t>
      </w:r>
    </w:p>
    <w:p>
      <w:pPr>
        <w:pStyle w:val="ListParagraph"/>
      </w:pPr>
      <w:r>
        <w:rPr>
          <w:sz w:val="22"/>
        </w:rPr>
        <w:t>A. Insulin</w:t>
      </w:r>
    </w:p>
    <w:p>
      <w:pPr>
        <w:pStyle w:val="ListParagraph"/>
      </w:pPr>
      <w:r>
        <w:rPr>
          <w:sz w:val="22"/>
        </w:rPr>
        <w:t>B. Glyburide</w:t>
      </w:r>
    </w:p>
    <w:p>
      <w:pPr>
        <w:pStyle w:val="ListParagraph"/>
      </w:pPr>
      <w:r>
        <w:rPr>
          <w:sz w:val="22"/>
        </w:rPr>
        <w:t>C. Acarbose</w:t>
      </w:r>
    </w:p>
    <w:p>
      <w:pPr>
        <w:pStyle w:val="ListParagraph"/>
      </w:pPr>
      <w:r>
        <w:rPr>
          <w:sz w:val="22"/>
        </w:rPr>
        <w:t>D. Sitagliptin</w:t>
      </w:r>
    </w:p>
    <w:p/>
    <w:p>
      <w:r>
        <w:rPr>
          <w:b/>
          <w:sz w:val="24"/>
        </w:rPr>
        <w:t>Câu 8: Thuốc đồng vận thụ thể GLP-1 làm tăng tiết insulin, ức chế tác dụng của glucagon:</w:t>
      </w:r>
    </w:p>
    <w:p>
      <w:pPr>
        <w:pStyle w:val="ListParagraph"/>
      </w:pPr>
      <w:r>
        <w:rPr>
          <w:sz w:val="22"/>
        </w:rPr>
        <w:t>A. Liraglutide</w:t>
      </w:r>
    </w:p>
    <w:p>
      <w:pPr>
        <w:pStyle w:val="ListParagraph"/>
      </w:pPr>
      <w:r>
        <w:rPr>
          <w:sz w:val="22"/>
        </w:rPr>
        <w:t>B. Glyburide</w:t>
      </w:r>
    </w:p>
    <w:p>
      <w:pPr>
        <w:pStyle w:val="ListParagraph"/>
      </w:pPr>
      <w:r>
        <w:rPr>
          <w:sz w:val="22"/>
        </w:rPr>
        <w:t>C. Acarbose</w:t>
      </w:r>
    </w:p>
    <w:p>
      <w:pPr>
        <w:pStyle w:val="ListParagraph"/>
      </w:pPr>
      <w:r>
        <w:rPr>
          <w:sz w:val="22"/>
        </w:rPr>
        <w:t>D. Sitagliptin</w:t>
      </w:r>
    </w:p>
    <w:p/>
    <w:p>
      <w:r>
        <w:rPr>
          <w:b/>
          <w:sz w:val="24"/>
        </w:rPr>
        <w:t>Câu 9: Thuốc có tác dụng làm tăng sự nhạy cảm của tế bào với insulin:</w:t>
      </w:r>
    </w:p>
    <w:p>
      <w:pPr>
        <w:pStyle w:val="ListParagraph"/>
      </w:pPr>
      <w:r>
        <w:rPr>
          <w:sz w:val="22"/>
        </w:rPr>
        <w:t>A. Insulin</w:t>
      </w:r>
    </w:p>
    <w:p>
      <w:pPr>
        <w:pStyle w:val="ListParagraph"/>
      </w:pPr>
      <w:r>
        <w:rPr>
          <w:sz w:val="22"/>
        </w:rPr>
        <w:t>B. Metformin</w:t>
      </w:r>
    </w:p>
    <w:p>
      <w:pPr>
        <w:pStyle w:val="ListParagraph"/>
      </w:pPr>
      <w:r>
        <w:rPr>
          <w:sz w:val="22"/>
        </w:rPr>
        <w:t>C. Acarbose</w:t>
      </w:r>
    </w:p>
    <w:p>
      <w:pPr>
        <w:pStyle w:val="ListParagraph"/>
      </w:pPr>
      <w:r>
        <w:rPr>
          <w:sz w:val="22"/>
        </w:rPr>
        <w:t>D. Sitagliptin</w:t>
      </w:r>
    </w:p>
    <w:p/>
    <w:p>
      <w:r>
        <w:rPr>
          <w:b/>
          <w:sz w:val="24"/>
        </w:rPr>
        <w:t>Câu 10: Thuốc ức chế chất đồng vận chuyển Natri-glucose SGLT2 (Sodium Glucose Transporter 2) là:</w:t>
      </w:r>
    </w:p>
    <w:p>
      <w:pPr>
        <w:pStyle w:val="ListParagraph"/>
      </w:pPr>
      <w:r>
        <w:rPr>
          <w:sz w:val="22"/>
        </w:rPr>
        <w:t>A. Dapagliflozin</w:t>
      </w:r>
    </w:p>
    <w:p>
      <w:pPr>
        <w:pStyle w:val="ListParagraph"/>
      </w:pPr>
      <w:r>
        <w:rPr>
          <w:sz w:val="22"/>
        </w:rPr>
        <w:t>B. Metformin</w:t>
      </w:r>
    </w:p>
    <w:p>
      <w:pPr>
        <w:pStyle w:val="ListParagraph"/>
      </w:pPr>
      <w:r>
        <w:rPr>
          <w:sz w:val="22"/>
        </w:rPr>
        <w:t>C. Acarbose</w:t>
      </w:r>
    </w:p>
    <w:p>
      <w:pPr>
        <w:pStyle w:val="ListParagraph"/>
      </w:pPr>
      <w:r>
        <w:rPr>
          <w:sz w:val="22"/>
        </w:rPr>
        <w:t>D. Sitagliptin</w:t>
      </w:r>
    </w:p>
    <w:p/>
    <w:p>
      <w:r>
        <w:rPr>
          <w:b/>
          <w:sz w:val="24"/>
        </w:rPr>
        <w:t>Câu 11: Tiêu chuẩn chẩn đoán xác định đái tháo đường là:</w:t>
      </w:r>
    </w:p>
    <w:p>
      <w:pPr>
        <w:pStyle w:val="ListParagraph"/>
      </w:pPr>
      <w:r>
        <w:rPr>
          <w:sz w:val="22"/>
        </w:rPr>
        <w:t>A. Glucose huyết tương lúc đói &gt;= 7 mmol/L</w:t>
      </w:r>
    </w:p>
    <w:p>
      <w:pPr>
        <w:pStyle w:val="ListParagraph"/>
      </w:pPr>
      <w:r>
        <w:rPr>
          <w:sz w:val="22"/>
        </w:rPr>
        <w:t>B. HbA1C &gt;= 6,5%</w:t>
      </w:r>
    </w:p>
    <w:p>
      <w:pPr>
        <w:pStyle w:val="ListParagraph"/>
      </w:pPr>
      <w:r>
        <w:rPr>
          <w:sz w:val="22"/>
        </w:rPr>
        <w:t>C. Glucose huyết tương lúc đói &gt;= 11 mmol/L</w:t>
      </w:r>
    </w:p>
    <w:p>
      <w:pPr>
        <w:pStyle w:val="ListParagraph"/>
      </w:pPr>
      <w:r>
        <w:rPr>
          <w:sz w:val="22"/>
        </w:rPr>
        <w:t>D. Cả A và B đều đúng</w:t>
      </w:r>
    </w:p>
    <w:p/>
    <w:p>
      <w:r>
        <w:rPr>
          <w:b/>
          <w:sz w:val="24"/>
        </w:rPr>
        <w:t>Câu 12: Đái tháo đường typ 1 còn gọi là đái tháo đường phụ thuộc insulin.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13: Đái tháo đường typ 2 còn gọi là đái tháo đường không phụ thuộc insulin.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14: Bệnh đái tháo đường gây tăng glucose huyết cấp tính: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15: Bệnh đái tháo đường gây tăng glucose huyết mãn tính.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16: Thuốc thuộc nhóm sulfonylure điều trị đái tháo đường:</w:t>
      </w:r>
    </w:p>
    <w:p>
      <w:pPr>
        <w:pStyle w:val="ListParagraph"/>
      </w:pPr>
      <w:r>
        <w:rPr>
          <w:sz w:val="22"/>
        </w:rPr>
        <w:t>A. Metformin</w:t>
      </w:r>
    </w:p>
    <w:p>
      <w:pPr>
        <w:pStyle w:val="ListParagraph"/>
      </w:pPr>
      <w:r>
        <w:rPr>
          <w:sz w:val="22"/>
        </w:rPr>
        <w:t>B. Repaglinide</w:t>
      </w:r>
    </w:p>
    <w:p>
      <w:pPr>
        <w:pStyle w:val="ListParagraph"/>
      </w:pPr>
      <w:r>
        <w:rPr>
          <w:sz w:val="22"/>
        </w:rPr>
        <w:t>C. Gliclazid</w:t>
      </w:r>
    </w:p>
    <w:p>
      <w:pPr>
        <w:pStyle w:val="ListParagraph"/>
      </w:pPr>
      <w:r>
        <w:rPr>
          <w:sz w:val="22"/>
        </w:rPr>
        <w:t>D. Sitagliptin</w:t>
      </w:r>
    </w:p>
    <w:p/>
    <w:p>
      <w:r>
        <w:rPr>
          <w:b/>
          <w:sz w:val="24"/>
        </w:rPr>
        <w:t>Câu 17: Thuốc insulin có cấu trúc:</w:t>
      </w:r>
    </w:p>
    <w:p>
      <w:pPr>
        <w:pStyle w:val="ListParagraph"/>
      </w:pPr>
      <w:r>
        <w:rPr>
          <w:sz w:val="22"/>
        </w:rPr>
        <w:t>A. Peptid</w:t>
      </w:r>
    </w:p>
    <w:p>
      <w:pPr>
        <w:pStyle w:val="ListParagraph"/>
      </w:pPr>
      <w:r>
        <w:rPr>
          <w:sz w:val="22"/>
        </w:rPr>
        <w:t>B. Glucid</w:t>
      </w:r>
    </w:p>
    <w:p>
      <w:pPr>
        <w:pStyle w:val="ListParagraph"/>
      </w:pPr>
      <w:r>
        <w:rPr>
          <w:sz w:val="22"/>
        </w:rPr>
        <w:t>C. Lipid</w:t>
      </w:r>
    </w:p>
    <w:p>
      <w:pPr>
        <w:pStyle w:val="ListParagraph"/>
      </w:pPr>
      <w:r>
        <w:rPr>
          <w:sz w:val="22"/>
        </w:rPr>
        <w:t>D. Acid amin</w:t>
      </w:r>
    </w:p>
    <w:p/>
    <w:p>
      <w:r>
        <w:rPr>
          <w:b/>
          <w:sz w:val="24"/>
        </w:rPr>
        <w:t>Câu 18: Định lượng insulin bằng phương pháp:</w:t>
      </w:r>
    </w:p>
    <w:p>
      <w:pPr>
        <w:pStyle w:val="ListParagraph"/>
      </w:pPr>
      <w:r>
        <w:rPr>
          <w:sz w:val="22"/>
        </w:rPr>
        <w:t>A. HPLC ở bước sóng 214 nm</w:t>
      </w:r>
    </w:p>
    <w:p>
      <w:pPr>
        <w:pStyle w:val="ListParagraph"/>
      </w:pPr>
      <w:r>
        <w:rPr>
          <w:sz w:val="22"/>
        </w:rPr>
        <w:t>B. Đo iod</w:t>
      </w:r>
    </w:p>
    <w:p>
      <w:pPr>
        <w:pStyle w:val="ListParagraph"/>
      </w:pPr>
      <w:r>
        <w:rPr>
          <w:sz w:val="22"/>
        </w:rPr>
        <w:t>C. Đo bạc</w:t>
      </w:r>
    </w:p>
    <w:p>
      <w:pPr>
        <w:pStyle w:val="ListParagraph"/>
      </w:pPr>
      <w:r>
        <w:rPr>
          <w:sz w:val="22"/>
        </w:rPr>
        <w:t>D. Chuẩn độ acid base</w:t>
      </w:r>
    </w:p>
    <w:p/>
    <w:p>
      <w:r>
        <w:rPr>
          <w:b/>
          <w:sz w:val="24"/>
        </w:rPr>
        <w:t>Câu 19: Định tính insulin bằng phương pháp:</w:t>
      </w:r>
    </w:p>
    <w:p>
      <w:pPr>
        <w:pStyle w:val="ListParagraph"/>
      </w:pPr>
      <w:r>
        <w:rPr>
          <w:sz w:val="22"/>
        </w:rPr>
        <w:t>A. Đo bạc</w:t>
      </w:r>
    </w:p>
    <w:p>
      <w:pPr>
        <w:pStyle w:val="ListParagraph"/>
      </w:pPr>
      <w:r>
        <w:rPr>
          <w:sz w:val="22"/>
        </w:rPr>
        <w:t>B. Đo iod</w:t>
      </w:r>
    </w:p>
    <w:p>
      <w:pPr>
        <w:pStyle w:val="ListParagraph"/>
      </w:pPr>
      <w:r>
        <w:rPr>
          <w:sz w:val="22"/>
        </w:rPr>
        <w:t>C. HPLC ở bước sóng 214 nm</w:t>
      </w:r>
    </w:p>
    <w:p>
      <w:pPr>
        <w:pStyle w:val="ListParagraph"/>
      </w:pPr>
      <w:r>
        <w:rPr>
          <w:sz w:val="22"/>
        </w:rPr>
        <w:t>D. Chuẩn độ acid base</w:t>
      </w:r>
    </w:p>
    <w:p/>
    <w:p>
      <w:r>
        <w:rPr>
          <w:b/>
          <w:sz w:val="24"/>
        </w:rPr>
        <w:t>Câu 20: Insulin tinh khiết có thời gian bán thải ngắn (dưới 10 phút).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21: Một trong những tác dụng của insulin là:</w:t>
      </w:r>
    </w:p>
    <w:p>
      <w:pPr>
        <w:pStyle w:val="ListParagraph"/>
      </w:pPr>
      <w:r>
        <w:rPr>
          <w:sz w:val="22"/>
        </w:rPr>
        <w:t>A. Tăng glucose huyết</w:t>
      </w:r>
    </w:p>
    <w:p>
      <w:pPr>
        <w:pStyle w:val="ListParagraph"/>
      </w:pPr>
      <w:r>
        <w:rPr>
          <w:sz w:val="22"/>
        </w:rPr>
        <w:t>B. Giảm glucose huyết</w:t>
      </w:r>
    </w:p>
    <w:p>
      <w:pPr>
        <w:pStyle w:val="ListParagraph"/>
      </w:pPr>
      <w:r>
        <w:rPr>
          <w:sz w:val="22"/>
        </w:rPr>
        <w:t>C. Ức chế tạo mỡ</w:t>
      </w:r>
    </w:p>
    <w:p>
      <w:pPr>
        <w:pStyle w:val="ListParagraph"/>
      </w:pPr>
      <w:r>
        <w:rPr>
          <w:sz w:val="22"/>
        </w:rPr>
        <w:t>D. Tăng thoái hóa protein</w:t>
      </w:r>
    </w:p>
    <w:p/>
    <w:p>
      <w:r>
        <w:rPr>
          <w:b/>
          <w:sz w:val="24"/>
        </w:rPr>
        <w:t>Câu 22: Tác dụng của Insulin:</w:t>
      </w:r>
    </w:p>
    <w:p>
      <w:pPr>
        <w:pStyle w:val="ListParagraph"/>
      </w:pPr>
      <w:r>
        <w:rPr>
          <w:sz w:val="22"/>
        </w:rPr>
        <w:t>A. Tăng glucose huyết, kích thích tạo mỡ, kích thích tổng hợp protein</w:t>
      </w:r>
    </w:p>
    <w:p>
      <w:pPr>
        <w:pStyle w:val="ListParagraph"/>
      </w:pPr>
      <w:r>
        <w:rPr>
          <w:sz w:val="22"/>
        </w:rPr>
        <w:t>B. Giảm glucose huyết, kích thích tạo mỡ, kích thích tổng hợp protein</w:t>
      </w:r>
    </w:p>
    <w:p>
      <w:pPr>
        <w:pStyle w:val="ListParagraph"/>
      </w:pPr>
      <w:r>
        <w:rPr>
          <w:sz w:val="22"/>
        </w:rPr>
        <w:t>C. Giảm glucose huyết, ức chế tổng hợp protein</w:t>
      </w:r>
    </w:p>
    <w:p>
      <w:pPr>
        <w:pStyle w:val="ListParagraph"/>
      </w:pPr>
      <w:r>
        <w:rPr>
          <w:sz w:val="22"/>
        </w:rPr>
        <w:t>D. Tăng thải trừ glucose qua thận, ức chế tạo mỡ</w:t>
      </w:r>
    </w:p>
    <w:p/>
    <w:p>
      <w:r>
        <w:rPr>
          <w:b/>
          <w:sz w:val="24"/>
        </w:rPr>
        <w:t>Câu 23: Insulin có tác dụng giảm nồng độ đường trong máu theo cơ chế:</w:t>
      </w:r>
    </w:p>
    <w:p>
      <w:pPr>
        <w:pStyle w:val="ListParagraph"/>
      </w:pPr>
      <w:r>
        <w:rPr>
          <w:sz w:val="22"/>
        </w:rPr>
        <w:t>A. Ngăn cản phân hủy glycogen và tăng đào thải glucose</w:t>
      </w:r>
    </w:p>
    <w:p>
      <w:pPr>
        <w:pStyle w:val="ListParagraph"/>
      </w:pPr>
      <w:r>
        <w:rPr>
          <w:sz w:val="22"/>
        </w:rPr>
        <w:t>B. Thúc đẩy thủy phân glycogen thành glucose</w:t>
      </w:r>
    </w:p>
    <w:p>
      <w:pPr>
        <w:pStyle w:val="ListParagraph"/>
      </w:pPr>
      <w:r>
        <w:rPr>
          <w:sz w:val="22"/>
        </w:rPr>
        <w:t>C. Ngăn phân hủy lipid</w:t>
      </w:r>
    </w:p>
    <w:p>
      <w:pPr>
        <w:pStyle w:val="ListParagraph"/>
      </w:pPr>
      <w:r>
        <w:rPr>
          <w:sz w:val="22"/>
        </w:rPr>
        <w:t>D. Giúp glucose dễ thâm nhập vào tế bào và thúc đẩy chuyển glucose thành glycogen</w:t>
      </w:r>
    </w:p>
    <w:p/>
    <w:p>
      <w:r>
        <w:rPr>
          <w:b/>
          <w:sz w:val="24"/>
        </w:rPr>
        <w:t>Câu 24: Insulin có tác dụng giảm nồng độ đường trong máu theo cơ chế:</w:t>
      </w:r>
    </w:p>
    <w:p>
      <w:pPr>
        <w:pStyle w:val="ListParagraph"/>
      </w:pPr>
      <w:r>
        <w:rPr>
          <w:sz w:val="22"/>
        </w:rPr>
        <w:t>A. Thúc đẩy chuyển glucose thành glycogen và tăng đào thải glucose</w:t>
      </w:r>
    </w:p>
    <w:p>
      <w:pPr>
        <w:pStyle w:val="ListParagraph"/>
      </w:pPr>
      <w:r>
        <w:rPr>
          <w:sz w:val="22"/>
        </w:rPr>
        <w:t>B. Thúc đẩy phân hủy glycogen thành glucose và làm chậm hấp thu glucose ở ruột non</w:t>
      </w:r>
    </w:p>
    <w:p>
      <w:pPr>
        <w:pStyle w:val="ListParagraph"/>
      </w:pPr>
      <w:r>
        <w:rPr>
          <w:sz w:val="22"/>
        </w:rPr>
        <w:t>C. Giúp glucose dễ thâm nhập vào tế bào và thúc đẩy chuyển glucose thành glycogen</w:t>
      </w:r>
    </w:p>
    <w:p/>
    <w:p>
      <w:r>
        <w:rPr>
          <w:b/>
          <w:sz w:val="24"/>
        </w:rPr>
        <w:t>Câu 25: Loại hormon tuyến tụy đối kháng với tác dụng của insulin là:</w:t>
      </w:r>
    </w:p>
    <w:p>
      <w:pPr>
        <w:pStyle w:val="ListParagraph"/>
      </w:pPr>
      <w:r>
        <w:rPr>
          <w:sz w:val="22"/>
        </w:rPr>
        <w:t>A. Lipocain</w:t>
      </w:r>
    </w:p>
    <w:p>
      <w:pPr>
        <w:pStyle w:val="ListParagraph"/>
      </w:pPr>
      <w:r>
        <w:rPr>
          <w:sz w:val="22"/>
        </w:rPr>
        <w:t>B. Somatostatin</w:t>
      </w:r>
    </w:p>
    <w:p>
      <w:pPr>
        <w:pStyle w:val="ListParagraph"/>
      </w:pPr>
      <w:r>
        <w:rPr>
          <w:sz w:val="22"/>
        </w:rPr>
        <w:t>C. Glucagon</w:t>
      </w:r>
    </w:p>
    <w:p>
      <w:pPr>
        <w:pStyle w:val="ListParagraph"/>
      </w:pPr>
      <w:r>
        <w:rPr>
          <w:sz w:val="22"/>
        </w:rPr>
        <w:t>D. Cả A và B</w:t>
      </w:r>
    </w:p>
    <w:p/>
    <w:p>
      <w:r>
        <w:rPr>
          <w:b/>
          <w:sz w:val="24"/>
        </w:rPr>
        <w:t>Câu 26: Chỉ định của insulin là:</w:t>
      </w:r>
    </w:p>
    <w:p>
      <w:pPr>
        <w:pStyle w:val="ListParagraph"/>
      </w:pPr>
      <w:r>
        <w:rPr>
          <w:sz w:val="22"/>
        </w:rPr>
        <w:t>A. Đái tháo đường typ 1</w:t>
      </w:r>
    </w:p>
    <w:p>
      <w:pPr>
        <w:pStyle w:val="ListParagraph"/>
      </w:pPr>
      <w:r>
        <w:rPr>
          <w:sz w:val="22"/>
        </w:rPr>
        <w:t>B. Đái tháo đường typ 2</w:t>
      </w:r>
    </w:p>
    <w:p>
      <w:pPr>
        <w:pStyle w:val="ListParagraph"/>
      </w:pPr>
      <w:r>
        <w:rPr>
          <w:sz w:val="22"/>
        </w:rPr>
        <w:t>C. Đái tháo đường thai kỳ</w:t>
      </w:r>
    </w:p>
    <w:p>
      <w:pPr>
        <w:pStyle w:val="ListParagraph"/>
      </w:pPr>
      <w:r>
        <w:rPr>
          <w:sz w:val="22"/>
        </w:rPr>
        <w:t>D. Tất cả đều đúng</w:t>
      </w:r>
    </w:p>
    <w:p/>
    <w:p>
      <w:r>
        <w:rPr>
          <w:b/>
          <w:sz w:val="24"/>
        </w:rPr>
        <w:t>Câu 27: Insulin có chỉ định ngay lần đầu trong điều trị đái tháo đường khi:</w:t>
      </w:r>
    </w:p>
    <w:p>
      <w:pPr>
        <w:pStyle w:val="ListParagraph"/>
      </w:pPr>
      <w:r>
        <w:rPr>
          <w:sz w:val="22"/>
        </w:rPr>
        <w:t>A. HbA1C trên 4,0% và mức glucose huyết lúc đói trên 5,0 mmol/l</w:t>
      </w:r>
    </w:p>
    <w:p>
      <w:pPr>
        <w:pStyle w:val="ListParagraph"/>
      </w:pPr>
      <w:r>
        <w:rPr>
          <w:sz w:val="22"/>
        </w:rPr>
        <w:t>B. HbA1C trên 6,0% và mức glucose huyết lúc đói trên 7,0 mmol/l</w:t>
      </w:r>
    </w:p>
    <w:p>
      <w:pPr>
        <w:pStyle w:val="ListParagraph"/>
      </w:pPr>
      <w:r>
        <w:rPr>
          <w:sz w:val="22"/>
        </w:rPr>
        <w:t>C. HbA1C trên 6,5% và mức glucose huyết lúc đói trên 11,0 mmol/l</w:t>
      </w:r>
    </w:p>
    <w:p>
      <w:pPr>
        <w:pStyle w:val="ListParagraph"/>
      </w:pPr>
      <w:r>
        <w:rPr>
          <w:sz w:val="22"/>
        </w:rPr>
        <w:t>D. HbA1C trên 9,0% và mức glucose huyết lúc đói trên 15,0 mmol/l</w:t>
      </w:r>
    </w:p>
    <w:p/>
    <w:p>
      <w:r>
        <w:rPr>
          <w:b/>
          <w:sz w:val="24"/>
        </w:rPr>
        <w:t>Câu 28: Thuốc được chỉ định cho bệnh nhân đái tháo đường thai kỳ:</w:t>
      </w:r>
    </w:p>
    <w:p>
      <w:pPr>
        <w:pStyle w:val="ListParagraph"/>
      </w:pPr>
      <w:r>
        <w:rPr>
          <w:sz w:val="22"/>
        </w:rPr>
        <w:t>A. Gliclazid</w:t>
      </w:r>
    </w:p>
    <w:p>
      <w:pPr>
        <w:pStyle w:val="ListParagraph"/>
      </w:pPr>
      <w:r>
        <w:rPr>
          <w:sz w:val="22"/>
        </w:rPr>
        <w:t>B. Glibenclamid</w:t>
      </w:r>
    </w:p>
    <w:p>
      <w:pPr>
        <w:pStyle w:val="ListParagraph"/>
      </w:pPr>
      <w:r>
        <w:rPr>
          <w:sz w:val="22"/>
        </w:rPr>
        <w:t>C. Insulin</w:t>
      </w:r>
    </w:p>
    <w:p>
      <w:pPr>
        <w:pStyle w:val="ListParagraph"/>
      </w:pPr>
      <w:r>
        <w:rPr>
          <w:sz w:val="22"/>
        </w:rPr>
        <w:t>D. Metformin</w:t>
      </w:r>
    </w:p>
    <w:p/>
    <w:p>
      <w:r>
        <w:rPr>
          <w:b/>
          <w:sz w:val="24"/>
        </w:rPr>
        <w:t>Câu 29: Insulin làm giảm glucose huyết vì lý do sau:</w:t>
      </w:r>
    </w:p>
    <w:p>
      <w:pPr>
        <w:pStyle w:val="ListParagraph"/>
      </w:pPr>
      <w:r>
        <w:rPr>
          <w:sz w:val="22"/>
        </w:rPr>
        <w:t>A. Giúp glucose dễ xâm nhập vào tế bào</w:t>
      </w:r>
    </w:p>
    <w:p>
      <w:pPr>
        <w:pStyle w:val="ListParagraph"/>
      </w:pPr>
      <w:r>
        <w:rPr>
          <w:sz w:val="22"/>
        </w:rPr>
        <w:t>B. Thúc đẩy chuyển glucose thành glycogen</w:t>
      </w:r>
    </w:p>
    <w:p>
      <w:pPr>
        <w:pStyle w:val="ListParagraph"/>
      </w:pPr>
      <w:r>
        <w:rPr>
          <w:sz w:val="22"/>
        </w:rPr>
        <w:t>C. Tăng chuyển acid amin thành glucose</w:t>
      </w:r>
    </w:p>
    <w:p>
      <w:pPr>
        <w:pStyle w:val="ListParagraph"/>
      </w:pPr>
      <w:r>
        <w:rPr>
          <w:sz w:val="22"/>
        </w:rPr>
        <w:t>D. Cả A và B đều đúng</w:t>
      </w:r>
    </w:p>
    <w:p/>
    <w:p>
      <w:r>
        <w:rPr>
          <w:b/>
          <w:sz w:val="24"/>
        </w:rPr>
        <w:t>Câu 30: Tác dụng không mong muốn thường gặp và nguy hiểm của insulin là:</w:t>
      </w:r>
    </w:p>
    <w:p>
      <w:pPr>
        <w:pStyle w:val="ListParagraph"/>
      </w:pPr>
      <w:r>
        <w:rPr>
          <w:sz w:val="22"/>
        </w:rPr>
        <w:t>A. Teo mô mỡ</w:t>
      </w:r>
    </w:p>
    <w:p>
      <w:pPr>
        <w:pStyle w:val="ListParagraph"/>
      </w:pPr>
      <w:r>
        <w:rPr>
          <w:sz w:val="22"/>
        </w:rPr>
        <w:t>B. Hạ đường huyết</w:t>
      </w:r>
    </w:p>
    <w:p>
      <w:pPr>
        <w:pStyle w:val="ListParagraph"/>
      </w:pPr>
      <w:r>
        <w:rPr>
          <w:sz w:val="22"/>
        </w:rPr>
        <w:t>C. Tăng đường huyết</w:t>
      </w:r>
    </w:p>
    <w:p>
      <w:pPr>
        <w:pStyle w:val="ListParagraph"/>
      </w:pPr>
      <w:r>
        <w:rPr>
          <w:sz w:val="22"/>
        </w:rPr>
        <w:t>D. Dị ứng</w:t>
      </w:r>
    </w:p>
    <w:p/>
    <w:p>
      <w:r>
        <w:rPr>
          <w:b/>
          <w:sz w:val="24"/>
        </w:rPr>
        <w:t>Câu 31: Một trong những tác dụng không mong muốn của insulin:</w:t>
      </w:r>
    </w:p>
    <w:p>
      <w:pPr>
        <w:pStyle w:val="ListParagraph"/>
      </w:pPr>
      <w:r>
        <w:rPr>
          <w:sz w:val="22"/>
        </w:rPr>
        <w:t>A. Giảm cân</w:t>
      </w:r>
    </w:p>
    <w:p>
      <w:pPr>
        <w:pStyle w:val="ListParagraph"/>
      </w:pPr>
      <w:r>
        <w:rPr>
          <w:sz w:val="22"/>
        </w:rPr>
        <w:t>B. Độc với thai nhi</w:t>
      </w:r>
    </w:p>
    <w:p>
      <w:pPr>
        <w:pStyle w:val="ListParagraph"/>
      </w:pPr>
      <w:r>
        <w:rPr>
          <w:sz w:val="22"/>
        </w:rPr>
        <w:t>C. Teo mô mỡ/phì đại mô mỡ tại chỗ tiêm</w:t>
      </w:r>
    </w:p>
    <w:p>
      <w:pPr>
        <w:pStyle w:val="ListParagraph"/>
      </w:pPr>
      <w:r>
        <w:rPr>
          <w:sz w:val="22"/>
        </w:rPr>
        <w:t>D. Buồn ngủ</w:t>
      </w:r>
    </w:p>
    <w:p/>
    <w:p>
      <w:r>
        <w:rPr>
          <w:b/>
          <w:sz w:val="24"/>
        </w:rPr>
        <w:t>Câu 32: Một trong những tác dụng không mong muốn của Insulin:</w:t>
      </w:r>
    </w:p>
    <w:p>
      <w:pPr>
        <w:pStyle w:val="ListParagraph"/>
      </w:pPr>
      <w:r>
        <w:rPr>
          <w:sz w:val="22"/>
        </w:rPr>
        <w:t>A. Gây suy gan</w:t>
      </w:r>
    </w:p>
    <w:p>
      <w:pPr>
        <w:pStyle w:val="ListParagraph"/>
      </w:pPr>
      <w:r>
        <w:rPr>
          <w:sz w:val="22"/>
        </w:rPr>
        <w:t>B. Gây suy thận</w:t>
      </w:r>
    </w:p>
    <w:p>
      <w:pPr>
        <w:pStyle w:val="ListParagraph"/>
      </w:pPr>
      <w:r>
        <w:rPr>
          <w:sz w:val="22"/>
        </w:rPr>
        <w:t>C. Hạ đường huyết</w:t>
      </w:r>
    </w:p>
    <w:p>
      <w:pPr>
        <w:pStyle w:val="ListParagraph"/>
      </w:pPr>
      <w:r>
        <w:rPr>
          <w:sz w:val="22"/>
        </w:rPr>
        <w:t>D. Cả A và B</w:t>
      </w:r>
    </w:p>
    <w:p/>
    <w:p>
      <w:r>
        <w:rPr>
          <w:b/>
          <w:sz w:val="24"/>
        </w:rPr>
        <w:t>Câu 33: Insulin được chỉ định cho bệnh nhân đái tháo đường:</w:t>
      </w:r>
    </w:p>
    <w:p>
      <w:pPr>
        <w:pStyle w:val="ListParagraph"/>
      </w:pPr>
      <w:r>
        <w:rPr>
          <w:sz w:val="22"/>
        </w:rPr>
        <w:t>A. Mẫn cảm với thuốc</w:t>
      </w:r>
    </w:p>
    <w:p>
      <w:pPr>
        <w:pStyle w:val="ListParagraph"/>
      </w:pPr>
      <w:r>
        <w:rPr>
          <w:sz w:val="22"/>
        </w:rPr>
        <w:t>B. Suy gan, suy thận nặng</w:t>
      </w:r>
    </w:p>
    <w:p>
      <w:pPr>
        <w:pStyle w:val="ListParagraph"/>
      </w:pPr>
      <w:r>
        <w:rPr>
          <w:sz w:val="22"/>
        </w:rPr>
        <w:t>C. Động kinh</w:t>
      </w:r>
    </w:p>
    <w:p>
      <w:pPr>
        <w:pStyle w:val="ListParagraph"/>
      </w:pPr>
      <w:r>
        <w:rPr>
          <w:sz w:val="22"/>
        </w:rPr>
        <w:t>D. Phụ nữ có thai</w:t>
      </w:r>
    </w:p>
    <w:p/>
    <w:p>
      <w:r>
        <w:rPr>
          <w:b/>
          <w:sz w:val="24"/>
        </w:rPr>
        <w:t>Câu 34: Insulin được chỉ định cho bệnh nhân đái tháo đường:</w:t>
      </w:r>
    </w:p>
    <w:p>
      <w:pPr>
        <w:pStyle w:val="ListParagraph"/>
      </w:pPr>
      <w:r>
        <w:rPr>
          <w:sz w:val="22"/>
        </w:rPr>
        <w:t>A. Phụ nữ cho con bú</w:t>
      </w:r>
    </w:p>
    <w:p>
      <w:pPr>
        <w:pStyle w:val="ListParagraph"/>
      </w:pPr>
      <w:r>
        <w:rPr>
          <w:sz w:val="22"/>
        </w:rPr>
        <w:t>B. Tiền sử bệnh tim nặng</w:t>
      </w:r>
    </w:p>
    <w:p>
      <w:pPr>
        <w:pStyle w:val="ListParagraph"/>
      </w:pPr>
      <w:r>
        <w:rPr>
          <w:sz w:val="22"/>
        </w:rPr>
        <w:t>C. Động kinh</w:t>
      </w:r>
    </w:p>
    <w:p>
      <w:pPr>
        <w:pStyle w:val="ListParagraph"/>
      </w:pPr>
      <w:r>
        <w:rPr>
          <w:sz w:val="22"/>
        </w:rPr>
        <w:t>D. Viêm gan mạn kèm xơ gan mất bù</w:t>
      </w:r>
    </w:p>
    <w:p/>
    <w:p>
      <w:r>
        <w:rPr>
          <w:b/>
          <w:sz w:val="24"/>
        </w:rPr>
        <w:t>Câu 35: Điều kiện bảo quản của các chế phẩm insulin là dưới 25°C.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36: Insulin chế phẩm tiêm được bảo quản:</w:t>
      </w:r>
    </w:p>
    <w:p>
      <w:pPr>
        <w:pStyle w:val="ListParagraph"/>
      </w:pPr>
      <w:r>
        <w:rPr>
          <w:sz w:val="22"/>
        </w:rPr>
        <w:t>A. Ở nhiệt độ thường</w:t>
      </w:r>
    </w:p>
    <w:p>
      <w:pPr>
        <w:pStyle w:val="ListParagraph"/>
      </w:pPr>
      <w:r>
        <w:rPr>
          <w:sz w:val="22"/>
        </w:rPr>
        <w:t>B. Ở nhiệt độ 2°C đến 8°C</w:t>
      </w:r>
    </w:p>
    <w:p>
      <w:pPr>
        <w:pStyle w:val="ListParagraph"/>
      </w:pPr>
      <w:r>
        <w:rPr>
          <w:sz w:val="22"/>
        </w:rPr>
        <w:t>C. Ở nhiệt độ &lt; 0°C</w:t>
      </w:r>
    </w:p>
    <w:p>
      <w:pPr>
        <w:pStyle w:val="ListParagraph"/>
      </w:pPr>
      <w:r>
        <w:rPr>
          <w:sz w:val="22"/>
        </w:rPr>
        <w:t>D. Nhiệt độ &gt;25°C</w:t>
      </w:r>
    </w:p>
    <w:p/>
    <w:p>
      <w:r>
        <w:rPr>
          <w:b/>
          <w:sz w:val="24"/>
        </w:rPr>
        <w:t>Câu 37: Đường dùng của insulin cho bệnh nhân đái tháo đường:</w:t>
      </w:r>
    </w:p>
    <w:p>
      <w:pPr>
        <w:pStyle w:val="ListParagraph"/>
      </w:pPr>
      <w:r>
        <w:rPr>
          <w:sz w:val="22"/>
        </w:rPr>
        <w:t>A. Uống</w:t>
      </w:r>
    </w:p>
    <w:p>
      <w:pPr>
        <w:pStyle w:val="ListParagraph"/>
      </w:pPr>
      <w:r>
        <w:rPr>
          <w:sz w:val="22"/>
        </w:rPr>
        <w:t>B. Tiêm dưới da</w:t>
      </w:r>
    </w:p>
    <w:p>
      <w:pPr>
        <w:pStyle w:val="ListParagraph"/>
      </w:pPr>
      <w:r>
        <w:rPr>
          <w:sz w:val="22"/>
        </w:rPr>
        <w:t>C. Bôi ngoài da</w:t>
      </w:r>
    </w:p>
    <w:p>
      <w:pPr>
        <w:pStyle w:val="ListParagraph"/>
      </w:pPr>
      <w:r>
        <w:rPr>
          <w:sz w:val="22"/>
        </w:rPr>
        <w:t>D. Đặt trực tràng</w:t>
      </w:r>
    </w:p>
    <w:p/>
    <w:p>
      <w:r>
        <w:rPr>
          <w:b/>
          <w:sz w:val="24"/>
        </w:rPr>
        <w:t>Câu 38: Đường dùng của insulin thường được sử dụng:</w:t>
      </w:r>
    </w:p>
    <w:p>
      <w:pPr>
        <w:pStyle w:val="ListParagraph"/>
      </w:pPr>
      <w:r>
        <w:rPr>
          <w:sz w:val="22"/>
        </w:rPr>
        <w:t>A. Tiêm dưới da</w:t>
      </w:r>
    </w:p>
    <w:p>
      <w:pPr>
        <w:pStyle w:val="ListParagraph"/>
      </w:pPr>
      <w:r>
        <w:rPr>
          <w:sz w:val="22"/>
        </w:rPr>
        <w:t>B. Tiêm bắp</w:t>
      </w:r>
    </w:p>
    <w:p>
      <w:pPr>
        <w:pStyle w:val="ListParagraph"/>
      </w:pPr>
      <w:r>
        <w:rPr>
          <w:sz w:val="22"/>
        </w:rPr>
        <w:t>C. Tiêm tĩnh mạch</w:t>
      </w:r>
    </w:p>
    <w:p>
      <w:pPr>
        <w:pStyle w:val="ListParagraph"/>
      </w:pPr>
      <w:r>
        <w:rPr>
          <w:sz w:val="22"/>
        </w:rPr>
        <w:t>D. Truyền tĩnh mạch</w:t>
      </w:r>
    </w:p>
    <w:p/>
    <w:p>
      <w:r>
        <w:rPr>
          <w:b/>
          <w:sz w:val="24"/>
        </w:rPr>
        <w:t>Câu 39: Với người phải tiêm insulin hàng ngày vị trí tiêm thường là:</w:t>
      </w:r>
    </w:p>
    <w:p>
      <w:pPr>
        <w:pStyle w:val="ListParagraph"/>
      </w:pPr>
      <w:r>
        <w:rPr>
          <w:sz w:val="22"/>
        </w:rPr>
        <w:t>A. Tay</w:t>
      </w:r>
    </w:p>
    <w:p>
      <w:pPr>
        <w:pStyle w:val="ListParagraph"/>
      </w:pPr>
      <w:r>
        <w:rPr>
          <w:sz w:val="22"/>
        </w:rPr>
        <w:t>B. Chân</w:t>
      </w:r>
    </w:p>
    <w:p>
      <w:pPr>
        <w:pStyle w:val="ListParagraph"/>
      </w:pPr>
      <w:r>
        <w:rPr>
          <w:sz w:val="22"/>
        </w:rPr>
        <w:t>C. Mông</w:t>
      </w:r>
    </w:p>
    <w:p>
      <w:pPr>
        <w:pStyle w:val="ListParagraph"/>
      </w:pPr>
      <w:r>
        <w:rPr>
          <w:sz w:val="22"/>
        </w:rPr>
        <w:t>D. Bụng</w:t>
      </w:r>
    </w:p>
    <w:p/>
    <w:p>
      <w:r>
        <w:rPr>
          <w:b/>
          <w:sz w:val="24"/>
        </w:rPr>
        <w:t>Câu 40: Các thuốc nhóm Sulfonylure thế hệ 2 có tác dụng giảm đường huyết tốt hơn thế hệ 1.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41: Nhóm Sulfonylure giảm đường huyết được viết tắt bởi 2 chữ cái in viết liền nhau là:....</w:t>
      </w:r>
    </w:p>
    <w:p>
      <w:pPr>
        <w:pStyle w:val="ListParagraph"/>
      </w:pPr>
      <w:r>
        <w:rPr>
          <w:sz w:val="22"/>
        </w:rPr>
        <w:t>A. SU.</w:t>
      </w:r>
    </w:p>
    <w:p/>
    <w:p>
      <w:r>
        <w:rPr>
          <w:b/>
          <w:sz w:val="24"/>
        </w:rPr>
        <w:t>Câu 42: Tính chất chung của các sulfonylure điều trị đái tháo đường là:</w:t>
      </w:r>
    </w:p>
    <w:p>
      <w:pPr>
        <w:pStyle w:val="ListParagraph"/>
      </w:pPr>
      <w:r>
        <w:rPr>
          <w:sz w:val="22"/>
        </w:rPr>
        <w:t>A. Có tính acid yếu</w:t>
      </w:r>
    </w:p>
    <w:p>
      <w:pPr>
        <w:pStyle w:val="ListParagraph"/>
      </w:pPr>
      <w:r>
        <w:rPr>
          <w:sz w:val="22"/>
        </w:rPr>
        <w:t>B. Có khả năng hấp thu UV, IR</w:t>
      </w:r>
    </w:p>
    <w:p>
      <w:pPr>
        <w:pStyle w:val="ListParagraph"/>
      </w:pPr>
      <w:r>
        <w:rPr>
          <w:sz w:val="22"/>
        </w:rPr>
        <w:t>C. Dễ bị thủy phân trong môi trường kiềm</w:t>
      </w:r>
    </w:p>
    <w:p>
      <w:pPr>
        <w:pStyle w:val="ListParagraph"/>
      </w:pPr>
      <w:r>
        <w:rPr>
          <w:sz w:val="22"/>
        </w:rPr>
        <w:t>D. Tất cả đều đúng</w:t>
      </w:r>
    </w:p>
    <w:p/>
    <w:p>
      <w:r>
        <w:rPr>
          <w:b/>
          <w:sz w:val="24"/>
        </w:rPr>
        <w:t>Câu 43: Định tính các sulfonylure bằng phương pháp chung:</w:t>
      </w:r>
    </w:p>
    <w:p>
      <w:pPr>
        <w:pStyle w:val="ListParagraph"/>
      </w:pPr>
      <w:r>
        <w:rPr>
          <w:sz w:val="22"/>
        </w:rPr>
        <w:t>A. Đun nóng dung dịch chế phẩm đến 60°C rồi thêm dung dịch thủy ngân (II) acetat sẽ xuất hiện tủa trắng</w:t>
      </w:r>
    </w:p>
    <w:p>
      <w:pPr>
        <w:pStyle w:val="ListParagraph"/>
      </w:pPr>
      <w:r>
        <w:rPr>
          <w:sz w:val="22"/>
        </w:rPr>
        <w:t>B. Đo năng suất quay cực với dung dịch natri carbonat</w:t>
      </w:r>
    </w:p>
    <w:p>
      <w:pPr>
        <w:pStyle w:val="ListParagraph"/>
      </w:pPr>
      <w:r>
        <w:rPr>
          <w:sz w:val="22"/>
        </w:rPr>
        <w:t>C. Thủy phân trong môi trường kiềm giải phóng NH3 làm xanh giấy quỳ</w:t>
      </w:r>
    </w:p>
    <w:p>
      <w:pPr>
        <w:pStyle w:val="ListParagraph"/>
      </w:pPr>
      <w:r>
        <w:rPr>
          <w:sz w:val="22"/>
        </w:rPr>
        <w:t>D. Tất cả đều đúng</w:t>
      </w:r>
    </w:p>
    <w:p/>
    <w:p>
      <w:r>
        <w:rPr>
          <w:b/>
          <w:sz w:val="24"/>
        </w:rPr>
        <w:t>Câu 44: Định tính các sulfonylure bằng phương pháp chung:</w:t>
      </w:r>
    </w:p>
    <w:p>
      <w:pPr>
        <w:pStyle w:val="ListParagraph"/>
      </w:pPr>
      <w:r>
        <w:rPr>
          <w:sz w:val="22"/>
        </w:rPr>
        <w:t>A. Thủy phân trong môi trường kiềm giải phóng NH3, hơi bay lên có mùi đặc trưng và làm xanh giấy quỳ</w:t>
      </w:r>
    </w:p>
    <w:p>
      <w:pPr>
        <w:pStyle w:val="ListParagraph"/>
      </w:pPr>
      <w:r>
        <w:rPr>
          <w:sz w:val="22"/>
        </w:rPr>
        <w:t>B. Tác dụng với alpha naphtol trong kiềm và natri hypobromid có màu hồng</w:t>
      </w:r>
    </w:p>
    <w:p>
      <w:pPr>
        <w:pStyle w:val="ListParagraph"/>
      </w:pPr>
      <w:r>
        <w:rPr>
          <w:sz w:val="22"/>
        </w:rPr>
        <w:t>C. Đo năng suất quay cực với dung dịch natri carbonat 1,4% là +19° đến +24°</w:t>
      </w:r>
    </w:p>
    <w:p/>
    <w:p>
      <w:r>
        <w:rPr>
          <w:b/>
          <w:sz w:val="24"/>
        </w:rPr>
        <w:t>Câu 45: Định lượng các sulfonylure bằng phương pháp chung là:</w:t>
      </w:r>
    </w:p>
    <w:p>
      <w:pPr>
        <w:pStyle w:val="ListParagraph"/>
      </w:pPr>
      <w:r>
        <w:rPr>
          <w:sz w:val="22"/>
        </w:rPr>
        <w:t>A. Đo kiềm, đo phổ UV, HPLC</w:t>
      </w:r>
    </w:p>
    <w:p>
      <w:pPr>
        <w:pStyle w:val="ListParagraph"/>
      </w:pPr>
      <w:r>
        <w:rPr>
          <w:sz w:val="22"/>
        </w:rPr>
        <w:t>B. Đo bạc, đo phổ UV, HPLC</w:t>
      </w:r>
    </w:p>
    <w:p>
      <w:pPr>
        <w:pStyle w:val="ListParagraph"/>
      </w:pPr>
      <w:r>
        <w:rPr>
          <w:sz w:val="22"/>
        </w:rPr>
        <w:t>C. Đo phổ IR, phổ UV, HPLC</w:t>
      </w:r>
    </w:p>
    <w:p>
      <w:pPr>
        <w:pStyle w:val="ListParagraph"/>
      </w:pPr>
      <w:r>
        <w:rPr>
          <w:sz w:val="22"/>
        </w:rPr>
        <w:t>D. Đo acid, đo phổ UV, HPLC</w:t>
      </w:r>
    </w:p>
    <w:p/>
    <w:p>
      <w:r>
        <w:rPr>
          <w:b/>
          <w:sz w:val="24"/>
        </w:rPr>
        <w:t>Câu 46: Tác dụng chung của sulfonylure:</w:t>
      </w:r>
    </w:p>
    <w:p>
      <w:pPr>
        <w:pStyle w:val="ListParagraph"/>
      </w:pPr>
      <w:r>
        <w:rPr>
          <w:sz w:val="22"/>
        </w:rPr>
        <w:t>A. Kích thích tế bào beta đảo tụy tăng sản xuất insulin</w:t>
      </w:r>
    </w:p>
    <w:p>
      <w:pPr>
        <w:pStyle w:val="ListParagraph"/>
      </w:pPr>
      <w:r>
        <w:rPr>
          <w:sz w:val="22"/>
        </w:rPr>
        <w:t>B. Tăng số lượng receptor của insulin ở các tế bào</w:t>
      </w:r>
    </w:p>
    <w:p>
      <w:pPr>
        <w:pStyle w:val="ListParagraph"/>
      </w:pPr>
      <w:r>
        <w:rPr>
          <w:sz w:val="22"/>
        </w:rPr>
        <w:t>C. Ức chế nhẹ tác dụng của glucagon</w:t>
      </w:r>
    </w:p>
    <w:p>
      <w:pPr>
        <w:pStyle w:val="ListParagraph"/>
      </w:pPr>
      <w:r>
        <w:rPr>
          <w:sz w:val="22"/>
        </w:rPr>
        <w:t>D. Tất cả đều đúng</w:t>
      </w:r>
    </w:p>
    <w:p/>
    <w:p>
      <w:r>
        <w:rPr>
          <w:b/>
          <w:sz w:val="24"/>
        </w:rPr>
        <w:t>Câu 47: Nhóm sulfonylure không còn tác dụng giảm đường huyết khi cơ thể không còn khả năng tiết insulin.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48: Insulin không còn tác dụng giảm đường huyết khi cơ thể không còn khả năng tiết insulin.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49: Chỉ định của các sulfonylure là:</w:t>
      </w:r>
    </w:p>
    <w:p>
      <w:pPr>
        <w:pStyle w:val="ListParagraph"/>
      </w:pPr>
      <w:r>
        <w:rPr>
          <w:sz w:val="22"/>
        </w:rPr>
        <w:t>A. Đái tháo đường typ I</w:t>
      </w:r>
    </w:p>
    <w:p>
      <w:pPr>
        <w:pStyle w:val="ListParagraph"/>
      </w:pPr>
      <w:r>
        <w:rPr>
          <w:sz w:val="22"/>
        </w:rPr>
        <w:t>B. Đái tháo đường typ II</w:t>
      </w:r>
    </w:p>
    <w:p>
      <w:pPr>
        <w:pStyle w:val="ListParagraph"/>
      </w:pPr>
      <w:r>
        <w:rPr>
          <w:sz w:val="22"/>
        </w:rPr>
        <w:t>C. Đái tháo đường thai kỳ</w:t>
      </w:r>
    </w:p>
    <w:p>
      <w:pPr>
        <w:pStyle w:val="ListParagraph"/>
      </w:pPr>
      <w:r>
        <w:rPr>
          <w:sz w:val="22"/>
        </w:rPr>
        <w:t>D. Suy tụy</w:t>
      </w:r>
    </w:p>
    <w:p/>
    <w:p>
      <w:r>
        <w:rPr>
          <w:b/>
          <w:sz w:val="24"/>
        </w:rPr>
        <w:t>Câu 50: Chỉ định của các sulfonylure là:</w:t>
      </w:r>
    </w:p>
    <w:p>
      <w:pPr>
        <w:pStyle w:val="ListParagraph"/>
      </w:pPr>
      <w:r>
        <w:rPr>
          <w:sz w:val="22"/>
        </w:rPr>
        <w:t>A. Đái tháo đường typ 1</w:t>
      </w:r>
    </w:p>
    <w:p>
      <w:pPr>
        <w:pStyle w:val="ListParagraph"/>
      </w:pPr>
      <w:r>
        <w:rPr>
          <w:sz w:val="22"/>
        </w:rPr>
        <w:t>B. Đái tháo đường thai kỳ</w:t>
      </w:r>
    </w:p>
    <w:p>
      <w:pPr>
        <w:pStyle w:val="ListParagraph"/>
      </w:pPr>
      <w:r>
        <w:rPr>
          <w:sz w:val="22"/>
        </w:rPr>
        <w:t>C. Đái tháo đường typ II kèm suy gan, suy thận</w:t>
      </w:r>
    </w:p>
    <w:p>
      <w:pPr>
        <w:pStyle w:val="ListParagraph"/>
      </w:pPr>
      <w:r>
        <w:rPr>
          <w:sz w:val="22"/>
        </w:rPr>
        <w:t>D. Tất cả đều sai</w:t>
      </w:r>
    </w:p>
    <w:p/>
    <w:p>
      <w:r>
        <w:rPr>
          <w:b/>
          <w:sz w:val="24"/>
        </w:rPr>
        <w:t>Câu 51: Các sulfonylure được chỉ định trong trường hợp:</w:t>
      </w:r>
    </w:p>
    <w:p>
      <w:pPr>
        <w:pStyle w:val="ListParagraph"/>
      </w:pPr>
      <w:r>
        <w:rPr>
          <w:sz w:val="22"/>
        </w:rPr>
        <w:t>A. Đái tháo đường typ 1</w:t>
      </w:r>
    </w:p>
    <w:p>
      <w:pPr>
        <w:pStyle w:val="ListParagraph"/>
      </w:pPr>
      <w:r>
        <w:rPr>
          <w:sz w:val="22"/>
        </w:rPr>
        <w:t>B. Đái tháo đường thai kỳ</w:t>
      </w:r>
    </w:p>
    <w:p>
      <w:pPr>
        <w:pStyle w:val="ListParagraph"/>
      </w:pPr>
      <w:r>
        <w:rPr>
          <w:sz w:val="22"/>
        </w:rPr>
        <w:t>C. Đái tháo đường typ II nhưng tuyến tụy vẫn còn hoạt động</w:t>
      </w:r>
    </w:p>
    <w:p>
      <w:pPr>
        <w:pStyle w:val="ListParagraph"/>
      </w:pPr>
      <w:r>
        <w:rPr>
          <w:sz w:val="22"/>
        </w:rPr>
        <w:t>D. Đái tháo đường typ II kèm suy gan, suy thận</w:t>
      </w:r>
    </w:p>
    <w:p/>
    <w:p>
      <w:r>
        <w:rPr>
          <w:b/>
          <w:sz w:val="24"/>
        </w:rPr>
        <w:t>Câu 52: Glibenclamid thuộc nhóm sulfonylure thế hệ:</w:t>
      </w:r>
    </w:p>
    <w:p>
      <w:pPr>
        <w:pStyle w:val="ListParagraph"/>
      </w:pPr>
      <w:r>
        <w:rPr>
          <w:sz w:val="22"/>
        </w:rPr>
        <w:t>A. 1</w:t>
      </w:r>
    </w:p>
    <w:p>
      <w:pPr>
        <w:pStyle w:val="ListParagraph"/>
      </w:pPr>
      <w:r>
        <w:rPr>
          <w:sz w:val="22"/>
        </w:rPr>
        <w:t>B. 2</w:t>
      </w:r>
    </w:p>
    <w:p>
      <w:pPr>
        <w:pStyle w:val="ListParagraph"/>
      </w:pPr>
      <w:r>
        <w:rPr>
          <w:sz w:val="22"/>
        </w:rPr>
        <w:t>C. 3</w:t>
      </w:r>
    </w:p>
    <w:p>
      <w:pPr>
        <w:pStyle w:val="ListParagraph"/>
      </w:pPr>
      <w:r>
        <w:rPr>
          <w:sz w:val="22"/>
        </w:rPr>
        <w:t>D. 4</w:t>
      </w:r>
    </w:p>
    <w:p/>
    <w:p>
      <w:r>
        <w:rPr>
          <w:b/>
          <w:sz w:val="24"/>
        </w:rPr>
        <w:t>Câu 53: Các sulfonylure được chỉ định cho bệnh nhân đái tháo đường:</w:t>
      </w:r>
    </w:p>
    <w:p>
      <w:pPr>
        <w:pStyle w:val="ListParagraph"/>
      </w:pPr>
      <w:r>
        <w:rPr>
          <w:sz w:val="22"/>
        </w:rPr>
        <w:t>A. Bị thừa cân</w:t>
      </w:r>
    </w:p>
    <w:p>
      <w:pPr>
        <w:pStyle w:val="ListParagraph"/>
      </w:pPr>
      <w:r>
        <w:rPr>
          <w:sz w:val="22"/>
        </w:rPr>
        <w:t>B. Tuyến tụy không còn hoạt động</w:t>
      </w:r>
    </w:p>
    <w:p>
      <w:pPr>
        <w:pStyle w:val="ListParagraph"/>
      </w:pPr>
      <w:r>
        <w:rPr>
          <w:sz w:val="22"/>
        </w:rPr>
        <w:t>C. Tuyến tụy còn hoạt động nhưng không tiết đủ insulin</w:t>
      </w:r>
    </w:p>
    <w:p>
      <w:pPr>
        <w:pStyle w:val="ListParagraph"/>
      </w:pPr>
      <w:r>
        <w:rPr>
          <w:sz w:val="22"/>
        </w:rPr>
        <w:t>D. Typ I</w:t>
      </w:r>
    </w:p>
    <w:p/>
    <w:p>
      <w:r>
        <w:rPr>
          <w:b/>
          <w:sz w:val="24"/>
        </w:rPr>
        <w:t>Câu 54: Tác dụng không mong muốn chung của các sulfonylure là:</w:t>
      </w:r>
    </w:p>
    <w:p>
      <w:pPr>
        <w:pStyle w:val="ListParagraph"/>
      </w:pPr>
      <w:r>
        <w:rPr>
          <w:sz w:val="22"/>
        </w:rPr>
        <w:t>A. Hạ đường huyết, rối loạn tiêu hóa</w:t>
      </w:r>
    </w:p>
    <w:p>
      <w:pPr>
        <w:pStyle w:val="ListParagraph"/>
      </w:pPr>
      <w:r>
        <w:rPr>
          <w:sz w:val="22"/>
        </w:rPr>
        <w:t>B. Hạ đường huyết, rối loạn tiêu hóa, rối loạn thần kinh, dị ứng</w:t>
      </w:r>
    </w:p>
    <w:p>
      <w:pPr>
        <w:pStyle w:val="ListParagraph"/>
      </w:pPr>
      <w:r>
        <w:rPr>
          <w:sz w:val="22"/>
        </w:rPr>
        <w:t>C. Hạ đường huyết, loét dạ dày</w:t>
      </w:r>
    </w:p>
    <w:p>
      <w:pPr>
        <w:pStyle w:val="ListParagraph"/>
      </w:pPr>
      <w:r>
        <w:rPr>
          <w:sz w:val="22"/>
        </w:rPr>
        <w:t>D. Hạ đường huyết, loét dạ dày, dị ứng</w:t>
      </w:r>
    </w:p>
    <w:p/>
    <w:p>
      <w:r>
        <w:rPr>
          <w:b/>
          <w:sz w:val="24"/>
        </w:rPr>
        <w:t>Câu 55: Chống chỉ định của các sulfonylure là:</w:t>
      </w:r>
    </w:p>
    <w:p>
      <w:pPr>
        <w:pStyle w:val="ListParagraph"/>
      </w:pPr>
      <w:r>
        <w:rPr>
          <w:sz w:val="22"/>
        </w:rPr>
        <w:t>A. Đái tháo đường typ 2, phụ nữ có thai, suy gan, thận</w:t>
      </w:r>
    </w:p>
    <w:p>
      <w:pPr>
        <w:pStyle w:val="ListParagraph"/>
      </w:pPr>
      <w:r>
        <w:rPr>
          <w:sz w:val="22"/>
        </w:rPr>
        <w:t>B. Đái tháo đường typ 1, phụ nữ có thai, suy gan, thận</w:t>
      </w:r>
    </w:p>
    <w:p>
      <w:pPr>
        <w:pStyle w:val="ListParagraph"/>
      </w:pPr>
      <w:r>
        <w:rPr>
          <w:sz w:val="22"/>
        </w:rPr>
        <w:t>C. Đái tháo đường typ 2, phụ nữ có thai, người cho con bú</w:t>
      </w:r>
    </w:p>
    <w:p>
      <w:pPr>
        <w:pStyle w:val="ListParagraph"/>
      </w:pPr>
      <w:r>
        <w:rPr>
          <w:sz w:val="22"/>
        </w:rPr>
        <w:t>D. Đái tháo đường thai kỳ, suy tim</w:t>
      </w:r>
    </w:p>
    <w:p/>
    <w:p>
      <w:r>
        <w:rPr>
          <w:b/>
          <w:sz w:val="24"/>
        </w:rPr>
        <w:t>Câu 56: Biệt dược của gliclazid là:</w:t>
      </w:r>
    </w:p>
    <w:p>
      <w:pPr>
        <w:pStyle w:val="ListParagraph"/>
      </w:pPr>
      <w:r>
        <w:rPr>
          <w:sz w:val="22"/>
        </w:rPr>
        <w:t>A. Glyburid</w:t>
      </w:r>
    </w:p>
    <w:p>
      <w:pPr>
        <w:pStyle w:val="ListParagraph"/>
      </w:pPr>
      <w:r>
        <w:rPr>
          <w:sz w:val="22"/>
        </w:rPr>
        <w:t>B. Diamicron</w:t>
      </w:r>
    </w:p>
    <w:p>
      <w:pPr>
        <w:pStyle w:val="ListParagraph"/>
      </w:pPr>
      <w:r>
        <w:rPr>
          <w:sz w:val="22"/>
        </w:rPr>
        <w:t>C. DiaBeta</w:t>
      </w:r>
    </w:p>
    <w:p>
      <w:pPr>
        <w:pStyle w:val="ListParagraph"/>
      </w:pPr>
      <w:r>
        <w:rPr>
          <w:sz w:val="22"/>
        </w:rPr>
        <w:t>D. Novo-glyburid</w:t>
      </w:r>
    </w:p>
    <w:p/>
    <w:p>
      <w:r>
        <w:rPr>
          <w:b/>
          <w:sz w:val="24"/>
        </w:rPr>
        <w:t>Câu 57: Biệt dược của glibenclamid là:</w:t>
      </w:r>
    </w:p>
    <w:p>
      <w:pPr>
        <w:pStyle w:val="ListParagraph"/>
      </w:pPr>
      <w:r>
        <w:rPr>
          <w:sz w:val="22"/>
        </w:rPr>
        <w:t>A. Diamicron</w:t>
      </w:r>
    </w:p>
    <w:p>
      <w:pPr>
        <w:pStyle w:val="ListParagraph"/>
      </w:pPr>
      <w:r>
        <w:rPr>
          <w:sz w:val="22"/>
        </w:rPr>
        <w:t>B. DiaBeta</w:t>
      </w:r>
    </w:p>
    <w:p>
      <w:pPr>
        <w:pStyle w:val="ListParagraph"/>
      </w:pPr>
      <w:r>
        <w:rPr>
          <w:sz w:val="22"/>
        </w:rPr>
        <w:t>C. Novo-glyburid</w:t>
      </w:r>
    </w:p>
    <w:p>
      <w:pPr>
        <w:pStyle w:val="ListParagraph"/>
      </w:pPr>
      <w:r>
        <w:rPr>
          <w:sz w:val="22"/>
        </w:rPr>
        <w:t>D. Cả B và C đều đúng</w:t>
      </w:r>
    </w:p>
    <w:p/>
    <w:p>
      <w:r>
        <w:rPr>
          <w:b/>
          <w:sz w:val="24"/>
        </w:rPr>
        <w:t>Câu 58: Tính chất của gliclazid là:</w:t>
      </w:r>
    </w:p>
    <w:p>
      <w:pPr>
        <w:pStyle w:val="ListParagraph"/>
      </w:pPr>
      <w:r>
        <w:rPr>
          <w:sz w:val="22"/>
        </w:rPr>
        <w:t>A. Chỉ có tính base</w:t>
      </w:r>
    </w:p>
    <w:p>
      <w:pPr>
        <w:pStyle w:val="ListParagraph"/>
      </w:pPr>
      <w:r>
        <w:rPr>
          <w:sz w:val="22"/>
        </w:rPr>
        <w:t>B. Chỉ có tính acid</w:t>
      </w:r>
    </w:p>
    <w:p>
      <w:pPr>
        <w:pStyle w:val="ListParagraph"/>
      </w:pPr>
      <w:r>
        <w:rPr>
          <w:sz w:val="22"/>
        </w:rPr>
        <w:t>C. Có cả tính acid và base</w:t>
      </w:r>
    </w:p>
    <w:p>
      <w:pPr>
        <w:pStyle w:val="ListParagraph"/>
      </w:pPr>
      <w:r>
        <w:rPr>
          <w:sz w:val="22"/>
        </w:rPr>
        <w:t>D. Tất cả đều sai</w:t>
      </w:r>
    </w:p>
    <w:p/>
    <w:p>
      <w:r>
        <w:rPr>
          <w:b/>
          <w:sz w:val="24"/>
        </w:rPr>
        <w:t>Câu 59: Gliclazid được định lượng bằng phương pháp đo acid trong môi trường khan với dung môi là:</w:t>
      </w:r>
    </w:p>
    <w:p>
      <w:pPr>
        <w:pStyle w:val="ListParagraph"/>
      </w:pPr>
      <w:r>
        <w:rPr>
          <w:sz w:val="22"/>
        </w:rPr>
        <w:t>A. Dimethylformamid</w:t>
      </w:r>
    </w:p>
    <w:p>
      <w:pPr>
        <w:pStyle w:val="ListParagraph"/>
      </w:pPr>
      <w:r>
        <w:rPr>
          <w:sz w:val="22"/>
        </w:rPr>
        <w:t>B. Ethanol</w:t>
      </w:r>
    </w:p>
    <w:p>
      <w:pPr>
        <w:pStyle w:val="ListParagraph"/>
      </w:pPr>
      <w:r>
        <w:rPr>
          <w:sz w:val="22"/>
        </w:rPr>
        <w:t>C. Acid acetic</w:t>
      </w:r>
    </w:p>
    <w:p/>
    <w:p>
      <w:r>
        <w:rPr>
          <w:b/>
          <w:sz w:val="24"/>
        </w:rPr>
        <w:t>Câu 60: Tác dụng của gliclazid là:</w:t>
      </w:r>
    </w:p>
    <w:p>
      <w:pPr>
        <w:pStyle w:val="ListParagraph"/>
      </w:pPr>
      <w:r>
        <w:rPr>
          <w:sz w:val="22"/>
        </w:rPr>
        <w:t>A. Tăng đường huyết</w:t>
      </w:r>
    </w:p>
    <w:p>
      <w:pPr>
        <w:pStyle w:val="ListParagraph"/>
      </w:pPr>
      <w:r>
        <w:rPr>
          <w:sz w:val="22"/>
        </w:rPr>
        <w:t>B. Hạ đường huyết</w:t>
      </w:r>
    </w:p>
    <w:p>
      <w:pPr>
        <w:pStyle w:val="ListParagraph"/>
      </w:pPr>
      <w:r>
        <w:rPr>
          <w:sz w:val="22"/>
        </w:rPr>
        <w:t>C. Giảm cholesterol máu</w:t>
      </w:r>
    </w:p>
    <w:p>
      <w:pPr>
        <w:pStyle w:val="ListParagraph"/>
      </w:pPr>
      <w:r>
        <w:rPr>
          <w:sz w:val="22"/>
        </w:rPr>
        <w:t>D. Hạ huyết áp</w:t>
      </w:r>
    </w:p>
    <w:p/>
    <w:p>
      <w:r>
        <w:rPr>
          <w:b/>
          <w:sz w:val="24"/>
        </w:rPr>
        <w:t>Câu 61: Thuốc được ưu tiên điều trị khởi đầu trong đái tháo đường typ 2 là:</w:t>
      </w:r>
    </w:p>
    <w:p>
      <w:pPr>
        <w:pStyle w:val="ListParagraph"/>
      </w:pPr>
      <w:r>
        <w:rPr>
          <w:sz w:val="22"/>
        </w:rPr>
        <w:t>A. Gliclazid</w:t>
      </w:r>
    </w:p>
    <w:p>
      <w:pPr>
        <w:pStyle w:val="ListParagraph"/>
      </w:pPr>
      <w:r>
        <w:rPr>
          <w:sz w:val="22"/>
        </w:rPr>
        <w:t>B. Glibenclamid</w:t>
      </w:r>
    </w:p>
    <w:p>
      <w:pPr>
        <w:pStyle w:val="ListParagraph"/>
      </w:pPr>
      <w:r>
        <w:rPr>
          <w:sz w:val="22"/>
        </w:rPr>
        <w:t>C. Metformin</w:t>
      </w:r>
    </w:p>
    <w:p>
      <w:pPr>
        <w:pStyle w:val="ListParagraph"/>
      </w:pPr>
      <w:r>
        <w:rPr>
          <w:sz w:val="22"/>
        </w:rPr>
        <w:t>D. Insulin</w:t>
      </w:r>
    </w:p>
    <w:p/>
    <w:p>
      <w:r>
        <w:rPr>
          <w:b/>
          <w:sz w:val="24"/>
        </w:rPr>
        <w:t>Câu 62: Thuốc được ưu tiên điều trị khởi đầu cho bệnh nhân đái tháo đường không phụ thuộc insulin:</w:t>
      </w:r>
    </w:p>
    <w:p>
      <w:pPr>
        <w:pStyle w:val="ListParagraph"/>
      </w:pPr>
      <w:r>
        <w:rPr>
          <w:sz w:val="22"/>
        </w:rPr>
        <w:t>A. Insulin</w:t>
      </w:r>
    </w:p>
    <w:p>
      <w:pPr>
        <w:pStyle w:val="ListParagraph"/>
      </w:pPr>
      <w:r>
        <w:rPr>
          <w:sz w:val="22"/>
        </w:rPr>
        <w:t>B. Glibenclamid</w:t>
      </w:r>
    </w:p>
    <w:p>
      <w:pPr>
        <w:pStyle w:val="ListParagraph"/>
      </w:pPr>
      <w:r>
        <w:rPr>
          <w:sz w:val="22"/>
        </w:rPr>
        <w:t>C. Acarbose</w:t>
      </w:r>
    </w:p>
    <w:p>
      <w:pPr>
        <w:pStyle w:val="ListParagraph"/>
      </w:pPr>
      <w:r>
        <w:rPr>
          <w:sz w:val="22"/>
        </w:rPr>
        <w:t>D. Metformin</w:t>
      </w:r>
    </w:p>
    <w:p/>
    <w:p>
      <w:r>
        <w:rPr>
          <w:b/>
          <w:sz w:val="24"/>
        </w:rPr>
        <w:t>Câu 63: Metformin là thuốc điều trị đái tháo đường thuộc nhóm:</w:t>
      </w:r>
    </w:p>
    <w:p>
      <w:pPr>
        <w:pStyle w:val="ListParagraph"/>
      </w:pPr>
      <w:r>
        <w:rPr>
          <w:sz w:val="22"/>
        </w:rPr>
        <w:t>A. SU</w:t>
      </w:r>
    </w:p>
    <w:p>
      <w:pPr>
        <w:pStyle w:val="ListParagraph"/>
      </w:pPr>
      <w:r>
        <w:rPr>
          <w:sz w:val="22"/>
        </w:rPr>
        <w:t>B. TZD</w:t>
      </w:r>
    </w:p>
    <w:p>
      <w:pPr>
        <w:pStyle w:val="ListParagraph"/>
      </w:pPr>
      <w:r>
        <w:rPr>
          <w:sz w:val="22"/>
        </w:rPr>
        <w:t>C. Biguanid</w:t>
      </w:r>
    </w:p>
    <w:p>
      <w:pPr>
        <w:pStyle w:val="ListParagraph"/>
      </w:pPr>
      <w:r>
        <w:rPr>
          <w:sz w:val="22"/>
        </w:rPr>
        <w:t>D. Thuốc ức chế DPP-4</w:t>
      </w:r>
    </w:p>
    <w:p/>
    <w:p>
      <w:r>
        <w:rPr>
          <w:b/>
          <w:sz w:val="24"/>
        </w:rPr>
        <w:t>Câu 64: Định tính metformin bằng phương pháp:</w:t>
      </w:r>
    </w:p>
    <w:p>
      <w:pPr>
        <w:pStyle w:val="ListParagraph"/>
      </w:pPr>
      <w:r>
        <w:rPr>
          <w:sz w:val="22"/>
        </w:rPr>
        <w:t>A. Đo phổ IR, TLC, đun chế phẩm với NaOH giải phóng NH3</w:t>
      </w:r>
    </w:p>
    <w:p>
      <w:pPr>
        <w:pStyle w:val="ListParagraph"/>
      </w:pPr>
      <w:r>
        <w:rPr>
          <w:sz w:val="22"/>
        </w:rPr>
        <w:t>B. Đo phổ UV, TLC, đun chế phẩm với NaOH giải phóng NH3</w:t>
      </w:r>
    </w:p>
    <w:p>
      <w:pPr>
        <w:pStyle w:val="ListParagraph"/>
      </w:pPr>
      <w:r>
        <w:rPr>
          <w:sz w:val="22"/>
        </w:rPr>
        <w:t>C. Đo phổ UV, đo góc quay cực, phản ứng với AgNO3</w:t>
      </w:r>
    </w:p>
    <w:p>
      <w:pPr>
        <w:pStyle w:val="ListParagraph"/>
      </w:pPr>
      <w:r>
        <w:rPr>
          <w:sz w:val="22"/>
        </w:rPr>
        <w:t>D. Đo phổ IR, đo góc quay cực, đo nhiệt độ nóng chảy</w:t>
      </w:r>
    </w:p>
    <w:p/>
    <w:p>
      <w:r>
        <w:rPr>
          <w:b/>
          <w:sz w:val="24"/>
        </w:rPr>
        <w:t>Câu 65: Tính chất của metformin là:</w:t>
      </w:r>
    </w:p>
    <w:p>
      <w:pPr>
        <w:pStyle w:val="ListParagraph"/>
      </w:pPr>
      <w:r>
        <w:rPr>
          <w:sz w:val="22"/>
        </w:rPr>
        <w:t>A. Tính acid của HCl kết hợp, tính base và dễ bị thủy phân của nhóm biguanid</w:t>
      </w:r>
    </w:p>
    <w:p>
      <w:pPr>
        <w:pStyle w:val="ListParagraph"/>
      </w:pPr>
      <w:r>
        <w:rPr>
          <w:sz w:val="22"/>
        </w:rPr>
        <w:t>B. Có nhóm amin thơm bậc 1</w:t>
      </w:r>
    </w:p>
    <w:p>
      <w:pPr>
        <w:pStyle w:val="ListParagraph"/>
      </w:pPr>
      <w:r>
        <w:rPr>
          <w:sz w:val="22"/>
        </w:rPr>
        <w:t>C. Có C bất đối</w:t>
      </w:r>
    </w:p>
    <w:p/>
    <w:p>
      <w:r>
        <w:rPr>
          <w:b/>
          <w:sz w:val="24"/>
        </w:rPr>
        <w:t>Câu 66: Định lượng metformin bằng phương pháp:</w:t>
      </w:r>
    </w:p>
    <w:p>
      <w:pPr>
        <w:pStyle w:val="ListParagraph"/>
      </w:pPr>
      <w:r>
        <w:rPr>
          <w:sz w:val="22"/>
        </w:rPr>
        <w:t>A. Đo UV</w:t>
      </w:r>
    </w:p>
    <w:p>
      <w:pPr>
        <w:pStyle w:val="ListParagraph"/>
      </w:pPr>
      <w:r>
        <w:rPr>
          <w:sz w:val="22"/>
        </w:rPr>
        <w:t>B. Đo acid trong môi trường khan hoặc đo kiềm trong môi trường nước</w:t>
      </w:r>
    </w:p>
    <w:p>
      <w:pPr>
        <w:pStyle w:val="ListParagraph"/>
      </w:pPr>
      <w:r>
        <w:rPr>
          <w:sz w:val="22"/>
        </w:rPr>
        <w:t>C. Đo IR</w:t>
      </w:r>
    </w:p>
    <w:p>
      <w:pPr>
        <w:pStyle w:val="ListParagraph"/>
      </w:pPr>
      <w:r>
        <w:rPr>
          <w:sz w:val="22"/>
        </w:rPr>
        <w:t>D. Đo iod</w:t>
      </w:r>
    </w:p>
    <w:p/>
    <w:p>
      <w:r>
        <w:rPr>
          <w:b/>
          <w:sz w:val="24"/>
        </w:rPr>
        <w:t>Câu 67: Biệt dược của metformin là:</w:t>
      </w:r>
    </w:p>
    <w:p>
      <w:pPr>
        <w:pStyle w:val="ListParagraph"/>
      </w:pPr>
      <w:r>
        <w:rPr>
          <w:sz w:val="22"/>
        </w:rPr>
        <w:t>A. Glucophage</w:t>
      </w:r>
    </w:p>
    <w:p>
      <w:pPr>
        <w:pStyle w:val="ListParagraph"/>
      </w:pPr>
      <w:r>
        <w:rPr>
          <w:sz w:val="22"/>
        </w:rPr>
        <w:t>B. Glyburid</w:t>
      </w:r>
    </w:p>
    <w:p>
      <w:pPr>
        <w:pStyle w:val="ListParagraph"/>
      </w:pPr>
      <w:r>
        <w:rPr>
          <w:sz w:val="22"/>
        </w:rPr>
        <w:t>C. Diamicron</w:t>
      </w:r>
    </w:p>
    <w:p>
      <w:pPr>
        <w:pStyle w:val="ListParagraph"/>
      </w:pPr>
      <w:r>
        <w:rPr>
          <w:sz w:val="22"/>
        </w:rPr>
        <w:t>D. Januvia</w:t>
      </w:r>
    </w:p>
    <w:p/>
    <w:p>
      <w:r>
        <w:rPr>
          <w:b/>
          <w:sz w:val="24"/>
        </w:rPr>
        <w:t>Câu 68: Metformin không có tác dụng:</w:t>
      </w:r>
    </w:p>
    <w:p>
      <w:pPr>
        <w:pStyle w:val="ListParagraph"/>
      </w:pPr>
      <w:r>
        <w:rPr>
          <w:sz w:val="22"/>
        </w:rPr>
        <w:t>A. Giảm glucose huyết</w:t>
      </w:r>
    </w:p>
    <w:p>
      <w:pPr>
        <w:pStyle w:val="ListParagraph"/>
      </w:pPr>
      <w:r>
        <w:rPr>
          <w:sz w:val="22"/>
        </w:rPr>
        <w:t>B. Giảm cholesterol toàn phần</w:t>
      </w:r>
    </w:p>
    <w:p>
      <w:pPr>
        <w:pStyle w:val="ListParagraph"/>
      </w:pPr>
      <w:r>
        <w:rPr>
          <w:sz w:val="22"/>
        </w:rPr>
        <w:t>C. Làm chậm hấp thu glucose ở ruột</w:t>
      </w:r>
    </w:p>
    <w:p>
      <w:pPr>
        <w:pStyle w:val="ListParagraph"/>
      </w:pPr>
      <w:r>
        <w:rPr>
          <w:sz w:val="22"/>
        </w:rPr>
        <w:t>D. Gây tăng cân</w:t>
      </w:r>
    </w:p>
    <w:p/>
    <w:p>
      <w:r>
        <w:rPr>
          <w:b/>
          <w:sz w:val="24"/>
        </w:rPr>
        <w:t>Câu 69: Ưu điểm của metformin khi sử dụng cho bệnh nhân đái tháo đường typ 2 là:</w:t>
      </w:r>
    </w:p>
    <w:p>
      <w:pPr>
        <w:pStyle w:val="ListParagraph"/>
      </w:pPr>
      <w:r>
        <w:rPr>
          <w:sz w:val="22"/>
        </w:rPr>
        <w:t>A. Thuốc làm giảm glucose huyết (GH) nhưng không gây hạ GH</w:t>
      </w:r>
    </w:p>
    <w:p>
      <w:pPr>
        <w:pStyle w:val="ListParagraph"/>
      </w:pPr>
      <w:r>
        <w:rPr>
          <w:sz w:val="22"/>
        </w:rPr>
        <w:t>B. Không gây tăng cân</w:t>
      </w:r>
    </w:p>
    <w:p>
      <w:pPr>
        <w:pStyle w:val="ListParagraph"/>
      </w:pPr>
      <w:r>
        <w:rPr>
          <w:sz w:val="22"/>
        </w:rPr>
        <w:t>C. Metformin còn làm giảm cholesterol máu</w:t>
      </w:r>
    </w:p>
    <w:p>
      <w:pPr>
        <w:pStyle w:val="ListParagraph"/>
      </w:pPr>
      <w:r>
        <w:rPr>
          <w:sz w:val="22"/>
        </w:rPr>
        <w:t>D. Tất cả đều đúng</w:t>
      </w:r>
    </w:p>
    <w:p/>
    <w:p>
      <w:r>
        <w:rPr>
          <w:b/>
          <w:sz w:val="24"/>
        </w:rPr>
        <w:t>Câu 70: Tác dụng không mong muốn của metformin là gây:</w:t>
      </w:r>
    </w:p>
    <w:p>
      <w:pPr>
        <w:pStyle w:val="ListParagraph"/>
      </w:pPr>
      <w:r>
        <w:rPr>
          <w:sz w:val="22"/>
        </w:rPr>
        <w:t>A. Loét dạ dày</w:t>
      </w:r>
    </w:p>
    <w:p>
      <w:pPr>
        <w:pStyle w:val="ListParagraph"/>
      </w:pPr>
      <w:r>
        <w:rPr>
          <w:sz w:val="22"/>
        </w:rPr>
        <w:t>B. Hội chứng xanh xám ở trẻ nhỏ</w:t>
      </w:r>
    </w:p>
    <w:p>
      <w:pPr>
        <w:pStyle w:val="ListParagraph"/>
      </w:pPr>
      <w:r>
        <w:rPr>
          <w:sz w:val="22"/>
        </w:rPr>
        <w:t>C. Tiêu chảy</w:t>
      </w:r>
    </w:p>
    <w:p>
      <w:pPr>
        <w:pStyle w:val="ListParagraph"/>
      </w:pPr>
      <w:r>
        <w:rPr>
          <w:sz w:val="22"/>
        </w:rPr>
        <w:t>D. Hỏng men răng</w:t>
      </w:r>
    </w:p>
    <w:p/>
    <w:p>
      <w:r>
        <w:rPr>
          <w:b/>
          <w:sz w:val="24"/>
        </w:rPr>
        <w:t>Câu 71: Chống chỉ định của metformin:</w:t>
      </w:r>
    </w:p>
    <w:p>
      <w:pPr>
        <w:pStyle w:val="ListParagraph"/>
      </w:pPr>
      <w:r>
        <w:rPr>
          <w:sz w:val="22"/>
        </w:rPr>
        <w:t>A. Suy thận, suy tim nặng</w:t>
      </w:r>
    </w:p>
    <w:p>
      <w:pPr>
        <w:pStyle w:val="ListParagraph"/>
      </w:pPr>
      <w:r>
        <w:rPr>
          <w:sz w:val="22"/>
        </w:rPr>
        <w:t>B. Mẫn cảm với thuốc</w:t>
      </w:r>
    </w:p>
    <w:p>
      <w:pPr>
        <w:pStyle w:val="ListParagraph"/>
      </w:pPr>
      <w:r>
        <w:rPr>
          <w:sz w:val="22"/>
        </w:rPr>
        <w:t>C. Cả A và B đều sai</w:t>
      </w:r>
    </w:p>
    <w:p>
      <w:pPr>
        <w:pStyle w:val="ListParagraph"/>
      </w:pPr>
      <w:r>
        <w:rPr>
          <w:sz w:val="22"/>
        </w:rPr>
        <w:t>D. Cả A và B đều đúng</w:t>
      </w:r>
    </w:p>
    <w:p/>
    <w:p>
      <w:r>
        <w:rPr>
          <w:b/>
          <w:sz w:val="24"/>
        </w:rPr>
        <w:t>Câu 72: Đường dùng của metformin:</w:t>
      </w:r>
    </w:p>
    <w:p>
      <w:pPr>
        <w:pStyle w:val="ListParagraph"/>
      </w:pPr>
      <w:r>
        <w:rPr>
          <w:sz w:val="22"/>
        </w:rPr>
        <w:t>A. Tiêm tĩnh mạch</w:t>
      </w:r>
    </w:p>
    <w:p>
      <w:pPr>
        <w:pStyle w:val="ListParagraph"/>
      </w:pPr>
      <w:r>
        <w:rPr>
          <w:sz w:val="22"/>
        </w:rPr>
        <w:t>B. Tiêm bắp</w:t>
      </w:r>
    </w:p>
    <w:p>
      <w:pPr>
        <w:pStyle w:val="ListParagraph"/>
      </w:pPr>
      <w:r>
        <w:rPr>
          <w:sz w:val="22"/>
        </w:rPr>
        <w:t>C. Tiêm dưới da</w:t>
      </w:r>
    </w:p>
    <w:p>
      <w:pPr>
        <w:pStyle w:val="ListParagraph"/>
      </w:pPr>
      <w:r>
        <w:rPr>
          <w:sz w:val="22"/>
        </w:rPr>
        <w:t>D. Uống</w:t>
      </w:r>
    </w:p>
    <w:p/>
    <w:p>
      <w:r>
        <w:rPr>
          <w:b/>
          <w:sz w:val="24"/>
        </w:rPr>
        <w:t>Câu 73: Acarbose là thuốc điều trị đái tháo đường thuộc nhóm:</w:t>
      </w:r>
    </w:p>
    <w:p>
      <w:pPr>
        <w:pStyle w:val="ListParagraph"/>
      </w:pPr>
      <w:r>
        <w:rPr>
          <w:sz w:val="22"/>
        </w:rPr>
        <w:t>A. Insulin</w:t>
      </w:r>
    </w:p>
    <w:p>
      <w:pPr>
        <w:pStyle w:val="ListParagraph"/>
      </w:pPr>
      <w:r>
        <w:rPr>
          <w:sz w:val="22"/>
        </w:rPr>
        <w:t>B. Các chất ức chế alpha glucosidase</w:t>
      </w:r>
    </w:p>
    <w:p>
      <w:pPr>
        <w:pStyle w:val="ListParagraph"/>
      </w:pPr>
      <w:r>
        <w:rPr>
          <w:sz w:val="22"/>
        </w:rPr>
        <w:t>C. Các sulfonylurea</w:t>
      </w:r>
    </w:p>
    <w:p>
      <w:pPr>
        <w:pStyle w:val="ListParagraph"/>
      </w:pPr>
      <w:r>
        <w:rPr>
          <w:sz w:val="22"/>
        </w:rPr>
        <w:t>D. Thuốc tác dụng giống incretin</w:t>
      </w:r>
    </w:p>
    <w:p/>
    <w:p>
      <w:r>
        <w:rPr>
          <w:b/>
          <w:sz w:val="24"/>
        </w:rPr>
        <w:t>Câu 74: Biệt dược của acarbose là:</w:t>
      </w:r>
    </w:p>
    <w:p>
      <w:pPr>
        <w:pStyle w:val="ListParagraph"/>
      </w:pPr>
      <w:r>
        <w:rPr>
          <w:sz w:val="22"/>
        </w:rPr>
        <w:t>A. Glucophage</w:t>
      </w:r>
    </w:p>
    <w:p>
      <w:pPr>
        <w:pStyle w:val="ListParagraph"/>
      </w:pPr>
      <w:r>
        <w:rPr>
          <w:sz w:val="22"/>
        </w:rPr>
        <w:t>B. Glucobay</w:t>
      </w:r>
    </w:p>
    <w:p>
      <w:pPr>
        <w:pStyle w:val="ListParagraph"/>
      </w:pPr>
      <w:r>
        <w:rPr>
          <w:sz w:val="22"/>
        </w:rPr>
        <w:t>C. Diamicron</w:t>
      </w:r>
    </w:p>
    <w:p>
      <w:pPr>
        <w:pStyle w:val="ListParagraph"/>
      </w:pPr>
      <w:r>
        <w:rPr>
          <w:sz w:val="22"/>
        </w:rPr>
        <w:t>D. Januvia</w:t>
      </w:r>
    </w:p>
    <w:p/>
    <w:p>
      <w:r>
        <w:rPr>
          <w:b/>
          <w:sz w:val="24"/>
        </w:rPr>
        <w:t>Câu 75: Liraglutide là thuốc tác dụng giống incretin thuộc nhóm:</w:t>
      </w:r>
    </w:p>
    <w:p>
      <w:pPr>
        <w:pStyle w:val="ListParagraph"/>
      </w:pPr>
      <w:r>
        <w:rPr>
          <w:sz w:val="22"/>
        </w:rPr>
        <w:t>A. Thuốc đồng vận thụ thể GLP-1</w:t>
      </w:r>
    </w:p>
    <w:p>
      <w:pPr>
        <w:pStyle w:val="ListParagraph"/>
      </w:pPr>
      <w:r>
        <w:rPr>
          <w:sz w:val="22"/>
        </w:rPr>
        <w:t>B. Thuốc ức chế DPP-4</w:t>
      </w:r>
    </w:p>
    <w:p>
      <w:pPr>
        <w:pStyle w:val="ListParagraph"/>
      </w:pPr>
      <w:r>
        <w:rPr>
          <w:sz w:val="22"/>
        </w:rPr>
        <w:t>C. Ức chế alpha glucosidase</w:t>
      </w:r>
    </w:p>
    <w:p>
      <w:pPr>
        <w:pStyle w:val="ListParagraph"/>
      </w:pPr>
      <w:r>
        <w:rPr>
          <w:sz w:val="22"/>
        </w:rPr>
        <w:t>D. Các Thiazolidindion</w:t>
      </w:r>
    </w:p>
    <w:p/>
    <w:p>
      <w:r>
        <w:rPr>
          <w:b/>
          <w:sz w:val="24"/>
        </w:rPr>
        <w:t>Câu 76: Sitagliptin là thuốc có tác dụng giống incretin thuộc nhóm:</w:t>
      </w:r>
    </w:p>
    <w:p>
      <w:pPr>
        <w:pStyle w:val="ListParagraph"/>
      </w:pPr>
      <w:r>
        <w:rPr>
          <w:sz w:val="22"/>
        </w:rPr>
        <w:t>A. Thuốc đồng vận thụ thể GLP-1</w:t>
      </w:r>
    </w:p>
    <w:p>
      <w:pPr>
        <w:pStyle w:val="ListParagraph"/>
      </w:pPr>
      <w:r>
        <w:rPr>
          <w:sz w:val="22"/>
        </w:rPr>
        <w:t>B. Thuốc ức chế DPP-4</w:t>
      </w:r>
    </w:p>
    <w:p>
      <w:pPr>
        <w:pStyle w:val="ListParagraph"/>
      </w:pPr>
      <w:r>
        <w:rPr>
          <w:sz w:val="22"/>
        </w:rPr>
        <w:t>C. Ức chế alpha glucosidase</w:t>
      </w:r>
    </w:p>
    <w:p>
      <w:pPr>
        <w:pStyle w:val="ListParagraph"/>
      </w:pPr>
      <w:r>
        <w:rPr>
          <w:sz w:val="22"/>
        </w:rPr>
        <w:t>D. Các Thiazolidindion</w:t>
      </w:r>
    </w:p>
    <w:p/>
    <w:p>
      <w:r>
        <w:rPr>
          <w:b/>
          <w:sz w:val="24"/>
        </w:rPr>
        <w:t>Câu 77: Pioglitazone là thuốc làm tăng sự nhạy cảm của tế bào với insulin thuộc nhóm:</w:t>
      </w:r>
    </w:p>
    <w:p>
      <w:pPr>
        <w:pStyle w:val="ListParagraph"/>
      </w:pPr>
      <w:r>
        <w:rPr>
          <w:sz w:val="22"/>
        </w:rPr>
        <w:t>A. Các Sulfonylure</w:t>
      </w:r>
    </w:p>
    <w:p>
      <w:pPr>
        <w:pStyle w:val="ListParagraph"/>
      </w:pPr>
      <w:r>
        <w:rPr>
          <w:sz w:val="22"/>
        </w:rPr>
        <w:t>B. Các thiazolidindion</w:t>
      </w:r>
    </w:p>
    <w:p/>
    <w:p>
      <w:r>
        <w:rPr>
          <w:b/>
          <w:sz w:val="24"/>
        </w:rPr>
        <w:t>Câu 78: Nhóm thiazolidindion giảm đường huyết được viết tắt bởi 3 chữ cái in viết liền nhau là.....</w:t>
      </w:r>
    </w:p>
    <w:p>
      <w:pPr>
        <w:pStyle w:val="ListParagraph"/>
      </w:pPr>
      <w:r>
        <w:rPr>
          <w:sz w:val="22"/>
        </w:rPr>
        <w:t>A. TZD</w:t>
      </w:r>
    </w:p>
    <w:p/>
    <w:p>
      <w:r>
        <w:rPr>
          <w:b/>
          <w:sz w:val="24"/>
        </w:rPr>
        <w:t>Câu 79: Metformin là thuốc làm tăng sự nhạy cảm của tế bào với insulin thuộc nhóm:</w:t>
      </w:r>
    </w:p>
    <w:p>
      <w:pPr>
        <w:pStyle w:val="ListParagraph"/>
      </w:pPr>
      <w:r>
        <w:rPr>
          <w:sz w:val="22"/>
        </w:rPr>
        <w:t>A. Các Sulfonylure</w:t>
      </w:r>
    </w:p>
    <w:p>
      <w:pPr>
        <w:pStyle w:val="ListParagraph"/>
      </w:pPr>
      <w:r>
        <w:rPr>
          <w:sz w:val="22"/>
        </w:rPr>
        <w:t>B. Các Thiazolidindion</w:t>
      </w:r>
    </w:p>
    <w:p>
      <w:pPr>
        <w:pStyle w:val="ListParagraph"/>
      </w:pPr>
      <w:r>
        <w:rPr>
          <w:sz w:val="22"/>
        </w:rPr>
        <w:t>C. Các Glinides</w:t>
      </w:r>
    </w:p>
    <w:p>
      <w:pPr>
        <w:pStyle w:val="ListParagraph"/>
      </w:pPr>
      <w:r>
        <w:rPr>
          <w:sz w:val="22"/>
        </w:rPr>
        <w:t>D. Các Biguanid</w:t>
      </w:r>
    </w:p>
    <w:p/>
    <w:p>
      <w:r>
        <w:rPr>
          <w:b/>
          <w:sz w:val="24"/>
        </w:rPr>
        <w:t>Câu 80: Repaglinide là thuốc kích thích bài tiết insulin thuộc nhóm:</w:t>
      </w:r>
    </w:p>
    <w:p>
      <w:pPr>
        <w:pStyle w:val="ListParagraph"/>
      </w:pPr>
      <w:r>
        <w:rPr>
          <w:sz w:val="22"/>
        </w:rPr>
        <w:t>A. Các Sulfonylure</w:t>
      </w:r>
    </w:p>
    <w:p>
      <w:pPr>
        <w:pStyle w:val="ListParagraph"/>
      </w:pPr>
      <w:r>
        <w:rPr>
          <w:sz w:val="22"/>
        </w:rPr>
        <w:t>B. Các Thiazolidindion</w:t>
      </w:r>
    </w:p>
    <w:p>
      <w:pPr>
        <w:pStyle w:val="ListParagraph"/>
      </w:pPr>
      <w:r>
        <w:rPr>
          <w:sz w:val="22"/>
        </w:rPr>
        <w:t>C. Các Glinides</w:t>
      </w:r>
    </w:p>
    <w:p>
      <w:pPr>
        <w:pStyle w:val="ListParagraph"/>
      </w:pPr>
      <w:r>
        <w:rPr>
          <w:sz w:val="22"/>
        </w:rPr>
        <w:t>D. Các Biguanid</w:t>
      </w:r>
    </w:p>
    <w:p/>
    <w:p>
      <w:r>
        <w:rPr>
          <w:b/>
          <w:sz w:val="24"/>
        </w:rPr>
        <w:t>Câu 81: Tác dụng của acarbose là:</w:t>
      </w:r>
    </w:p>
    <w:p>
      <w:pPr>
        <w:pStyle w:val="ListParagraph"/>
      </w:pPr>
      <w:r>
        <w:rPr>
          <w:sz w:val="22"/>
        </w:rPr>
        <w:t>A. Hạ huyết áp</w:t>
      </w:r>
    </w:p>
    <w:p>
      <w:pPr>
        <w:pStyle w:val="ListParagraph"/>
      </w:pPr>
      <w:r>
        <w:rPr>
          <w:sz w:val="22"/>
        </w:rPr>
        <w:t>B. Làm chậm hấp thu carbohydrat ở ruột</w:t>
      </w:r>
    </w:p>
    <w:p>
      <w:pPr>
        <w:pStyle w:val="ListParagraph"/>
      </w:pPr>
      <w:r>
        <w:rPr>
          <w:sz w:val="22"/>
        </w:rPr>
        <w:t>C. Tăng đường huyết</w:t>
      </w:r>
    </w:p>
    <w:p>
      <w:pPr>
        <w:pStyle w:val="ListParagraph"/>
      </w:pPr>
      <w:r>
        <w:rPr>
          <w:sz w:val="22"/>
        </w:rPr>
        <w:t>D. Lợi tiểu</w:t>
      </w:r>
    </w:p>
    <w:p/>
    <w:p>
      <w:r>
        <w:rPr>
          <w:b/>
          <w:sz w:val="24"/>
        </w:rPr>
        <w:t>Câu 82: Chỉ định của acarbose là:</w:t>
      </w:r>
    </w:p>
    <w:p>
      <w:pPr>
        <w:pStyle w:val="ListParagraph"/>
      </w:pPr>
      <w:r>
        <w:rPr>
          <w:sz w:val="22"/>
        </w:rPr>
        <w:t>A. Đái tháo đường typ 1</w:t>
      </w:r>
    </w:p>
    <w:p>
      <w:pPr>
        <w:pStyle w:val="ListParagraph"/>
      </w:pPr>
      <w:r>
        <w:rPr>
          <w:sz w:val="22"/>
        </w:rPr>
        <w:t>B. Loét dạ dày, tá tràng</w:t>
      </w:r>
    </w:p>
    <w:p>
      <w:pPr>
        <w:pStyle w:val="ListParagraph"/>
      </w:pPr>
      <w:r>
        <w:rPr>
          <w:sz w:val="22"/>
        </w:rPr>
        <w:t>C. Đái tháo đường typ 2</w:t>
      </w:r>
    </w:p>
    <w:p>
      <w:pPr>
        <w:pStyle w:val="ListParagraph"/>
      </w:pPr>
      <w:r>
        <w:rPr>
          <w:sz w:val="22"/>
        </w:rPr>
        <w:t>D. Tăng huyết áp</w:t>
      </w:r>
    </w:p>
    <w:p/>
    <w:p>
      <w:r>
        <w:rPr>
          <w:b/>
          <w:sz w:val="24"/>
        </w:rPr>
        <w:t>Câu 83: Tác dụng không mong muốn của acarbose là:</w:t>
      </w:r>
    </w:p>
    <w:p>
      <w:pPr>
        <w:pStyle w:val="ListParagraph"/>
      </w:pPr>
      <w:r>
        <w:rPr>
          <w:sz w:val="22"/>
        </w:rPr>
        <w:t>A. Loét dạ dày, tá tràng</w:t>
      </w:r>
    </w:p>
    <w:p>
      <w:pPr>
        <w:pStyle w:val="ListParagraph"/>
      </w:pPr>
      <w:r>
        <w:rPr>
          <w:sz w:val="22"/>
        </w:rPr>
        <w:t>B. Sình bụng, đầy hơi, đi ngoài phân lỏng</w:t>
      </w:r>
    </w:p>
    <w:p>
      <w:pPr>
        <w:pStyle w:val="ListParagraph"/>
      </w:pPr>
      <w:r>
        <w:rPr>
          <w:sz w:val="22"/>
        </w:rPr>
        <w:t>C. Chậm phát triển xương, răng</w:t>
      </w:r>
    </w:p>
    <w:p>
      <w:pPr>
        <w:pStyle w:val="ListParagraph"/>
      </w:pPr>
      <w:r>
        <w:rPr>
          <w:sz w:val="22"/>
        </w:rPr>
        <w:t>D. Miệng có vị kim loại</w:t>
      </w:r>
    </w:p>
    <w:p/>
    <w:p>
      <w:r>
        <w:rPr>
          <w:b/>
          <w:sz w:val="24"/>
        </w:rPr>
        <w:t>Câu 84: Chống chỉ định của acarbose là:</w:t>
      </w:r>
    </w:p>
    <w:p>
      <w:pPr>
        <w:pStyle w:val="ListParagraph"/>
      </w:pPr>
      <w:r>
        <w:rPr>
          <w:sz w:val="22"/>
        </w:rPr>
        <w:t>A. Quá mẫn với acarbose</w:t>
      </w:r>
    </w:p>
    <w:p>
      <w:pPr>
        <w:pStyle w:val="ListParagraph"/>
      </w:pPr>
      <w:r>
        <w:rPr>
          <w:sz w:val="22"/>
        </w:rPr>
        <w:t>B. Bệnh lý đường ruột (viêm, loét), người dễ bị thoát vị</w:t>
      </w:r>
    </w:p>
    <w:p>
      <w:pPr>
        <w:pStyle w:val="ListParagraph"/>
      </w:pPr>
      <w:r>
        <w:rPr>
          <w:sz w:val="22"/>
        </w:rPr>
        <w:t>C. Suy gan, tăng men gan, phụ nữ có thai, cho con bú</w:t>
      </w:r>
    </w:p>
    <w:p>
      <w:pPr>
        <w:pStyle w:val="ListParagraph"/>
      </w:pPr>
      <w:r>
        <w:rPr>
          <w:sz w:val="22"/>
        </w:rPr>
        <w:t>D. Tất cả đều đúng</w:t>
      </w:r>
    </w:p>
    <w:p/>
    <w:p>
      <w:r>
        <w:rPr>
          <w:b/>
          <w:sz w:val="24"/>
        </w:rPr>
        <w:t>Câu 85: Uống acarbose vào thời điểm:</w:t>
      </w:r>
    </w:p>
    <w:p>
      <w:pPr>
        <w:pStyle w:val="ListParagraph"/>
      </w:pPr>
      <w:r>
        <w:rPr>
          <w:sz w:val="22"/>
        </w:rPr>
        <w:t>A. Sau ăn 2 tiếng</w:t>
      </w:r>
    </w:p>
    <w:p>
      <w:pPr>
        <w:pStyle w:val="ListParagraph"/>
      </w:pPr>
      <w:r>
        <w:rPr>
          <w:sz w:val="22"/>
        </w:rPr>
        <w:t>B. Ngay trước ăn hoặc ngay sau miếng ăn đầu tiên</w:t>
      </w:r>
    </w:p>
    <w:p>
      <w:pPr>
        <w:pStyle w:val="ListParagraph"/>
      </w:pPr>
      <w:r>
        <w:rPr>
          <w:sz w:val="22"/>
        </w:rPr>
        <w:t>C. Trước ăn 1 tiếng</w:t>
      </w:r>
    </w:p>
    <w:p>
      <w:pPr>
        <w:pStyle w:val="ListParagraph"/>
      </w:pPr>
      <w:r>
        <w:rPr>
          <w:sz w:val="22"/>
        </w:rPr>
        <w:t>D. Trước khi đi ngủ</w:t>
      </w:r>
    </w:p>
    <w:p/>
    <w:p>
      <w:r>
        <w:rPr>
          <w:b/>
          <w:sz w:val="24"/>
        </w:rPr>
        <w:t>Câu 86: Glucobay là biệt dược của:</w:t>
      </w:r>
    </w:p>
    <w:p>
      <w:pPr>
        <w:pStyle w:val="ListParagraph"/>
      </w:pPr>
      <w:r>
        <w:rPr>
          <w:sz w:val="22"/>
        </w:rPr>
        <w:t>A. Gliclazid</w:t>
      </w:r>
    </w:p>
    <w:p>
      <w:pPr>
        <w:pStyle w:val="ListParagraph"/>
      </w:pPr>
      <w:r>
        <w:rPr>
          <w:sz w:val="22"/>
        </w:rPr>
        <w:t>B. Glipirid</w:t>
      </w:r>
    </w:p>
    <w:p>
      <w:pPr>
        <w:pStyle w:val="ListParagraph"/>
      </w:pPr>
      <w:r>
        <w:rPr>
          <w:sz w:val="22"/>
        </w:rPr>
        <w:t>C. Acarbose</w:t>
      </w:r>
    </w:p>
    <w:p>
      <w:pPr>
        <w:pStyle w:val="ListParagraph"/>
      </w:pPr>
      <w:r>
        <w:rPr>
          <w:sz w:val="22"/>
        </w:rPr>
        <w:t>D. Metformin</w:t>
      </w:r>
    </w:p>
    <w:p/>
    <w:p>
      <w:r>
        <w:rPr>
          <w:b/>
          <w:sz w:val="24"/>
        </w:rPr>
        <w:t>Câu 87: Tên chung quốc tế của các thuốc giảm đường huyết ức chế DPP-4 thường có đuôi:</w:t>
      </w:r>
    </w:p>
    <w:p>
      <w:pPr>
        <w:pStyle w:val="ListParagraph"/>
      </w:pPr>
      <w:r>
        <w:rPr>
          <w:sz w:val="22"/>
        </w:rPr>
        <w:t>A. Id</w:t>
      </w:r>
    </w:p>
    <w:p>
      <w:pPr>
        <w:pStyle w:val="ListParagraph"/>
      </w:pPr>
      <w:r>
        <w:rPr>
          <w:sz w:val="22"/>
        </w:rPr>
        <w:t>B. Glinid</w:t>
      </w:r>
    </w:p>
    <w:p>
      <w:pPr>
        <w:pStyle w:val="ListParagraph"/>
      </w:pPr>
      <w:r>
        <w:rPr>
          <w:sz w:val="22"/>
        </w:rPr>
        <w:t>C. Gliptin</w:t>
      </w:r>
    </w:p>
    <w:p>
      <w:pPr>
        <w:pStyle w:val="ListParagraph"/>
      </w:pPr>
      <w:r>
        <w:rPr>
          <w:sz w:val="22"/>
        </w:rPr>
        <w:t>D. Gliflozin</w:t>
      </w:r>
    </w:p>
    <w:p/>
    <w:p>
      <w:r>
        <w:rPr>
          <w:b/>
          <w:sz w:val="24"/>
        </w:rPr>
        <w:t>Câu 88: Thuốc có tác dụng giống Incretin thuộc nhóm ức chế Dipeptidyl Peptidase-4 là:</w:t>
      </w:r>
    </w:p>
    <w:p>
      <w:pPr>
        <w:pStyle w:val="ListParagraph"/>
      </w:pPr>
      <w:r>
        <w:rPr>
          <w:sz w:val="22"/>
        </w:rPr>
        <w:t>A. Repaglinid</w:t>
      </w:r>
    </w:p>
    <w:p>
      <w:pPr>
        <w:pStyle w:val="ListParagraph"/>
      </w:pPr>
      <w:r>
        <w:rPr>
          <w:sz w:val="22"/>
        </w:rPr>
        <w:t>B. Liraglutid</w:t>
      </w:r>
    </w:p>
    <w:p>
      <w:pPr>
        <w:pStyle w:val="ListParagraph"/>
      </w:pPr>
      <w:r>
        <w:rPr>
          <w:sz w:val="22"/>
        </w:rPr>
        <w:t>C. Sitagliptin</w:t>
      </w:r>
    </w:p>
    <w:p>
      <w:pPr>
        <w:pStyle w:val="ListParagraph"/>
      </w:pPr>
      <w:r>
        <w:rPr>
          <w:sz w:val="22"/>
        </w:rPr>
        <w:t>D. Dapagliflozin</w:t>
      </w:r>
    </w:p>
    <w:p/>
    <w:p>
      <w:r>
        <w:rPr>
          <w:b/>
          <w:sz w:val="24"/>
        </w:rPr>
        <w:t>Câu 89: Thuốc điều trị đái tháo đường thuộc nhóm ức chế chất đồng vận chuyển glucose-natri là:</w:t>
      </w:r>
    </w:p>
    <w:p>
      <w:pPr>
        <w:pStyle w:val="ListParagraph"/>
      </w:pPr>
      <w:r>
        <w:rPr>
          <w:sz w:val="22"/>
        </w:rPr>
        <w:t>A. Repaglinid</w:t>
      </w:r>
    </w:p>
    <w:p>
      <w:pPr>
        <w:pStyle w:val="ListParagraph"/>
      </w:pPr>
      <w:r>
        <w:rPr>
          <w:sz w:val="22"/>
        </w:rPr>
        <w:t>B. Liraglutid</w:t>
      </w:r>
    </w:p>
    <w:p/>
    <w:p>
      <w:r>
        <w:rPr>
          <w:b/>
          <w:sz w:val="24"/>
        </w:rPr>
        <w:t>Câu 90: Thuốc điều trị đái tháo đường thuộc nhóm đồng vận thụ thể GLP-1 là:</w:t>
      </w:r>
    </w:p>
    <w:p>
      <w:pPr>
        <w:pStyle w:val="ListParagraph"/>
      </w:pPr>
      <w:r>
        <w:rPr>
          <w:sz w:val="22"/>
        </w:rPr>
        <w:t>A. Repaglinid</w:t>
      </w:r>
    </w:p>
    <w:p>
      <w:pPr>
        <w:pStyle w:val="ListParagraph"/>
      </w:pPr>
      <w:r>
        <w:rPr>
          <w:sz w:val="22"/>
        </w:rPr>
        <w:t>B. Liraglutid</w:t>
      </w:r>
    </w:p>
    <w:p/>
    <w:p>
      <w:r>
        <w:rPr>
          <w:b/>
          <w:sz w:val="24"/>
        </w:rPr>
        <w:t>Câu 91: Insulin là hormon do tiểu đảo Langerhans (A) của tuyến tụy tiết ra....</w:t>
      </w:r>
    </w:p>
    <w:p>
      <w:pPr>
        <w:pStyle w:val="ListParagraph"/>
      </w:pPr>
      <w:r>
        <w:rPr>
          <w:sz w:val="22"/>
        </w:rPr>
        <w:t>A. Langerhans.</w:t>
      </w:r>
    </w:p>
    <w:p/>
    <w:p>
      <w:r>
        <w:rPr>
          <w:b/>
          <w:sz w:val="24"/>
        </w:rPr>
        <w:t>Câu 92: Để kéo dài tác dụng, thường bào chế insulin dưới các dạng phối hợp với:</w:t>
      </w:r>
    </w:p>
    <w:p>
      <w:pPr>
        <w:pStyle w:val="ListParagraph"/>
      </w:pPr>
      <w:r>
        <w:rPr>
          <w:sz w:val="22"/>
        </w:rPr>
        <w:t>A. Đồng và benzathin</w:t>
      </w:r>
    </w:p>
    <w:p>
      <w:pPr>
        <w:pStyle w:val="ListParagraph"/>
      </w:pPr>
      <w:r>
        <w:rPr>
          <w:sz w:val="22"/>
        </w:rPr>
        <w:t>B. Sắt và hemoglobin</w:t>
      </w:r>
    </w:p>
    <w:p>
      <w:pPr>
        <w:pStyle w:val="ListParagraph"/>
      </w:pPr>
      <w:r>
        <w:rPr>
          <w:sz w:val="22"/>
        </w:rPr>
        <w:t>C. Sắt và albumin</w:t>
      </w:r>
    </w:p>
    <w:p>
      <w:pPr>
        <w:pStyle w:val="ListParagraph"/>
      </w:pPr>
      <w:r>
        <w:rPr>
          <w:sz w:val="22"/>
        </w:rPr>
        <w:t>D. Kẽm và protamin</w:t>
      </w:r>
    </w:p>
    <w:p/>
    <w:p>
      <w:r>
        <w:rPr>
          <w:b/>
          <w:sz w:val="24"/>
        </w:rPr>
        <w:t>Câu 93: Do có nhân azabicyclooctyl nên gliclazid có tính.........khá mạnh:</w:t>
      </w:r>
    </w:p>
    <w:p>
      <w:pPr>
        <w:pStyle w:val="ListParagraph"/>
      </w:pPr>
      <w:r>
        <w:rPr>
          <w:sz w:val="22"/>
        </w:rPr>
        <w:t>A. Oxy hóa</w:t>
      </w:r>
    </w:p>
    <w:p>
      <w:pPr>
        <w:pStyle w:val="ListParagraph"/>
      </w:pPr>
      <w:r>
        <w:rPr>
          <w:sz w:val="22"/>
        </w:rPr>
        <w:t>B. Khử</w:t>
      </w:r>
    </w:p>
    <w:p>
      <w:pPr>
        <w:pStyle w:val="ListParagraph"/>
      </w:pPr>
      <w:r>
        <w:rPr>
          <w:sz w:val="22"/>
        </w:rPr>
        <w:t>C. Acid</w:t>
      </w:r>
    </w:p>
    <w:p>
      <w:pPr>
        <w:pStyle w:val="ListParagraph"/>
      </w:pPr>
      <w:r>
        <w:rPr>
          <w:sz w:val="22"/>
        </w:rPr>
        <w:t>D. Base</w:t>
      </w:r>
    </w:p>
    <w:p/>
    <w:p>
      <w:r>
        <w:rPr>
          <w:b/>
          <w:sz w:val="24"/>
        </w:rPr>
        <w:t>Câu 94: Để hạn chế tác dụng không mong muốn gây rối loạn tiêu hóa của metformin có thể dùng cách:</w:t>
      </w:r>
    </w:p>
    <w:p>
      <w:pPr>
        <w:pStyle w:val="ListParagraph"/>
      </w:pPr>
      <w:r>
        <w:rPr>
          <w:sz w:val="22"/>
        </w:rPr>
        <w:t>A. Dùng liều thấp tăng dần, uống sau bữa ăn</w:t>
      </w:r>
    </w:p>
    <w:p>
      <w:pPr>
        <w:pStyle w:val="ListParagraph"/>
      </w:pPr>
      <w:r>
        <w:rPr>
          <w:sz w:val="22"/>
        </w:rPr>
        <w:t>B. Dùng liều cao ngay từ đầu</w:t>
      </w:r>
    </w:p>
    <w:p>
      <w:pPr>
        <w:pStyle w:val="ListParagraph"/>
      </w:pPr>
      <w:r>
        <w:rPr>
          <w:sz w:val="22"/>
        </w:rPr>
        <w:t>C. Dùng dạng phóng thích chậm</w:t>
      </w:r>
    </w:p>
    <w:p>
      <w:pPr>
        <w:pStyle w:val="ListParagraph"/>
      </w:pPr>
      <w:r>
        <w:rPr>
          <w:sz w:val="22"/>
        </w:rPr>
        <w:t>D. Cả A và C đều đúng</w:t>
      </w:r>
    </w:p>
    <w:p/>
    <w:p>
      <w:r>
        <w:rPr>
          <w:b/>
          <w:sz w:val="24"/>
        </w:rPr>
        <w:t>Câu 95: Metformin không còn tác dụng giảm đường huyết khi cơ thể không còn khả năng tiết insulin.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96: Nhóm thiazolidindion không còn tác dụng giảm đường huyết khi cơ thể không còn khả năng tiết insulin.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97: Gliclazid được định lượng bằng phương pháp đo acid trong môi trường khan với chất chuẩn là......</w:t>
      </w:r>
    </w:p>
    <w:p>
      <w:pPr>
        <w:pStyle w:val="ListParagraph"/>
      </w:pPr>
      <w:r>
        <w:rPr>
          <w:sz w:val="22"/>
        </w:rPr>
        <w:t>A. acid percloric.</w:t>
      </w:r>
    </w:p>
    <w:p/>
    <w:p>
      <w:r>
        <w:rPr>
          <w:b/>
          <w:sz w:val="24"/>
        </w:rPr>
        <w:t>Câu 98: Tác dụng của thuốc dapagliflozin:</w:t>
      </w:r>
    </w:p>
    <w:p>
      <w:pPr>
        <w:pStyle w:val="ListParagraph"/>
      </w:pPr>
      <w:r>
        <w:rPr>
          <w:sz w:val="22"/>
        </w:rPr>
        <w:t>A. Tăng glucose huyết</w:t>
      </w:r>
    </w:p>
    <w:p>
      <w:pPr>
        <w:pStyle w:val="ListParagraph"/>
      </w:pPr>
      <w:r>
        <w:rPr>
          <w:sz w:val="22"/>
        </w:rPr>
        <w:t>B. Giảm glucose huyết do tăng bài tiết qua thận</w:t>
      </w:r>
    </w:p>
    <w:p>
      <w:pPr>
        <w:pStyle w:val="ListParagraph"/>
      </w:pPr>
      <w:r>
        <w:rPr>
          <w:sz w:val="22"/>
        </w:rPr>
        <w:t>C. Giảm cholesterol máu</w:t>
      </w:r>
    </w:p>
    <w:p>
      <w:pPr>
        <w:pStyle w:val="ListParagraph"/>
      </w:pPr>
      <w:r>
        <w:rPr>
          <w:sz w:val="22"/>
        </w:rPr>
        <w:t>D. Kích thích tuyến tụy bài tiết insulin</w:t>
      </w:r>
    </w:p>
    <w:p/>
    <w:p>
      <w:r>
        <w:rPr>
          <w:b/>
          <w:sz w:val="24"/>
        </w:rPr>
        <w:t>Câu 99: Tác dụng của thuốc Liraglutide:</w:t>
      </w:r>
    </w:p>
    <w:p>
      <w:pPr>
        <w:pStyle w:val="ListParagraph"/>
      </w:pPr>
      <w:r>
        <w:rPr>
          <w:sz w:val="22"/>
        </w:rPr>
        <w:t>A. Tăng bài tiết glucose qua ống thận</w:t>
      </w:r>
    </w:p>
    <w:p>
      <w:pPr>
        <w:pStyle w:val="ListParagraph"/>
      </w:pPr>
      <w:r>
        <w:rPr>
          <w:sz w:val="22"/>
        </w:rPr>
        <w:t>B. Kích thích tuyến tụy bài tiết insulin</w:t>
      </w:r>
    </w:p>
    <w:p>
      <w:pPr>
        <w:pStyle w:val="ListParagraph"/>
      </w:pPr>
      <w:r>
        <w:rPr>
          <w:sz w:val="22"/>
        </w:rPr>
        <w:t>C. Duy trì tác dụng của incretin và kháng lại tác dụng của DPP-4</w:t>
      </w:r>
    </w:p>
    <w:p>
      <w:pPr>
        <w:pStyle w:val="ListParagraph"/>
      </w:pPr>
      <w:r>
        <w:rPr>
          <w:sz w:val="22"/>
        </w:rPr>
        <w:t>D. Ức chế sự hấp thu glucose ở ruột</w:t>
      </w:r>
    </w:p>
    <w:p/>
    <w:p>
      <w:r>
        <w:rPr>
          <w:b/>
          <w:sz w:val="24"/>
        </w:rPr>
        <w:t>Câu 100: Tác dụng không mong muốn thường gặp của thuốc dapagliflozin là:</w:t>
      </w:r>
    </w:p>
    <w:p>
      <w:pPr>
        <w:pStyle w:val="ListParagraph"/>
      </w:pPr>
      <w:r>
        <w:rPr>
          <w:sz w:val="22"/>
        </w:rPr>
        <w:t>A. Loét dạ dày, tá tràng</w:t>
      </w:r>
    </w:p>
    <w:p>
      <w:pPr>
        <w:pStyle w:val="ListParagraph"/>
      </w:pPr>
      <w:r>
        <w:rPr>
          <w:sz w:val="22"/>
        </w:rPr>
        <w:t>B. Nhiễm trùng đường tiết niệu</w:t>
      </w:r>
    </w:p>
    <w:p>
      <w:pPr>
        <w:pStyle w:val="ListParagraph"/>
      </w:pPr>
      <w:r>
        <w:rPr>
          <w:sz w:val="22"/>
        </w:rPr>
        <w:t>C. Hỏng men răng</w:t>
      </w:r>
    </w:p>
    <w:p>
      <w:pPr>
        <w:pStyle w:val="ListParagraph"/>
      </w:pPr>
      <w:r>
        <w:rPr>
          <w:sz w:val="22"/>
        </w:rPr>
        <w:t>D. Tăng cholesterol máu</w:t>
      </w:r>
    </w:p>
    <w:p/>
    <w:p>
      <w:r>
        <w:rPr>
          <w:b/>
          <w:sz w:val="24"/>
        </w:rPr>
        <w:t>Câu 101: Tình trạng kháng insulin được thấy ở hầu hết các bệnh nhân đái tháo đường:</w:t>
      </w:r>
    </w:p>
    <w:p>
      <w:pPr>
        <w:pStyle w:val="ListParagraph"/>
      </w:pPr>
      <w:r>
        <w:rPr>
          <w:sz w:val="22"/>
        </w:rPr>
        <w:t>A. Typ 1</w:t>
      </w:r>
    </w:p>
    <w:p>
      <w:pPr>
        <w:pStyle w:val="ListParagraph"/>
      </w:pPr>
      <w:r>
        <w:rPr>
          <w:sz w:val="22"/>
        </w:rPr>
        <w:t>B. Typ 2</w:t>
      </w:r>
    </w:p>
    <w:p>
      <w:pPr>
        <w:pStyle w:val="ListParagraph"/>
      </w:pPr>
      <w:r>
        <w:rPr>
          <w:sz w:val="22"/>
        </w:rPr>
        <w:t>C. Thai nghén</w:t>
      </w:r>
    </w:p>
    <w:p>
      <w:pPr>
        <w:pStyle w:val="ListParagraph"/>
      </w:pPr>
      <w:r>
        <w:rPr>
          <w:sz w:val="22"/>
        </w:rPr>
        <w:t>D. Thể đặc biệt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D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D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C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C</w:t>
      </w:r>
    </w:p>
    <w:p>
      <w:r>
        <w:rPr>
          <w:b/>
        </w:rPr>
        <w:t>Câu 20: Đáp án đúng: A</w:t>
      </w:r>
    </w:p>
    <w:p>
      <w:r>
        <w:rPr>
          <w:b/>
        </w:rPr>
        <w:t>Câu 21: Đáp án đúng: B</w:t>
      </w:r>
    </w:p>
    <w:p>
      <w:r>
        <w:rPr>
          <w:b/>
        </w:rPr>
        <w:t>Câu 22: Đáp án đúng: B</w:t>
      </w:r>
    </w:p>
    <w:p>
      <w:r>
        <w:rPr>
          <w:b/>
        </w:rPr>
        <w:t>Câu 23: Đáp án đúng: D</w:t>
      </w:r>
    </w:p>
    <w:p>
      <w:r>
        <w:rPr>
          <w:b/>
        </w:rPr>
        <w:t>Câu 24: Đáp án đúng: C</w:t>
      </w:r>
    </w:p>
    <w:p>
      <w:r>
        <w:rPr>
          <w:b/>
        </w:rPr>
        <w:t>Câu 25: Đáp án đúng: C</w:t>
      </w:r>
    </w:p>
    <w:p>
      <w:r>
        <w:rPr>
          <w:b/>
        </w:rPr>
        <w:t>Câu 26: Đáp án đúng: D</w:t>
      </w:r>
    </w:p>
    <w:p>
      <w:r>
        <w:rPr>
          <w:b/>
        </w:rPr>
        <w:t>Câu 27: Đáp án đúng: D</w:t>
      </w:r>
    </w:p>
    <w:p>
      <w:r>
        <w:rPr>
          <w:b/>
        </w:rPr>
        <w:t>Câu 28: Đáp án đúng: C</w:t>
      </w:r>
    </w:p>
    <w:p>
      <w:r>
        <w:rPr>
          <w:b/>
        </w:rPr>
        <w:t>Câu 29: Đáp án đúng: D</w:t>
      </w:r>
    </w:p>
    <w:p>
      <w:r>
        <w:rPr>
          <w:b/>
        </w:rPr>
        <w:t>Câu 30: Đáp án đúng: B</w:t>
      </w:r>
    </w:p>
    <w:p>
      <w:r>
        <w:rPr>
          <w:b/>
        </w:rPr>
        <w:t>Câu 31: Đáp án đúng: C</w:t>
      </w:r>
    </w:p>
    <w:p>
      <w:r>
        <w:rPr>
          <w:b/>
        </w:rPr>
        <w:t>Câu 32: Đáp án đúng: C</w:t>
      </w:r>
    </w:p>
    <w:p>
      <w:r>
        <w:rPr>
          <w:b/>
        </w:rPr>
        <w:t>Câu 33: Đáp án đúng: D</w:t>
      </w:r>
    </w:p>
    <w:p>
      <w:r>
        <w:rPr>
          <w:b/>
        </w:rPr>
        <w:t>Câu 34: Đáp án đúng: A</w:t>
      </w:r>
    </w:p>
    <w:p>
      <w:r>
        <w:rPr>
          <w:b/>
        </w:rPr>
        <w:t>Câu 35: Đáp án đúng: B</w:t>
      </w:r>
    </w:p>
    <w:p>
      <w:r>
        <w:rPr>
          <w:b/>
        </w:rPr>
        <w:t>Câu 36: Đáp án đúng: B</w:t>
      </w:r>
    </w:p>
    <w:p>
      <w:r>
        <w:rPr>
          <w:b/>
        </w:rPr>
        <w:t>Câu 37: Đáp án đúng: B</w:t>
      </w:r>
    </w:p>
    <w:p>
      <w:r>
        <w:rPr>
          <w:b/>
        </w:rPr>
        <w:t>Câu 38: Đáp án đúng: A</w:t>
      </w:r>
    </w:p>
    <w:p>
      <w:r>
        <w:rPr>
          <w:b/>
        </w:rPr>
        <w:t>Câu 39: Đáp án đúng: D</w:t>
      </w:r>
    </w:p>
    <w:p>
      <w:r>
        <w:rPr>
          <w:b/>
        </w:rPr>
        <w:t>Câu 40: Đáp án đúng: A</w:t>
      </w:r>
    </w:p>
    <w:p>
      <w:r>
        <w:rPr>
          <w:b/>
        </w:rPr>
        <w:t>Câu 41: Đáp án đúng: A</w:t>
      </w:r>
    </w:p>
    <w:p>
      <w:r>
        <w:rPr>
          <w:b/>
        </w:rPr>
        <w:t>Câu 42: Đáp án đúng: D</w:t>
      </w:r>
    </w:p>
    <w:p>
      <w:r>
        <w:rPr>
          <w:b/>
        </w:rPr>
        <w:t>Câu 43: Đáp án đúng: C</w:t>
      </w:r>
    </w:p>
    <w:p>
      <w:r>
        <w:rPr>
          <w:b/>
        </w:rPr>
        <w:t>Câu 44: Đáp án đúng: A</w:t>
      </w:r>
    </w:p>
    <w:p>
      <w:r>
        <w:rPr>
          <w:b/>
        </w:rPr>
        <w:t>Câu 45: Đáp án đúng: A</w:t>
      </w:r>
    </w:p>
    <w:p>
      <w:r>
        <w:rPr>
          <w:b/>
        </w:rPr>
        <w:t>Câu 46: Đáp án đúng: D</w:t>
      </w:r>
    </w:p>
    <w:p>
      <w:r>
        <w:rPr>
          <w:b/>
        </w:rPr>
        <w:t>Câu 47: Đáp án đúng: A</w:t>
      </w:r>
    </w:p>
    <w:p>
      <w:r>
        <w:rPr>
          <w:b/>
        </w:rPr>
        <w:t>Câu 48: Đáp án đúng: B</w:t>
      </w:r>
    </w:p>
    <w:p>
      <w:r>
        <w:rPr>
          <w:b/>
        </w:rPr>
        <w:t>Câu 49: Đáp án đúng: B</w:t>
      </w:r>
    </w:p>
    <w:p>
      <w:r>
        <w:rPr>
          <w:b/>
        </w:rPr>
        <w:t>Câu 50: Đáp án đúng: D</w:t>
      </w:r>
    </w:p>
    <w:p>
      <w:r>
        <w:rPr>
          <w:b/>
        </w:rPr>
        <w:t>Câu 51: Đáp án đúng: C</w:t>
      </w:r>
    </w:p>
    <w:p>
      <w:r>
        <w:rPr>
          <w:b/>
        </w:rPr>
        <w:t>Câu 52: Đáp án đúng: B</w:t>
      </w:r>
    </w:p>
    <w:p>
      <w:r>
        <w:rPr>
          <w:b/>
        </w:rPr>
        <w:t>Câu 53: Đáp án đúng: C</w:t>
      </w:r>
    </w:p>
    <w:p>
      <w:r>
        <w:rPr>
          <w:b/>
        </w:rPr>
        <w:t>Câu 54: Đáp án đúng: B</w:t>
      </w:r>
    </w:p>
    <w:p>
      <w:r>
        <w:rPr>
          <w:b/>
        </w:rPr>
        <w:t>Câu 55: Đáp án đúng: B</w:t>
      </w:r>
    </w:p>
    <w:p>
      <w:r>
        <w:rPr>
          <w:b/>
        </w:rPr>
        <w:t>Câu 56: Đáp án đúng: B</w:t>
      </w:r>
    </w:p>
    <w:p>
      <w:r>
        <w:rPr>
          <w:b/>
        </w:rPr>
        <w:t>Câu 57: Đáp án đúng: D</w:t>
      </w:r>
    </w:p>
    <w:p>
      <w:r>
        <w:rPr>
          <w:b/>
        </w:rPr>
        <w:t>Câu 58: Đáp án đúng: C</w:t>
      </w:r>
    </w:p>
    <w:p>
      <w:r>
        <w:rPr>
          <w:b/>
        </w:rPr>
        <w:t>Câu 59: Đáp án đúng: C</w:t>
      </w:r>
    </w:p>
    <w:p>
      <w:r>
        <w:rPr>
          <w:b/>
        </w:rPr>
        <w:t>Câu 60: Đáp án đúng: B</w:t>
      </w:r>
    </w:p>
    <w:p>
      <w:r>
        <w:rPr>
          <w:b/>
        </w:rPr>
        <w:t>Câu 61: Đáp án đúng: C</w:t>
      </w:r>
    </w:p>
    <w:p>
      <w:r>
        <w:rPr>
          <w:b/>
        </w:rPr>
        <w:t>Câu 62: Đáp án đúng: D</w:t>
      </w:r>
    </w:p>
    <w:p>
      <w:r>
        <w:rPr>
          <w:b/>
        </w:rPr>
        <w:t>Câu 63: Đáp án đúng: C</w:t>
      </w:r>
    </w:p>
    <w:p>
      <w:r>
        <w:rPr>
          <w:b/>
        </w:rPr>
        <w:t>Câu 64: Đáp án đúng: A</w:t>
      </w:r>
    </w:p>
    <w:p>
      <w:r>
        <w:rPr>
          <w:b/>
        </w:rPr>
        <w:t>Câu 65: Đáp án đúng: A</w:t>
      </w:r>
    </w:p>
    <w:p>
      <w:r>
        <w:rPr>
          <w:b/>
        </w:rPr>
        <w:t>Câu 66: Đáp án đúng: B</w:t>
      </w:r>
    </w:p>
    <w:p>
      <w:r>
        <w:rPr>
          <w:b/>
        </w:rPr>
        <w:t>Câu 67: Đáp án đúng: A</w:t>
      </w:r>
    </w:p>
    <w:p>
      <w:r>
        <w:rPr>
          <w:b/>
        </w:rPr>
        <w:t>Câu 68: Đáp án đúng: D</w:t>
      </w:r>
    </w:p>
    <w:p>
      <w:r>
        <w:rPr>
          <w:b/>
        </w:rPr>
        <w:t>Câu 69: Đáp án đúng: D</w:t>
      </w:r>
    </w:p>
    <w:p>
      <w:r>
        <w:rPr>
          <w:b/>
        </w:rPr>
        <w:t>Câu 70: Đáp án đúng: C</w:t>
      </w:r>
    </w:p>
    <w:p>
      <w:r>
        <w:rPr>
          <w:b/>
        </w:rPr>
        <w:t>Câu 71: Đáp án đúng: D</w:t>
      </w:r>
    </w:p>
    <w:p>
      <w:r>
        <w:rPr>
          <w:b/>
        </w:rPr>
        <w:t>Câu 72: Đáp án đúng: D</w:t>
      </w:r>
    </w:p>
    <w:p>
      <w:r>
        <w:rPr>
          <w:b/>
        </w:rPr>
        <w:t>Câu 73: Đáp án đúng: B</w:t>
      </w:r>
    </w:p>
    <w:p>
      <w:r>
        <w:rPr>
          <w:b/>
        </w:rPr>
        <w:t>Câu 74: Đáp án đúng: B</w:t>
      </w:r>
    </w:p>
    <w:p>
      <w:r>
        <w:rPr>
          <w:b/>
        </w:rPr>
        <w:t>Câu 75: Đáp án đúng: A</w:t>
      </w:r>
    </w:p>
    <w:p>
      <w:r>
        <w:rPr>
          <w:b/>
        </w:rPr>
        <w:t>Câu 76: Đáp án đúng: B</w:t>
      </w:r>
    </w:p>
    <w:p>
      <w:r>
        <w:rPr>
          <w:b/>
        </w:rPr>
        <w:t>Câu 77: Đáp án đúng: B</w:t>
      </w:r>
    </w:p>
    <w:p>
      <w:r>
        <w:rPr>
          <w:b/>
        </w:rPr>
        <w:t>Câu 78: Đáp án đúng: A</w:t>
      </w:r>
    </w:p>
    <w:p>
      <w:r>
        <w:rPr>
          <w:b/>
        </w:rPr>
        <w:t>Câu 79: Đáp án đúng: D</w:t>
      </w:r>
    </w:p>
    <w:p>
      <w:r>
        <w:rPr>
          <w:b/>
        </w:rPr>
        <w:t>Câu 80: Đáp án đúng: C</w:t>
      </w:r>
    </w:p>
    <w:p>
      <w:r>
        <w:rPr>
          <w:b/>
        </w:rPr>
        <w:t>Câu 81: Đáp án đúng: B</w:t>
      </w:r>
    </w:p>
    <w:p>
      <w:r>
        <w:rPr>
          <w:b/>
        </w:rPr>
        <w:t>Câu 82: Đáp án đúng: C</w:t>
      </w:r>
    </w:p>
    <w:p>
      <w:r>
        <w:rPr>
          <w:b/>
        </w:rPr>
        <w:t>Câu 83: Đáp án đúng: B</w:t>
      </w:r>
    </w:p>
    <w:p>
      <w:r>
        <w:rPr>
          <w:b/>
        </w:rPr>
        <w:t>Câu 84: Đáp án đúng: D</w:t>
      </w:r>
    </w:p>
    <w:p>
      <w:r>
        <w:rPr>
          <w:b/>
        </w:rPr>
        <w:t>Câu 85: Đáp án đúng: B</w:t>
      </w:r>
    </w:p>
    <w:p>
      <w:r>
        <w:rPr>
          <w:b/>
        </w:rPr>
        <w:t>Câu 86: Đáp án đúng: C</w:t>
      </w:r>
    </w:p>
    <w:p>
      <w:r>
        <w:rPr>
          <w:b/>
        </w:rPr>
        <w:t>Câu 87: Đáp án đúng: C</w:t>
      </w:r>
    </w:p>
    <w:p>
      <w:r>
        <w:rPr>
          <w:b/>
        </w:rPr>
        <w:t>Câu 88: Đáp án đúng: C</w:t>
      </w:r>
    </w:p>
    <w:p>
      <w:r>
        <w:rPr>
          <w:b/>
        </w:rPr>
        <w:t>Câu 89: Đáp án đúng: D</w:t>
      </w:r>
    </w:p>
    <w:p>
      <w:r>
        <w:rPr>
          <w:b/>
        </w:rPr>
        <w:t>Câu 90: Đáp án đúng: B</w:t>
      </w:r>
    </w:p>
    <w:p>
      <w:r>
        <w:rPr>
          <w:b/>
        </w:rPr>
        <w:t>Câu 91: Đáp án đúng: A</w:t>
      </w:r>
    </w:p>
    <w:p>
      <w:r>
        <w:rPr>
          <w:b/>
        </w:rPr>
        <w:t>Câu 92: Đáp án đúng: D</w:t>
      </w:r>
    </w:p>
    <w:p>
      <w:r>
        <w:rPr>
          <w:b/>
        </w:rPr>
        <w:t>Câu 93: Đáp án đúng: D</w:t>
      </w:r>
    </w:p>
    <w:p>
      <w:r>
        <w:rPr>
          <w:b/>
        </w:rPr>
        <w:t>Câu 94: Đáp án đúng: A</w:t>
      </w:r>
    </w:p>
    <w:p>
      <w:r>
        <w:rPr>
          <w:b/>
        </w:rPr>
        <w:t>Câu 95: Đáp án đúng: B</w:t>
      </w:r>
    </w:p>
    <w:p>
      <w:r>
        <w:rPr>
          <w:b/>
        </w:rPr>
        <w:t>Câu 96: Đáp án đúng: B</w:t>
      </w:r>
    </w:p>
    <w:p>
      <w:r>
        <w:rPr>
          <w:b/>
        </w:rPr>
        <w:t>Câu 97: Đáp án đúng: A</w:t>
      </w:r>
    </w:p>
    <w:p>
      <w:r>
        <w:rPr>
          <w:b/>
        </w:rPr>
        <w:t>Câu 98: Đáp án đúng: B</w:t>
      </w:r>
    </w:p>
    <w:p>
      <w:r>
        <w:rPr>
          <w:b/>
        </w:rPr>
        <w:t>Câu 99: Đáp án đúng: C</w:t>
      </w:r>
    </w:p>
    <w:p>
      <w:r>
        <w:rPr>
          <w:b/>
        </w:rPr>
        <w:t>Câu 100: Đáp án đúng: B</w:t>
      </w:r>
    </w:p>
    <w:p>
      <w:r>
        <w:rPr>
          <w:b/>
        </w:rPr>
        <w:t>Câu 101: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