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Sự kiện lịch sử nào đánh dấu sự chấm dứt hoàn...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Câu 1. Sự kiện lịch sử nào đánh dấu sự chấm dứt hoàn toàn của Trật tự hai cực I-an-ta?</w:t>
      </w:r>
    </w:p>
    <w:p>
      <w:pPr>
        <w:pStyle w:val="ListParagraph"/>
      </w:pPr>
      <w:r>
        <w:rPr>
          <w:sz w:val="22"/>
        </w:rPr>
        <w:t>A. Tổ chức Hiệp ước Vác-sơ-va tuyên bố giải thể.</w:t>
      </w:r>
    </w:p>
    <w:p>
      <w:pPr>
        <w:pStyle w:val="ListParagraph"/>
      </w:pPr>
      <w:r>
        <w:rPr>
          <w:sz w:val="22"/>
        </w:rPr>
        <w:t>B. Chế độ xã hội chủ nghĩa ở Liên Xô sụp đổ.</w:t>
      </w:r>
    </w:p>
    <w:p>
      <w:pPr>
        <w:pStyle w:val="ListParagraph"/>
      </w:pPr>
      <w:r>
        <w:rPr>
          <w:sz w:val="22"/>
        </w:rPr>
        <w:t>C. Hiệp ước hạn chế vũ khí chiến lược kí kết.</w:t>
      </w:r>
    </w:p>
    <w:p>
      <w:pPr>
        <w:pStyle w:val="ListParagraph"/>
      </w:pPr>
      <w:r>
        <w:rPr>
          <w:sz w:val="22"/>
        </w:rPr>
        <w:t>D. Bức tường Béc-lin ở nước Đức bị phá bỏ.</w:t>
      </w:r>
    </w:p>
    <w:p/>
    <w:p>
      <w:r>
        <w:rPr>
          <w:b/>
          <w:sz w:val="24"/>
        </w:rPr>
        <w:t>Câu 2: Câu 2. Sau khi Chiến tranh Lạnh kết thúc, xu thế chung nổi bật trong quan hệ quốc tế là gì?</w:t>
      </w:r>
    </w:p>
    <w:p>
      <w:pPr>
        <w:pStyle w:val="ListParagraph"/>
      </w:pPr>
      <w:r>
        <w:rPr>
          <w:sz w:val="22"/>
        </w:rPr>
        <w:t>A. Chuyển từ đối đầu sang đối thoại và hợp tác.</w:t>
      </w:r>
    </w:p>
    <w:p>
      <w:pPr>
        <w:pStyle w:val="ListParagraph"/>
      </w:pPr>
      <w:r>
        <w:rPr>
          <w:sz w:val="22"/>
        </w:rPr>
        <w:t>B. Chạy đua phát triển các loại vũ khí hủy diệt.</w:t>
      </w:r>
    </w:p>
    <w:p>
      <w:pPr>
        <w:pStyle w:val="ListParagraph"/>
      </w:pPr>
      <w:r>
        <w:rPr>
          <w:sz w:val="22"/>
        </w:rPr>
        <w:t>C. Mở rộng quy mô khối liên minh quân sự lớn.</w:t>
      </w:r>
    </w:p>
    <w:p>
      <w:pPr>
        <w:pStyle w:val="ListParagraph"/>
      </w:pPr>
      <w:r>
        <w:rPr>
          <w:sz w:val="22"/>
        </w:rPr>
        <w:t>D. Phân chia thế giới thành hai cực đối đầu sâu.</w:t>
      </w:r>
    </w:p>
    <w:p/>
    <w:p>
      <w:r>
        <w:rPr>
          <w:b/>
          <w:sz w:val="24"/>
        </w:rPr>
        <w:t>Câu 3: Câu 3. Quốc gia nào sau Chiến tranh Lạnh có tham vọng thiết lập trật tự thế giới “đơn cực”?</w:t>
      </w:r>
    </w:p>
    <w:p>
      <w:pPr>
        <w:pStyle w:val="ListParagraph"/>
      </w:pPr>
      <w:r>
        <w:rPr>
          <w:sz w:val="22"/>
        </w:rPr>
        <w:t>A. Hợp chủng quốc Mĩ.</w:t>
      </w:r>
    </w:p>
    <w:p>
      <w:pPr>
        <w:pStyle w:val="ListParagraph"/>
      </w:pPr>
      <w:r>
        <w:rPr>
          <w:sz w:val="22"/>
        </w:rPr>
        <w:t>B. Liên bang Nga.</w:t>
      </w:r>
    </w:p>
    <w:p>
      <w:pPr>
        <w:pStyle w:val="ListParagraph"/>
      </w:pPr>
      <w:r>
        <w:rPr>
          <w:sz w:val="22"/>
        </w:rPr>
        <w:t>C. Cộng hòa Pháp.</w:t>
      </w:r>
    </w:p>
    <w:p>
      <w:pPr>
        <w:pStyle w:val="ListParagraph"/>
      </w:pPr>
      <w:r>
        <w:rPr>
          <w:sz w:val="22"/>
        </w:rPr>
        <w:t>D. Vương quốc Anh.</w:t>
      </w:r>
    </w:p>
    <w:p/>
    <w:p>
      <w:r>
        <w:rPr>
          <w:b/>
          <w:sz w:val="24"/>
        </w:rPr>
        <w:t>Câu 4: Câu 4. Trong bối cảnh thế giới sau năm 1991, hầu hết các quốc gia đều điều chỉnh chiến lược lấy trọng tâm là</w:t>
      </w:r>
    </w:p>
    <w:p>
      <w:pPr>
        <w:pStyle w:val="ListParagraph"/>
      </w:pPr>
      <w:r>
        <w:rPr>
          <w:sz w:val="22"/>
        </w:rPr>
        <w:t>A. xây dựng lực lượng vũ trang.</w:t>
      </w:r>
    </w:p>
    <w:p>
      <w:pPr>
        <w:pStyle w:val="ListParagraph"/>
      </w:pPr>
      <w:r>
        <w:rPr>
          <w:sz w:val="22"/>
        </w:rPr>
        <w:t>B. phát triển sức mạnh kinh tế.</w:t>
      </w:r>
    </w:p>
    <w:p>
      <w:pPr>
        <w:pStyle w:val="ListParagraph"/>
      </w:pPr>
      <w:r>
        <w:rPr>
          <w:sz w:val="22"/>
        </w:rPr>
        <w:t>C. mở rộng không gian văn hoá.</w:t>
      </w:r>
    </w:p>
    <w:p>
      <w:pPr>
        <w:pStyle w:val="ListParagraph"/>
      </w:pPr>
      <w:r>
        <w:rPr>
          <w:sz w:val="22"/>
        </w:rPr>
        <w:t>D. gia tăng tranh chấp biên giới.</w:t>
      </w:r>
    </w:p>
    <w:p/>
    <w:p>
      <w:r>
        <w:rPr>
          <w:b/>
          <w:sz w:val="24"/>
        </w:rPr>
        <w:t>Câu 5: Câu 5. Xu thế trật tự thế giới mới đang dần hình thành sau Chiến tranh Lạnh được gọi là xu thế</w:t>
      </w:r>
    </w:p>
    <w:p>
      <w:pPr>
        <w:pStyle w:val="ListParagraph"/>
      </w:pPr>
      <w:r>
        <w:rPr>
          <w:sz w:val="22"/>
        </w:rPr>
        <w:t>A. trật tự thế giới đơn cực.</w:t>
      </w:r>
    </w:p>
    <w:p>
      <w:pPr>
        <w:pStyle w:val="ListParagraph"/>
      </w:pPr>
      <w:r>
        <w:rPr>
          <w:sz w:val="22"/>
        </w:rPr>
        <w:t>B. trật tự thế giới đa cực.</w:t>
      </w:r>
    </w:p>
    <w:p>
      <w:pPr>
        <w:pStyle w:val="ListParagraph"/>
      </w:pPr>
      <w:r>
        <w:rPr>
          <w:sz w:val="22"/>
        </w:rPr>
        <w:t>C. trật tự liên minh quân sự.</w:t>
      </w:r>
    </w:p>
    <w:p>
      <w:pPr>
        <w:pStyle w:val="ListParagraph"/>
      </w:pPr>
      <w:r>
        <w:rPr>
          <w:sz w:val="22"/>
        </w:rPr>
        <w:t>D. trật tự phong toả kinh tế.</w:t>
      </w:r>
    </w:p>
    <w:p/>
    <w:p>
      <w:r>
        <w:rPr>
          <w:b/>
          <w:sz w:val="24"/>
        </w:rPr>
        <w:t>Câu 6: Câu 6. Sau khi Liên Xô sụp đổ, quốc gia kế thừa địa vị pháp lý quốc tế của Liên Xô tại Liên hợp quốc là</w:t>
      </w:r>
    </w:p>
    <w:p>
      <w:pPr>
        <w:pStyle w:val="ListParagraph"/>
      </w:pPr>
      <w:r>
        <w:rPr>
          <w:sz w:val="22"/>
        </w:rPr>
        <w:t>A. Cộng hoà Bê-la-rút.</w:t>
      </w:r>
    </w:p>
    <w:p>
      <w:pPr>
        <w:pStyle w:val="ListParagraph"/>
      </w:pPr>
      <w:r>
        <w:rPr>
          <w:sz w:val="22"/>
        </w:rPr>
        <w:t>B. Liên bang Nga.</w:t>
      </w:r>
    </w:p>
    <w:p>
      <w:pPr>
        <w:pStyle w:val="ListParagraph"/>
      </w:pPr>
      <w:r>
        <w:rPr>
          <w:sz w:val="22"/>
        </w:rPr>
        <w:t>C. Cộng hoà U-crai-na.</w:t>
      </w:r>
    </w:p>
    <w:p>
      <w:pPr>
        <w:pStyle w:val="ListParagraph"/>
      </w:pPr>
      <w:r>
        <w:rPr>
          <w:sz w:val="22"/>
        </w:rPr>
        <w:t>D. Cộng hoà Ca-dắc-xtan.</w:t>
      </w:r>
    </w:p>
    <w:p/>
    <w:p>
      <w:r>
        <w:rPr>
          <w:b/>
          <w:sz w:val="24"/>
        </w:rPr>
        <w:t>Câu 7: Câu 7. Một trong những trung tâm kinh tế - tài chính lớn của thế giới hình thành và phát triển sau Chiến tranh Lạnh là</w:t>
      </w:r>
    </w:p>
    <w:p>
      <w:pPr>
        <w:pStyle w:val="ListParagraph"/>
      </w:pPr>
      <w:r>
        <w:rPr>
          <w:sz w:val="22"/>
        </w:rPr>
        <w:t>A. Liên minh châu Âu (EU).</w:t>
      </w:r>
    </w:p>
    <w:p>
      <w:pPr>
        <w:pStyle w:val="ListParagraph"/>
      </w:pPr>
      <w:r>
        <w:rPr>
          <w:sz w:val="22"/>
        </w:rPr>
        <w:t>B. Khối Hiệp ước Vác-sơ-va.</w:t>
      </w:r>
    </w:p>
    <w:p>
      <w:pPr>
        <w:pStyle w:val="ListParagraph"/>
      </w:pPr>
      <w:r>
        <w:rPr>
          <w:sz w:val="22"/>
        </w:rPr>
        <w:t>C. Hội đồng Tương trợ kinh tế.</w:t>
      </w:r>
    </w:p>
    <w:p>
      <w:pPr>
        <w:pStyle w:val="ListParagraph"/>
      </w:pPr>
      <w:r>
        <w:rPr>
          <w:sz w:val="22"/>
        </w:rPr>
        <w:t>D. Khối Liên minh Bắc Phi.</w:t>
      </w:r>
    </w:p>
    <w:p/>
    <w:p>
      <w:r>
        <w:rPr>
          <w:b/>
          <w:sz w:val="24"/>
        </w:rPr>
        <w:t>Câu 8: Câu 8. Yếu tố nào sau đây là thách thức an ninh phi truyền thống tiêu biểu trong thế giới hiện nay?</w:t>
      </w:r>
    </w:p>
    <w:p>
      <w:pPr>
        <w:pStyle w:val="ListParagraph"/>
      </w:pPr>
      <w:r>
        <w:rPr>
          <w:sz w:val="22"/>
        </w:rPr>
        <w:t>A. Chiến tranh hạt nhân toàn cầu.</w:t>
      </w:r>
    </w:p>
    <w:p>
      <w:pPr>
        <w:pStyle w:val="ListParagraph"/>
      </w:pPr>
      <w:r>
        <w:rPr>
          <w:sz w:val="22"/>
        </w:rPr>
        <w:t>B. Biến đổi khí hậu môi trường.</w:t>
      </w:r>
    </w:p>
    <w:p>
      <w:pPr>
        <w:pStyle w:val="ListParagraph"/>
      </w:pPr>
      <w:r>
        <w:rPr>
          <w:sz w:val="22"/>
        </w:rPr>
        <w:t>C. Xung đột giữa hai phe tư tưởng.</w:t>
      </w:r>
    </w:p>
    <w:p>
      <w:pPr>
        <w:pStyle w:val="ListParagraph"/>
      </w:pPr>
      <w:r>
        <w:rPr>
          <w:sz w:val="22"/>
        </w:rPr>
        <w:t>D. Tranh chấp phe phái thời phong kiến.</w:t>
      </w:r>
    </w:p>
    <w:p/>
    <w:p>
      <w:r>
        <w:rPr>
          <w:b/>
          <w:sz w:val="24"/>
        </w:rPr>
        <w:t>Câu 9: Câu 9. Sau Chiến tranh Lạnh, tổ chức nào sau đây giữ vai trò quan trọng nhất trong việc duy trì hòa bình quốc tế?</w:t>
      </w:r>
    </w:p>
    <w:p>
      <w:pPr>
        <w:pStyle w:val="ListParagraph"/>
      </w:pPr>
      <w:r>
        <w:rPr>
          <w:sz w:val="22"/>
        </w:rPr>
        <w:t>A. Hiệp ước Bắc Đại Tây Dương.</w:t>
      </w:r>
    </w:p>
    <w:p>
      <w:pPr>
        <w:pStyle w:val="ListParagraph"/>
      </w:pPr>
      <w:r>
        <w:rPr>
          <w:sz w:val="22"/>
        </w:rPr>
        <w:t>B. Liên hợp quốc (UN).</w:t>
      </w:r>
    </w:p>
    <w:p>
      <w:pPr>
        <w:pStyle w:val="ListParagraph"/>
      </w:pPr>
      <w:r>
        <w:rPr>
          <w:sz w:val="22"/>
        </w:rPr>
        <w:t>C. Liên minh phòng thủ châu Phi.</w:t>
      </w:r>
    </w:p>
    <w:p>
      <w:pPr>
        <w:pStyle w:val="ListParagraph"/>
      </w:pPr>
      <w:r>
        <w:rPr>
          <w:sz w:val="22"/>
        </w:rPr>
        <w:t>D. Diễn đàn An ninh tập thể.</w:t>
      </w:r>
    </w:p>
    <w:p/>
    <w:p>
      <w:r>
        <w:rPr>
          <w:b/>
          <w:sz w:val="24"/>
        </w:rPr>
        <w:t>Câu 10: Câu 10. Trật tự đa cực được hiểu là trạng thái trật tự thế giới có sự tham gia chi phối của</w:t>
      </w:r>
    </w:p>
    <w:p>
      <w:pPr>
        <w:pStyle w:val="ListParagraph"/>
      </w:pPr>
      <w:r>
        <w:rPr>
          <w:sz w:val="22"/>
        </w:rPr>
        <w:t>A. duy nhất một cường quốc số một thế giới.</w:t>
      </w:r>
    </w:p>
    <w:p>
      <w:pPr>
        <w:pStyle w:val="ListParagraph"/>
      </w:pPr>
      <w:r>
        <w:rPr>
          <w:sz w:val="22"/>
        </w:rPr>
        <w:t>B. nhiều trung tâm quyền lực lớn cùng cạnh tranh.</w:t>
      </w:r>
    </w:p>
    <w:p>
      <w:pPr>
        <w:pStyle w:val="ListParagraph"/>
      </w:pPr>
      <w:r>
        <w:rPr>
          <w:sz w:val="22"/>
        </w:rPr>
        <w:t>C. hai siêu cường đối kháng về mọi mặt đời sống.</w:t>
      </w:r>
    </w:p>
    <w:p>
      <w:pPr>
        <w:pStyle w:val="ListParagraph"/>
      </w:pPr>
      <w:r>
        <w:rPr>
          <w:sz w:val="22"/>
        </w:rPr>
        <w:t>D. các quốc gia chậm phát triển liên minh với nhau.</w:t>
      </w:r>
    </w:p>
    <w:p/>
    <w:p>
      <w:r>
        <w:rPr>
          <w:b/>
          <w:sz w:val="24"/>
        </w:rPr>
        <w:t>Câu 11: Câu 11. Vụ tấn công khủng bố ngày 11 - 9 - 2001 diễn ra tại quốc gia nào sau đây?</w:t>
      </w:r>
    </w:p>
    <w:p>
      <w:pPr>
        <w:pStyle w:val="ListParagraph"/>
      </w:pPr>
      <w:r>
        <w:rPr>
          <w:sz w:val="22"/>
        </w:rPr>
        <w:t>A. Nước Pháp.</w:t>
      </w:r>
    </w:p>
    <w:p>
      <w:pPr>
        <w:pStyle w:val="ListParagraph"/>
      </w:pPr>
      <w:r>
        <w:rPr>
          <w:sz w:val="22"/>
        </w:rPr>
        <w:t>B. Nước Mĩ.</w:t>
      </w:r>
    </w:p>
    <w:p>
      <w:pPr>
        <w:pStyle w:val="ListParagraph"/>
      </w:pPr>
      <w:r>
        <w:rPr>
          <w:sz w:val="22"/>
        </w:rPr>
        <w:t>C. Nước Nga.</w:t>
      </w:r>
    </w:p>
    <w:p>
      <w:pPr>
        <w:pStyle w:val="ListParagraph"/>
      </w:pPr>
      <w:r>
        <w:rPr>
          <w:sz w:val="22"/>
        </w:rPr>
        <w:t>D. Nước Anh.</w:t>
      </w:r>
    </w:p>
    <w:p/>
    <w:p>
      <w:r>
        <w:rPr>
          <w:b/>
          <w:sz w:val="24"/>
        </w:rPr>
        <w:t>Câu 12: Câu 12. Sự sụp đổ của Trật tự hai cực I-an-ta đã đưa đến hệ quả trực tiếp nào sau đây?</w:t>
      </w:r>
    </w:p>
    <w:p>
      <w:pPr>
        <w:pStyle w:val="ListParagraph"/>
      </w:pPr>
      <w:r>
        <w:rPr>
          <w:sz w:val="22"/>
        </w:rPr>
        <w:t>A. Chiến tranh thế giới thứ ba bùng nổ tức thì.</w:t>
      </w:r>
    </w:p>
    <w:p>
      <w:pPr>
        <w:pStyle w:val="ListParagraph"/>
      </w:pPr>
      <w:r>
        <w:rPr>
          <w:sz w:val="22"/>
        </w:rPr>
        <w:t>B. Mở ra thời kỳ định hình một trật tự mới.</w:t>
      </w:r>
    </w:p>
    <w:p>
      <w:pPr>
        <w:pStyle w:val="ListParagraph"/>
      </w:pPr>
      <w:r>
        <w:rPr>
          <w:sz w:val="22"/>
        </w:rPr>
        <w:t>C. Chấm dứt hoàn toàn xung đột vũ trang cục bộ.</w:t>
      </w:r>
    </w:p>
    <w:p>
      <w:pPr>
        <w:pStyle w:val="ListParagraph"/>
      </w:pPr>
      <w:r>
        <w:rPr>
          <w:sz w:val="22"/>
        </w:rPr>
        <w:t>D. Tiêu diệt triệt để hiểm hoạ khủng bố quốc tế.</w:t>
      </w:r>
    </w:p>
    <w:p/>
    <w:p>
      <w:r>
        <w:rPr>
          <w:b/>
          <w:sz w:val="24"/>
        </w:rPr>
        <w:t>Câu 13: Câu 13. Sau năm 1991, sự vươn lên mạnh mẽ của nền kinh tế nào đã trở thành trung tâm kinh tế lớn thứ hai thế giới?</w:t>
      </w:r>
    </w:p>
    <w:p>
      <w:pPr>
        <w:pStyle w:val="ListParagraph"/>
      </w:pPr>
      <w:r>
        <w:rPr>
          <w:sz w:val="22"/>
        </w:rPr>
        <w:t>A. Kinh tế Ấn Độ.</w:t>
      </w:r>
    </w:p>
    <w:p>
      <w:pPr>
        <w:pStyle w:val="ListParagraph"/>
      </w:pPr>
      <w:r>
        <w:rPr>
          <w:sz w:val="22"/>
        </w:rPr>
        <w:t>B. Kinh tế Trung Quốc.</w:t>
      </w:r>
    </w:p>
    <w:p>
      <w:pPr>
        <w:pStyle w:val="ListParagraph"/>
      </w:pPr>
      <w:r>
        <w:rPr>
          <w:sz w:val="22"/>
        </w:rPr>
        <w:t>C. Kinh tế Bra-xin.</w:t>
      </w:r>
    </w:p>
    <w:p>
      <w:pPr>
        <w:pStyle w:val="ListParagraph"/>
      </w:pPr>
      <w:r>
        <w:rPr>
          <w:sz w:val="22"/>
        </w:rPr>
        <w:t>D. Kinh tế Nam Phi.</w:t>
      </w:r>
    </w:p>
    <w:p/>
    <w:p>
      <w:r>
        <w:rPr>
          <w:b/>
          <w:sz w:val="24"/>
        </w:rPr>
        <w:t>Câu 14: Câu 14. Một trong những nguyên nhân khiến Mĩ không thể thiết lập trật tự thế giới “đơn cực” là</w:t>
      </w:r>
    </w:p>
    <w:p>
      <w:pPr>
        <w:pStyle w:val="ListParagraph"/>
      </w:pPr>
      <w:r>
        <w:rPr>
          <w:sz w:val="22"/>
        </w:rPr>
        <w:t>A. sự trỗi dậy của các trung tâm quyền lực khác.</w:t>
      </w:r>
    </w:p>
    <w:p>
      <w:pPr>
        <w:pStyle w:val="ListParagraph"/>
      </w:pPr>
      <w:r>
        <w:rPr>
          <w:sz w:val="22"/>
        </w:rPr>
        <w:t>B. sự phục hồi hoàn toàn của phe xã hội chủ nghĩa.</w:t>
      </w:r>
    </w:p>
    <w:p>
      <w:pPr>
        <w:pStyle w:val="ListParagraph"/>
      </w:pPr>
      <w:r>
        <w:rPr>
          <w:sz w:val="22"/>
        </w:rPr>
        <w:t>C. lệnh cấm vận thương mại từ các đối tác lớn.</w:t>
      </w:r>
    </w:p>
    <w:p>
      <w:pPr>
        <w:pStyle w:val="ListParagraph"/>
      </w:pPr>
      <w:r>
        <w:rPr>
          <w:sz w:val="22"/>
        </w:rPr>
        <w:t>D. sự kiệt quệ tài nguyên thiên nhiên của nước Mĩ.</w:t>
      </w:r>
    </w:p>
    <w:p/>
    <w:p>
      <w:r>
        <w:rPr>
          <w:b/>
          <w:sz w:val="24"/>
        </w:rPr>
        <w:t>Câu 15: Câu 15. Sự kiện nào sau đây là biểu hiện của mâu thuẫn tôn giáo, sắc tộc sâu sắc sau Chiến tranh Lạnh?</w:t>
      </w:r>
    </w:p>
    <w:p>
      <w:pPr>
        <w:pStyle w:val="ListParagraph"/>
      </w:pPr>
      <w:r>
        <w:rPr>
          <w:sz w:val="22"/>
        </w:rPr>
        <w:t>A. Khủng hoảng kinh tế toàn cầu năm 2008.</w:t>
      </w:r>
    </w:p>
    <w:p>
      <w:pPr>
        <w:pStyle w:val="ListParagraph"/>
      </w:pPr>
      <w:r>
        <w:rPr>
          <w:sz w:val="22"/>
        </w:rPr>
        <w:t>B. Xung đột quân sự trên bán đảo Ban-căng.</w:t>
      </w:r>
    </w:p>
    <w:p>
      <w:pPr>
        <w:pStyle w:val="ListParagraph"/>
      </w:pPr>
      <w:r>
        <w:rPr>
          <w:sz w:val="22"/>
        </w:rPr>
        <w:t>C. Kí kết Hiệp ước thành lập Liên minh châu Âu.</w:t>
      </w:r>
    </w:p>
    <w:p>
      <w:pPr>
        <w:pStyle w:val="ListParagraph"/>
      </w:pPr>
      <w:r>
        <w:rPr>
          <w:sz w:val="22"/>
        </w:rPr>
        <w:t>D. Thành lập Ngân hàng Đầu tư Cơ sở Hạ tầng.</w:t>
      </w:r>
    </w:p>
    <w:p/>
    <w:p>
      <w:r>
        <w:rPr>
          <w:b/>
          <w:sz w:val="24"/>
        </w:rPr>
        <w:t>Câu 16: Câu 16. Xu thế toàn cầu hóa diễn ra mạnh mẽ từ những năm 80 của thế kỉ XX bắt nguồn từ</w:t>
      </w:r>
    </w:p>
    <w:p>
      <w:pPr>
        <w:pStyle w:val="ListParagraph"/>
      </w:pPr>
      <w:r>
        <w:rPr>
          <w:sz w:val="22"/>
        </w:rPr>
        <w:t>A. các thỏa thuận ngừng bắn quân sự.</w:t>
      </w:r>
    </w:p>
    <w:p>
      <w:pPr>
        <w:pStyle w:val="ListParagraph"/>
      </w:pPr>
      <w:r>
        <w:rPr>
          <w:sz w:val="22"/>
        </w:rPr>
        <w:t>B. cuộc cách mạng khoa học - công nghệ.</w:t>
      </w:r>
    </w:p>
    <w:p>
      <w:pPr>
        <w:pStyle w:val="ListParagraph"/>
      </w:pPr>
      <w:r>
        <w:rPr>
          <w:sz w:val="22"/>
        </w:rPr>
        <w:t>C. mâu thuẫn giữa các nước đang phát triển.</w:t>
      </w:r>
    </w:p>
    <w:p>
      <w:pPr>
        <w:pStyle w:val="ListParagraph"/>
      </w:pPr>
      <w:r>
        <w:rPr>
          <w:sz w:val="22"/>
        </w:rPr>
        <w:t>D. chính sách thuộc địa của các nước lớn.</w:t>
      </w:r>
    </w:p>
    <w:p/>
    <w:p>
      <w:r>
        <w:rPr>
          <w:b/>
          <w:sz w:val="24"/>
        </w:rPr>
        <w:t>Câu 17: Câu 17. Sau Chiến tranh Lạnh, các nước lớn điều chỉnh chính sách đối ngoại theo hướng đối thoại nhằm</w:t>
      </w:r>
    </w:p>
    <w:p>
      <w:pPr>
        <w:pStyle w:val="ListParagraph"/>
      </w:pPr>
      <w:r>
        <w:rPr>
          <w:sz w:val="22"/>
        </w:rPr>
        <w:t>A. né tránh mọi hình thức hợp tác đa phương.</w:t>
      </w:r>
    </w:p>
    <w:p>
      <w:pPr>
        <w:pStyle w:val="ListParagraph"/>
      </w:pPr>
      <w:r>
        <w:rPr>
          <w:sz w:val="22"/>
        </w:rPr>
        <w:t>B. tạo môi trường quốc tế thuận lợi phát triển.</w:t>
      </w:r>
    </w:p>
    <w:p>
      <w:pPr>
        <w:pStyle w:val="ListParagraph"/>
      </w:pPr>
      <w:r>
        <w:rPr>
          <w:sz w:val="22"/>
        </w:rPr>
        <w:t>C. xoá bỏ hoàn toàn đường biên giới quốc gia.</w:t>
      </w:r>
    </w:p>
    <w:p>
      <w:pPr>
        <w:pStyle w:val="ListParagraph"/>
      </w:pPr>
      <w:r>
        <w:rPr>
          <w:sz w:val="22"/>
        </w:rPr>
        <w:t>D. ủng hộ việc thiết lập thể chế đơn cực hoá.</w:t>
      </w:r>
    </w:p>
    <w:p/>
    <w:p>
      <w:r>
        <w:rPr>
          <w:b/>
          <w:sz w:val="24"/>
        </w:rPr>
        <w:t>Câu 18: Câu 18. Nhóm các nền kinh tế mới nổi có tầm ảnh hưởng ngày càng lớn trong trật tự thế giới đa cực gồm</w:t>
      </w:r>
    </w:p>
    <w:p>
      <w:pPr>
        <w:pStyle w:val="ListParagraph"/>
      </w:pPr>
      <w:r>
        <w:rPr>
          <w:sz w:val="22"/>
        </w:rPr>
        <w:t>A. G7.</w:t>
      </w:r>
    </w:p>
    <w:p>
      <w:pPr>
        <w:pStyle w:val="ListParagraph"/>
      </w:pPr>
      <w:r>
        <w:rPr>
          <w:sz w:val="22"/>
        </w:rPr>
        <w:t>B. BRICS.</w:t>
      </w:r>
    </w:p>
    <w:p>
      <w:pPr>
        <w:pStyle w:val="ListParagraph"/>
      </w:pPr>
      <w:r>
        <w:rPr>
          <w:sz w:val="22"/>
        </w:rPr>
        <w:t>C. NATO.</w:t>
      </w:r>
    </w:p>
    <w:p>
      <w:pPr>
        <w:pStyle w:val="ListParagraph"/>
      </w:pPr>
      <w:r>
        <w:rPr>
          <w:sz w:val="22"/>
        </w:rPr>
        <w:t>D. ASEAN.</w:t>
      </w:r>
    </w:p>
    <w:p/>
    <w:p>
      <w:r>
        <w:rPr>
          <w:b/>
          <w:sz w:val="24"/>
        </w:rPr>
        <w:t>Câu 19: Câu 19. Biểu hiện rõ nét của xu thế hòa hoãn giữa các nước lớn sau năm 1991 là</w:t>
      </w:r>
    </w:p>
    <w:p>
      <w:pPr>
        <w:pStyle w:val="ListParagraph"/>
      </w:pPr>
      <w:r>
        <w:rPr>
          <w:sz w:val="22"/>
        </w:rPr>
        <w:t>A. đẩy mạnh cạnh tranh quân sự gay gắt.</w:t>
      </w:r>
    </w:p>
    <w:p>
      <w:pPr>
        <w:pStyle w:val="ListParagraph"/>
      </w:pPr>
      <w:r>
        <w:rPr>
          <w:sz w:val="22"/>
        </w:rPr>
        <w:t>B. tăng cường đối thoại, kí hiệp định hợp tác.</w:t>
      </w:r>
    </w:p>
    <w:p>
      <w:pPr>
        <w:pStyle w:val="ListParagraph"/>
      </w:pPr>
      <w:r>
        <w:rPr>
          <w:sz w:val="22"/>
        </w:rPr>
        <w:t>C. lập ra các khối phòng thủ đóng quân xa.</w:t>
      </w:r>
    </w:p>
    <w:p>
      <w:pPr>
        <w:pStyle w:val="ListParagraph"/>
      </w:pPr>
      <w:r>
        <w:rPr>
          <w:sz w:val="22"/>
        </w:rPr>
        <w:t>D. can thiệp vào công việc nội bộ lẫn nhau.</w:t>
      </w:r>
    </w:p>
    <w:p/>
    <w:p>
      <w:r>
        <w:rPr>
          <w:b/>
          <w:sz w:val="24"/>
        </w:rPr>
        <w:t>Câu 20: Câu 20. Hiệp hội các quốc gia Đông Nam Á (ASEAN) sau Chiến tranh Lạnh đã phát triển thành tổ chức</w:t>
      </w:r>
    </w:p>
    <w:p>
      <w:pPr>
        <w:pStyle w:val="ListParagraph"/>
      </w:pPr>
      <w:r>
        <w:rPr>
          <w:sz w:val="22"/>
        </w:rPr>
        <w:t>A. liên minh quân sự có tính răn đe toàn cầu.</w:t>
      </w:r>
    </w:p>
    <w:p>
      <w:pPr>
        <w:pStyle w:val="ListParagraph"/>
      </w:pPr>
      <w:r>
        <w:rPr>
          <w:sz w:val="22"/>
        </w:rPr>
        <w:t>B. hợp tác toàn diện của toàn bộ khu vực.</w:t>
      </w:r>
    </w:p>
    <w:p>
      <w:pPr>
        <w:pStyle w:val="ListParagraph"/>
      </w:pPr>
      <w:r>
        <w:rPr>
          <w:sz w:val="22"/>
        </w:rPr>
        <w:t>C. siêu cường đứng đầu trật tự thế giới mới.</w:t>
      </w:r>
    </w:p>
    <w:p>
      <w:pPr>
        <w:pStyle w:val="ListParagraph"/>
      </w:pPr>
      <w:r>
        <w:rPr>
          <w:sz w:val="22"/>
        </w:rPr>
        <w:t>D. thị trường tài chính khép kín của châu Á.</w:t>
      </w:r>
    </w:p>
    <w:p/>
    <w:p>
      <w:r>
        <w:rPr>
          <w:b/>
          <w:sz w:val="24"/>
        </w:rPr>
        <w:t>Câu 21: Câu 21. Điểm khác biệt căn bản giữa trật tự thế giới đa cực với Trật tự hai cực I-an-ta là gì?</w:t>
      </w:r>
    </w:p>
    <w:p>
      <w:pPr>
        <w:pStyle w:val="ListParagraph"/>
      </w:pPr>
      <w:r>
        <w:rPr>
          <w:sz w:val="22"/>
        </w:rPr>
        <w:t>A. Không còn sự chi phối hoàn toàn của hai cực siêu cường.</w:t>
      </w:r>
    </w:p>
    <w:p>
      <w:pPr>
        <w:pStyle w:val="ListParagraph"/>
      </w:pPr>
      <w:r>
        <w:rPr>
          <w:sz w:val="22"/>
        </w:rPr>
        <w:t>B. Không tồn tại bất kì một cuộc chiến tranh cục bộ nào.</w:t>
      </w:r>
    </w:p>
    <w:p>
      <w:pPr>
        <w:pStyle w:val="ListParagraph"/>
      </w:pPr>
      <w:r>
        <w:rPr>
          <w:sz w:val="22"/>
        </w:rPr>
        <w:t>C. Quyền lực thế giới chỉ tập trung vào một số nước nhỏ.</w:t>
      </w:r>
    </w:p>
    <w:p>
      <w:pPr>
        <w:pStyle w:val="ListParagraph"/>
      </w:pPr>
      <w:r>
        <w:rPr>
          <w:sz w:val="22"/>
        </w:rPr>
        <w:t>D. Mọi tranh chấp quốc tế đều được giải quyết ổn thoả.</w:t>
      </w:r>
    </w:p>
    <w:p/>
    <w:p>
      <w:r>
        <w:rPr>
          <w:b/>
          <w:sz w:val="24"/>
        </w:rPr>
        <w:t>Câu 22: Câu 22. Vì sao sau Chiến tranh Lạnh các nước đều ưu tiên phát triển kinh tế làm trung tâm?</w:t>
      </w:r>
    </w:p>
    <w:p>
      <w:pPr>
        <w:pStyle w:val="ListParagraph"/>
      </w:pPr>
      <w:r>
        <w:rPr>
          <w:sz w:val="22"/>
        </w:rPr>
        <w:t>A. Kinh tế là yếu tố quyết định sức mạnh tổng hợp quốc gia.</w:t>
      </w:r>
    </w:p>
    <w:p>
      <w:pPr>
        <w:pStyle w:val="ListParagraph"/>
      </w:pPr>
      <w:r>
        <w:rPr>
          <w:sz w:val="22"/>
        </w:rPr>
        <w:t>B. Vũ khí quân sự đã hoàn toàn mất đi vai trò phòng vệ.</w:t>
      </w:r>
    </w:p>
    <w:p>
      <w:pPr>
        <w:pStyle w:val="ListParagraph"/>
      </w:pPr>
      <w:r>
        <w:rPr>
          <w:sz w:val="22"/>
        </w:rPr>
        <w:t>C. Các cuộc cách mạng giải phóng dân tộc đã kết thúc hằn.</w:t>
      </w:r>
    </w:p>
    <w:p>
      <w:pPr>
        <w:pStyle w:val="ListParagraph"/>
      </w:pPr>
      <w:r>
        <w:rPr>
          <w:sz w:val="22"/>
        </w:rPr>
        <w:t>D. Nguy cơ khủng hoảng chính trị nội bộ đã biến mất sạch.</w:t>
      </w:r>
    </w:p>
    <w:p/>
    <w:p>
      <w:r>
        <w:rPr>
          <w:b/>
          <w:sz w:val="24"/>
        </w:rPr>
        <w:t>Câu 23: Câu 23. Việc Mĩ can thiệp quân sự vào Áp-ga-ni-xtan (2001) và I-rắc (2003) phản ánh thực tế nào?</w:t>
      </w:r>
    </w:p>
    <w:p>
      <w:pPr>
        <w:pStyle w:val="ListParagraph"/>
      </w:pPr>
      <w:r>
        <w:rPr>
          <w:sz w:val="22"/>
        </w:rPr>
        <w:t>A. Nguy cơ Chiến tranh Lạnh chuẩn bị bùng nổ trở lại.</w:t>
      </w:r>
    </w:p>
    <w:p>
      <w:pPr>
        <w:pStyle w:val="ListParagraph"/>
      </w:pPr>
      <w:r>
        <w:rPr>
          <w:sz w:val="22"/>
        </w:rPr>
        <w:t>B. Mỹ tìm cách hiện thực hóa mưu đồ tạo lập thế giới đơn cực.</w:t>
      </w:r>
    </w:p>
    <w:p>
      <w:pPr>
        <w:pStyle w:val="ListParagraph"/>
      </w:pPr>
      <w:r>
        <w:rPr>
          <w:sz w:val="22"/>
        </w:rPr>
        <w:t>C. Liên hợp quốc đã trao toàn quyền can thiệp cho nước Mĩ.</w:t>
      </w:r>
    </w:p>
    <w:p>
      <w:pPr>
        <w:pStyle w:val="ListParagraph"/>
      </w:pPr>
      <w:r>
        <w:rPr>
          <w:sz w:val="22"/>
        </w:rPr>
        <w:t>D. Khối Đồng minh quân sự phương Tây đang suy sụp nặng.</w:t>
      </w:r>
    </w:p>
    <w:p/>
    <w:p>
      <w:r>
        <w:rPr>
          <w:b/>
          <w:sz w:val="24"/>
        </w:rPr>
        <w:t>Câu 24: Câu 24. Nội dung nào sau đây phản ánh đúng bản chất của xu thế “đa cực” sau Chiến tranh Lạnh?</w:t>
      </w:r>
    </w:p>
    <w:p>
      <w:pPr>
        <w:pStyle w:val="ListParagraph"/>
      </w:pPr>
      <w:r>
        <w:rPr>
          <w:sz w:val="22"/>
        </w:rPr>
        <w:t>A. Sự phân tán quyền lực quốc tế về nhiều trung tâm khác nhau.</w:t>
      </w:r>
    </w:p>
    <w:p>
      <w:pPr>
        <w:pStyle w:val="ListParagraph"/>
      </w:pPr>
      <w:r>
        <w:rPr>
          <w:sz w:val="22"/>
        </w:rPr>
        <w:t>B. Sự biến mất hoàn toàn của các nước đế quốc chủ nghĩa.</w:t>
      </w:r>
    </w:p>
    <w:p>
      <w:pPr>
        <w:pStyle w:val="ListParagraph"/>
      </w:pPr>
      <w:r>
        <w:rPr>
          <w:sz w:val="22"/>
        </w:rPr>
        <w:t>C. Việc chuyển giao mọi quyền lực vào tay Đại hội đồng Liên hợp quốc.</w:t>
      </w:r>
    </w:p>
    <w:p>
      <w:pPr>
        <w:pStyle w:val="ListParagraph"/>
      </w:pPr>
      <w:r>
        <w:rPr>
          <w:sz w:val="22"/>
        </w:rPr>
        <w:t>D. Mọi quốc gia trên thế giới đều có quyền lực bình đẳng tuyệt đối.</w:t>
      </w:r>
    </w:p>
    <w:p/>
    <w:p>
      <w:r>
        <w:rPr>
          <w:b/>
          <w:sz w:val="24"/>
        </w:rPr>
        <w:t>Câu 25: Câu 25. Xu thế đối thoại, hợp tác cùng phát triển trong quan hệ quốc tế bắt nguồn từ nguyên nhân nào?</w:t>
      </w:r>
    </w:p>
    <w:p>
      <w:pPr>
        <w:pStyle w:val="ListParagraph"/>
      </w:pPr>
      <w:r>
        <w:rPr>
          <w:sz w:val="22"/>
        </w:rPr>
        <w:t>A. Do các nước không còn khả năng tài chính mua sắm vũ khí mới.</w:t>
      </w:r>
    </w:p>
    <w:p>
      <w:pPr>
        <w:pStyle w:val="ListParagraph"/>
      </w:pPr>
      <w:r>
        <w:rPr>
          <w:sz w:val="22"/>
        </w:rPr>
        <w:t>B. Do yêu cầu hợp tác để giải quyết các vấn đề phát triển chung.</w:t>
      </w:r>
    </w:p>
    <w:p>
      <w:pPr>
        <w:pStyle w:val="ListParagraph"/>
      </w:pPr>
      <w:r>
        <w:rPr>
          <w:sz w:val="22"/>
        </w:rPr>
        <w:t>C. Do sự đồng nhất về chế độ chính trị của toàn bộ các nước.</w:t>
      </w:r>
    </w:p>
    <w:p>
      <w:pPr>
        <w:pStyle w:val="ListParagraph"/>
      </w:pPr>
      <w:r>
        <w:rPr>
          <w:sz w:val="22"/>
        </w:rPr>
        <w:t>D. Do sự thống trị duy nhất của một siêu cường trên hành tinh.</w:t>
      </w:r>
    </w:p>
    <w:p/>
    <w:p>
      <w:r>
        <w:rPr>
          <w:b/>
          <w:sz w:val="24"/>
        </w:rPr>
        <w:t>Câu 26: Câu 26. Tại sao xu thế toàn cầu hóa vừa đem lại thời cơ lại vừa mang đến thách thức cho các quốc gia?</w:t>
      </w:r>
    </w:p>
    <w:p>
      <w:pPr>
        <w:pStyle w:val="ListParagraph"/>
      </w:pPr>
      <w:r>
        <w:rPr>
          <w:sz w:val="22"/>
        </w:rPr>
        <w:t>A. Mở rộng cơ hội thị trường nhưng tạo ra nguy cơ tụt hậu lớn.</w:t>
      </w:r>
    </w:p>
    <w:p>
      <w:pPr>
        <w:pStyle w:val="ListParagraph"/>
      </w:pPr>
      <w:r>
        <w:rPr>
          <w:sz w:val="22"/>
        </w:rPr>
        <w:t>B. Gia tăng quyền tự chủ nhưng làm suy yếu nền kinh tế quốc gia.</w:t>
      </w:r>
    </w:p>
    <w:p>
      <w:pPr>
        <w:pStyle w:val="ListParagraph"/>
      </w:pPr>
      <w:r>
        <w:rPr>
          <w:sz w:val="22"/>
        </w:rPr>
        <w:t>C. Xóa bỏ hoàn toàn đói nghèo nhưng làm gia tăng tội phạm mạng.</w:t>
      </w:r>
    </w:p>
    <w:p>
      <w:pPr>
        <w:pStyle w:val="ListParagraph"/>
      </w:pPr>
      <w:r>
        <w:rPr>
          <w:sz w:val="22"/>
        </w:rPr>
        <w:t>D. Bảo tồn văn hóa dân tộc nhưng triệt tiêu hoàn toàn công nghệ mới.</w:t>
      </w:r>
    </w:p>
    <w:p/>
    <w:p>
      <w:r>
        <w:rPr>
          <w:b/>
          <w:sz w:val="24"/>
        </w:rPr>
        <w:t>Câu 27: Câu 27. Sự phát triển nhanh chóng của Trung Quốc từ đầu thế kỉ XXI đã tác động thế nào đến cục diện thế giới?</w:t>
      </w:r>
    </w:p>
    <w:p>
      <w:pPr>
        <w:pStyle w:val="ListParagraph"/>
      </w:pPr>
      <w:r>
        <w:rPr>
          <w:sz w:val="22"/>
        </w:rPr>
        <w:t>A. Củng cố vững chắc hơn vị thế chi phối trật tự đơn cực của Mĩ.</w:t>
      </w:r>
    </w:p>
    <w:p>
      <w:pPr>
        <w:pStyle w:val="ListParagraph"/>
      </w:pPr>
      <w:r>
        <w:rPr>
          <w:sz w:val="22"/>
        </w:rPr>
        <w:t>B. Thúc đẩy mạnh mẽ tiến trình dịch chuyển sang trật tự đa cực.</w:t>
      </w:r>
    </w:p>
    <w:p>
      <w:pPr>
        <w:pStyle w:val="ListParagraph"/>
      </w:pPr>
      <w:r>
        <w:rPr>
          <w:sz w:val="22"/>
        </w:rPr>
        <w:t>C. Dẫn đến sự tan rã tức thì của các liên minh phòng thủ phương Tây.</w:t>
      </w:r>
    </w:p>
    <w:p>
      <w:pPr>
        <w:pStyle w:val="ListParagraph"/>
      </w:pPr>
      <w:r>
        <w:rPr>
          <w:sz w:val="22"/>
        </w:rPr>
        <w:t>D. Xóa bỏ hoàn toàn các tổ chức tài chính quốc tế truyền thống.</w:t>
      </w:r>
    </w:p>
    <w:p/>
    <w:p>
      <w:r>
        <w:rPr>
          <w:b/>
          <w:sz w:val="24"/>
        </w:rPr>
        <w:t>Câu 28: Câu 28. Việc các nước lớn duy trì vừa hợp tác vừa cạnh tranh gay gắt sau Chiến tranh Lạnh phản ánh</w:t>
      </w:r>
    </w:p>
    <w:p>
      <w:pPr>
        <w:pStyle w:val="ListParagraph"/>
      </w:pPr>
      <w:r>
        <w:rPr>
          <w:sz w:val="22"/>
        </w:rPr>
        <w:t>A. lợi ích quốc gia - dân tộc luôn luôn là mục tiêu cốt lõi.</w:t>
      </w:r>
    </w:p>
    <w:p>
      <w:pPr>
        <w:pStyle w:val="ListParagraph"/>
      </w:pPr>
      <w:r>
        <w:rPr>
          <w:sz w:val="22"/>
        </w:rPr>
        <w:t>B. sự trỗi dậy của các khối liên minh quân sự kiểu phong kiến.</w:t>
      </w:r>
    </w:p>
    <w:p>
      <w:pPr>
        <w:pStyle w:val="ListParagraph"/>
      </w:pPr>
      <w:r>
        <w:rPr>
          <w:sz w:val="22"/>
        </w:rPr>
        <w:t>C. tính chất đối đầu không thể điều hoà giữa các thể chế chính trị.</w:t>
      </w:r>
    </w:p>
    <w:p>
      <w:pPr>
        <w:pStyle w:val="ListParagraph"/>
      </w:pPr>
      <w:r>
        <w:rPr>
          <w:sz w:val="22"/>
        </w:rPr>
        <w:t>D. sự phân liệt hoàn toàn của nền thương mại hàng hoá toàn cầu.</w:t>
      </w:r>
    </w:p>
    <w:p/>
    <w:p>
      <w:r>
        <w:rPr>
          <w:b/>
          <w:sz w:val="24"/>
        </w:rPr>
        <w:t>Câu 29: Câu 29. Nguyên nhân khách quan nào khiến trật tự thế giới mới sau năm 1991 mang tính chất định hình lâu dài?</w:t>
      </w:r>
    </w:p>
    <w:p>
      <w:pPr>
        <w:pStyle w:val="ListParagraph"/>
      </w:pPr>
      <w:r>
        <w:rPr>
          <w:sz w:val="22"/>
        </w:rPr>
        <w:t>A. Sự suy giảm quyền lực đồng thời của mọi quốc gia trên thế giới.</w:t>
      </w:r>
    </w:p>
    <w:p>
      <w:pPr>
        <w:pStyle w:val="ListParagraph"/>
      </w:pPr>
      <w:r>
        <w:rPr>
          <w:sz w:val="22"/>
        </w:rPr>
        <w:t>B. Quá trình xác lập tương quan lực lượng giữa các nước cần thời gian.</w:t>
      </w:r>
    </w:p>
    <w:p>
      <w:pPr>
        <w:pStyle w:val="ListParagraph"/>
      </w:pPr>
      <w:r>
        <w:rPr>
          <w:sz w:val="22"/>
        </w:rPr>
        <w:t>C. Hiến chương Liên hợp quốc không còn giá trị pháp lí thực thi.</w:t>
      </w:r>
    </w:p>
    <w:p>
      <w:pPr>
        <w:pStyle w:val="ListParagraph"/>
      </w:pPr>
      <w:r>
        <w:rPr>
          <w:sz w:val="22"/>
        </w:rPr>
        <w:t>D. Toàn bộ các định chế tài chính quốc tế đều bị đình trệ hoạt động.</w:t>
      </w:r>
    </w:p>
    <w:p/>
    <w:p>
      <w:r>
        <w:rPr>
          <w:b/>
          <w:sz w:val="24"/>
        </w:rPr>
        <w:t>Câu 30: Câu 30. Nội dung nào sau đây phản ánh đúng vị thế của Liên bang Nga sau khi Chiến tranh Lạnh kết thúc?</w:t>
      </w:r>
    </w:p>
    <w:p>
      <w:pPr>
        <w:pStyle w:val="ListParagraph"/>
      </w:pPr>
      <w:r>
        <w:rPr>
          <w:sz w:val="22"/>
        </w:rPr>
        <w:t>A. Mất đi hoàn toàn vai trò cường quốc trong quan hệ quốc tế.</w:t>
      </w:r>
    </w:p>
    <w:p>
      <w:pPr>
        <w:pStyle w:val="ListParagraph"/>
      </w:pPr>
      <w:r>
        <w:rPr>
          <w:sz w:val="22"/>
        </w:rPr>
        <w:t>B. Từng bước khôi phục vị thế cường quốc có tầm ảnh hưởng lớn.</w:t>
      </w:r>
    </w:p>
    <w:p>
      <w:pPr>
        <w:pStyle w:val="ListParagraph"/>
      </w:pPr>
      <w:r>
        <w:rPr>
          <w:sz w:val="22"/>
        </w:rPr>
        <w:t>C. Rút lui hoàn toàn khỏi các hoạt động ngoại giao toàn cầu hoá.</w:t>
      </w:r>
    </w:p>
    <w:p>
      <w:pPr>
        <w:pStyle w:val="ListParagraph"/>
      </w:pPr>
      <w:r>
        <w:rPr>
          <w:sz w:val="22"/>
        </w:rPr>
        <w:t>D. Trở thành quốc gia phụ thuộc hoàn toàn vào viện trợ của Mĩ.</w:t>
      </w:r>
    </w:p>
    <w:p/>
    <w:p>
      <w:r>
        <w:rPr>
          <w:b/>
          <w:sz w:val="24"/>
        </w:rPr>
        <w:t>Câu 31: Câu 31. Trật tự thế giới sau Chiến tranh Lạnh chuyển biến trong bối cảnh lịch sử nào sau đây?</w:t>
      </w:r>
    </w:p>
    <w:p>
      <w:pPr>
        <w:pStyle w:val="ListParagraph"/>
      </w:pPr>
      <w:r>
        <w:rPr>
          <w:sz w:val="22"/>
        </w:rPr>
        <w:t>A. Nền hòa bình thế giới được củng cố nhưng vẫn tiềm ẩn nguy cơ.</w:t>
      </w:r>
    </w:p>
    <w:p>
      <w:pPr>
        <w:pStyle w:val="ListParagraph"/>
      </w:pPr>
      <w:r>
        <w:rPr>
          <w:sz w:val="22"/>
        </w:rPr>
        <w:t>B. Tất cả các mâu thuẫn giai cấp trong xã hội tư bản đã chấm dứt.</w:t>
      </w:r>
    </w:p>
    <w:p>
      <w:pPr>
        <w:pStyle w:val="ListParagraph"/>
      </w:pPr>
      <w:r>
        <w:rPr>
          <w:sz w:val="22"/>
        </w:rPr>
        <w:t>C. Không còn bất kì sự hiện diện nào của các căn cứ quân sự quốc tế.</w:t>
      </w:r>
    </w:p>
    <w:p>
      <w:pPr>
        <w:pStyle w:val="ListParagraph"/>
      </w:pPr>
      <w:r>
        <w:rPr>
          <w:sz w:val="22"/>
        </w:rPr>
        <w:t>D. Nền kinh tế thế giới hoàn toàn miễn nhiễm trước khủng hoảng tài chính.</w:t>
      </w:r>
    </w:p>
    <w:p/>
    <w:p>
      <w:r>
        <w:rPr>
          <w:b/>
          <w:sz w:val="24"/>
        </w:rPr>
        <w:t>Câu 32: Câu 32. Một trong những biểu hiện của sự cạnh tranh địa chính trị giữa các nước lớn hiện nay là</w:t>
      </w:r>
    </w:p>
    <w:p>
      <w:pPr>
        <w:pStyle w:val="ListParagraph"/>
      </w:pPr>
      <w:r>
        <w:rPr>
          <w:sz w:val="22"/>
        </w:rPr>
        <w:t>A. thiết lập các khuôn khổ thương mại và chiến lược quân sự mới.</w:t>
      </w:r>
    </w:p>
    <w:p>
      <w:pPr>
        <w:pStyle w:val="ListParagraph"/>
      </w:pPr>
      <w:r>
        <w:rPr>
          <w:sz w:val="22"/>
        </w:rPr>
        <w:t>B. áp dụng hình thức cấm vận triệt để giao lưu văn hoá toàn diện.</w:t>
      </w:r>
    </w:p>
    <w:p>
      <w:pPr>
        <w:pStyle w:val="ListParagraph"/>
      </w:pPr>
      <w:r>
        <w:rPr>
          <w:sz w:val="22"/>
        </w:rPr>
        <w:t>C. khôi phục lại thể chế quản trị theo các hiệp ước thời cổ đại.</w:t>
      </w:r>
    </w:p>
    <w:p>
      <w:pPr>
        <w:pStyle w:val="ListParagraph"/>
      </w:pPr>
      <w:r>
        <w:rPr>
          <w:sz w:val="22"/>
        </w:rPr>
        <w:t>D. Xoá bỏ hoàn toàn sự tồn tại của hệ thống tài chính đa phương.</w:t>
      </w:r>
    </w:p>
    <w:p/>
    <w:p>
      <w:r>
        <w:rPr>
          <w:b/>
          <w:sz w:val="24"/>
        </w:rPr>
        <w:t>Câu 33: Câu 33. Nhận xét nào đúng về vai trò của Liên minh châu Âu (EU) trong trật tự thế giới mới?</w:t>
      </w:r>
    </w:p>
    <w:p>
      <w:pPr>
        <w:pStyle w:val="ListParagraph"/>
      </w:pPr>
      <w:r>
        <w:rPr>
          <w:sz w:val="22"/>
        </w:rPr>
        <w:t>A. Là liên minh quân sự khép kín đứng ngoài đời sống chính trị.</w:t>
      </w:r>
    </w:p>
    <w:p>
      <w:pPr>
        <w:pStyle w:val="ListParagraph"/>
      </w:pPr>
      <w:r>
        <w:rPr>
          <w:sz w:val="22"/>
        </w:rPr>
        <w:t>B. Là một trung tâm kinh tế - chính trị có tầm ảnh hưởng toàn cầu.</w:t>
      </w:r>
    </w:p>
    <w:p>
      <w:pPr>
        <w:pStyle w:val="ListParagraph"/>
      </w:pPr>
      <w:r>
        <w:rPr>
          <w:sz w:val="22"/>
        </w:rPr>
        <w:t>C. Là tổ chức duy nhất có quyền phủ quyết ở Hội đồng Bảo an.</w:t>
      </w:r>
    </w:p>
    <w:p>
      <w:pPr>
        <w:pStyle w:val="ListParagraph"/>
      </w:pPr>
      <w:r>
        <w:rPr>
          <w:sz w:val="22"/>
        </w:rPr>
        <w:t>D. Là cơ chế phòng thủ chung thay thế hoàn toàn vai trò của Mĩ.</w:t>
      </w:r>
    </w:p>
    <w:p/>
    <w:p>
      <w:r>
        <w:rPr>
          <w:b/>
          <w:sz w:val="24"/>
        </w:rPr>
        <w:t>Câu 34: Câu 34. Tính chất phức tạp của tình hình an ninh thế giới sau Chiến tranh Lạnh thể hiện ở điểm nào?</w:t>
      </w:r>
    </w:p>
    <w:p>
      <w:pPr>
        <w:pStyle w:val="ListParagraph"/>
      </w:pPr>
      <w:r>
        <w:rPr>
          <w:sz w:val="22"/>
        </w:rPr>
        <w:t>A. Nguy cơ nổ ra chiến tranh giữa các nước lớn luôn thường trực.</w:t>
      </w:r>
    </w:p>
    <w:p>
      <w:pPr>
        <w:pStyle w:val="ListParagraph"/>
      </w:pPr>
      <w:r>
        <w:rPr>
          <w:sz w:val="22"/>
        </w:rPr>
        <w:t>B. Xung đột vũ trang cục bộ, sắc tộc xen lẫn các nguy cơ phi truyền thống.</w:t>
      </w:r>
    </w:p>
    <w:p>
      <w:pPr>
        <w:pStyle w:val="ListParagraph"/>
      </w:pPr>
      <w:r>
        <w:rPr>
          <w:sz w:val="22"/>
        </w:rPr>
        <w:t>C. Mọi mâu thuẫn ngoại giao đều bị đẩy lên thành chiến tranh hạt nhân.</w:t>
      </w:r>
    </w:p>
    <w:p>
      <w:pPr>
        <w:pStyle w:val="ListParagraph"/>
      </w:pPr>
      <w:r>
        <w:rPr>
          <w:sz w:val="22"/>
        </w:rPr>
        <w:t>D. Hoạt động ngoại giao đa phương hoàn toàn mất đi hiệu lực hòa giải.</w:t>
      </w:r>
    </w:p>
    <w:p/>
    <w:p>
      <w:r>
        <w:rPr>
          <w:b/>
          <w:sz w:val="24"/>
        </w:rPr>
        <w:t>Câu 35: Câu 35. Vai trò trung tâm của ASEAN trong cấu trúc an ninh khu vực châu Á - Thái Bình Dương thể hiện qua việc</w:t>
      </w:r>
    </w:p>
    <w:p>
      <w:pPr>
        <w:pStyle w:val="ListParagraph"/>
      </w:pPr>
      <w:r>
        <w:rPr>
          <w:sz w:val="22"/>
        </w:rPr>
        <w:t>A. chi phối hoàn toàn đường lối đối ngoại của các nước siêu cường.</w:t>
      </w:r>
    </w:p>
    <w:p>
      <w:pPr>
        <w:pStyle w:val="ListParagraph"/>
      </w:pPr>
      <w:r>
        <w:rPr>
          <w:sz w:val="22"/>
        </w:rPr>
        <w:t>B. duy trì các diễn đàn đối thoại xây dựng lòng tin giữa các đối tác.</w:t>
      </w:r>
    </w:p>
    <w:p>
      <w:pPr>
        <w:pStyle w:val="ListParagraph"/>
      </w:pPr>
      <w:r>
        <w:rPr>
          <w:sz w:val="22"/>
        </w:rPr>
        <w:t>C. thành lập lực lượng quân đội viễn chinh can thiệp điểm nóng thế giới.</w:t>
      </w:r>
    </w:p>
    <w:p>
      <w:pPr>
        <w:pStyle w:val="ListParagraph"/>
      </w:pPr>
      <w:r>
        <w:rPr>
          <w:sz w:val="22"/>
        </w:rPr>
        <w:t>D. kiểm soát độc quyền các tuyến hàng hải thương mại quốc tế quan trọng.</w:t>
      </w:r>
    </w:p>
    <w:p/>
    <w:p>
      <w:r>
        <w:rPr>
          <w:b/>
          <w:sz w:val="24"/>
        </w:rPr>
        <w:t>Câu 36: Câu 36. Nhận định nào sau đây là đúng về cục diện thế giới sau khi Liên Xô tan rã?</w:t>
      </w:r>
    </w:p>
    <w:p>
      <w:pPr>
        <w:pStyle w:val="ListParagraph"/>
      </w:pPr>
      <w:r>
        <w:rPr>
          <w:sz w:val="22"/>
        </w:rPr>
        <w:t>A. Nguy cơ bùng nổ chiến tranh thế giới hạt nhân bị đẩy lùi rõ rệt.</w:t>
      </w:r>
    </w:p>
    <w:p>
      <w:pPr>
        <w:pStyle w:val="ListParagraph"/>
      </w:pPr>
      <w:r>
        <w:rPr>
          <w:sz w:val="22"/>
        </w:rPr>
        <w:t>B. Trật tự thế giới mới hình thành ngay lập tức và đi vào ổn định.</w:t>
      </w:r>
    </w:p>
    <w:p>
      <w:pPr>
        <w:pStyle w:val="ListParagraph"/>
      </w:pPr>
      <w:r>
        <w:rPr>
          <w:sz w:val="22"/>
        </w:rPr>
        <w:t>C. Chủ nghĩa khủng bố đã hoàn toàn bị tiêu diệt khỏi đời sống nhân loại.</w:t>
      </w:r>
    </w:p>
    <w:p>
      <w:pPr>
        <w:pStyle w:val="ListParagraph"/>
      </w:pPr>
      <w:r>
        <w:rPr>
          <w:sz w:val="22"/>
        </w:rPr>
        <w:t>D. Các phong trào đòi độc lập dân tộc đồng loạt ngừng hoạt động.</w:t>
      </w:r>
    </w:p>
    <w:p/>
    <w:p>
      <w:r>
        <w:rPr>
          <w:b/>
          <w:sz w:val="24"/>
        </w:rPr>
        <w:t>Câu 37: Câu 37. Vì sao sau Chiến tranh Lạnh, các nước lớn tránh một cuộc đối đầu quân sự trực tiếp?</w:t>
      </w:r>
    </w:p>
    <w:p>
      <w:pPr>
        <w:pStyle w:val="ListParagraph"/>
      </w:pPr>
      <w:r>
        <w:rPr>
          <w:sz w:val="22"/>
        </w:rPr>
        <w:t>A. Hậu quả tàn phá của vũ khí hủy diệt hàng loạt là quá lớn.</w:t>
      </w:r>
    </w:p>
    <w:p>
      <w:pPr>
        <w:pStyle w:val="ListParagraph"/>
      </w:pPr>
      <w:r>
        <w:rPr>
          <w:sz w:val="22"/>
        </w:rPr>
        <w:t>B. Các nước lớn đều đã huỷ bỏ hoàn toàn kho vũ khí chiến lược.</w:t>
      </w:r>
    </w:p>
    <w:p>
      <w:pPr>
        <w:pStyle w:val="ListParagraph"/>
      </w:pPr>
      <w:r>
        <w:rPr>
          <w:sz w:val="22"/>
        </w:rPr>
        <w:t>C. Sự chi phối độc quyền của các tập đoàn xuyên quốc gia ở Mĩ.</w:t>
      </w:r>
    </w:p>
    <w:p>
      <w:pPr>
        <w:pStyle w:val="ListParagraph"/>
      </w:pPr>
      <w:r>
        <w:rPr>
          <w:sz w:val="22"/>
        </w:rPr>
        <w:t>D. Phong trào phi quân sự hoá đã đạt được thắng lợi triệt để.</w:t>
      </w:r>
    </w:p>
    <w:p/>
    <w:p>
      <w:r>
        <w:rPr>
          <w:b/>
          <w:sz w:val="24"/>
        </w:rPr>
        <w:t>Câu 38: Câu 38. Một trong những nguyên nhân khiến khu vực Trung Đông liên tục bất ổn sau Chiến tranh Lạnh là</w:t>
      </w:r>
    </w:p>
    <w:p>
      <w:pPr>
        <w:pStyle w:val="ListParagraph"/>
      </w:pPr>
      <w:r>
        <w:rPr>
          <w:sz w:val="22"/>
        </w:rPr>
        <w:t>A. sự hòa hoãn hoàn toàn giữa các phe phái chính trị tôn giáo.</w:t>
      </w:r>
    </w:p>
    <w:p>
      <w:pPr>
        <w:pStyle w:val="ListParagraph"/>
      </w:pPr>
      <w:r>
        <w:rPr>
          <w:sz w:val="22"/>
        </w:rPr>
        <w:t>B. tranh chấp tài nguyên dầu mỏ và sự can thiệp của nước ngoài.</w:t>
      </w:r>
    </w:p>
    <w:p>
      <w:pPr>
        <w:pStyle w:val="ListParagraph"/>
      </w:pPr>
      <w:r>
        <w:rPr>
          <w:sz w:val="22"/>
        </w:rPr>
        <w:t>C. việc thiếu thốn hoàn toàn vũ khí tự vệ của các quốc gia bản địa.</w:t>
      </w:r>
    </w:p>
    <w:p>
      <w:pPr>
        <w:pStyle w:val="ListParagraph"/>
      </w:pPr>
      <w:r>
        <w:rPr>
          <w:sz w:val="22"/>
        </w:rPr>
        <w:t>D. sự biến mất của các phong trào giải phóng dân tộc thuộc địa.</w:t>
      </w:r>
    </w:p>
    <w:p/>
    <w:p>
      <w:r>
        <w:rPr>
          <w:b/>
          <w:sz w:val="24"/>
        </w:rPr>
        <w:t>Câu 39: Câu 39. Yếu tố nào sau đây là động lực mạnh mẽ thúc đẩy các nước mở rộng hợp tác khu vực và quốc tế?</w:t>
      </w:r>
    </w:p>
    <w:p>
      <w:pPr>
        <w:pStyle w:val="ListParagraph"/>
      </w:pPr>
      <w:r>
        <w:rPr>
          <w:sz w:val="22"/>
        </w:rPr>
        <w:t>A. Cuộc chạy đua sản xuất các dòng chiến hạm tầm xa hiện đại.</w:t>
      </w:r>
    </w:p>
    <w:p>
      <w:pPr>
        <w:pStyle w:val="ListParagraph"/>
      </w:pPr>
      <w:r>
        <w:rPr>
          <w:sz w:val="22"/>
        </w:rPr>
        <w:t>B. Lợi ích từ phân công lao động và tự do hóa thương mại toàn cầu.</w:t>
      </w:r>
    </w:p>
    <w:p>
      <w:pPr>
        <w:pStyle w:val="ListParagraph"/>
      </w:pPr>
      <w:r>
        <w:rPr>
          <w:sz w:val="22"/>
        </w:rPr>
        <w:t>C. Sự suy sụp hoàn toàn của các thể chế ngân hàng truyền thống.</w:t>
      </w:r>
    </w:p>
    <w:p>
      <w:pPr>
        <w:pStyle w:val="ListParagraph"/>
      </w:pPr>
      <w:r>
        <w:rPr>
          <w:sz w:val="22"/>
        </w:rPr>
        <w:t>D. Nhu cầu đóng cửa thị trường nội địa để phòng ngừa rủi ro.</w:t>
      </w:r>
    </w:p>
    <w:p/>
    <w:p>
      <w:r>
        <w:rPr>
          <w:b/>
          <w:sz w:val="24"/>
        </w:rPr>
        <w:t>Câu 40: Câu 40. Điểm tương đồng giữa trật tự thế giới sau Chiến tranh Lạnh với các trật tự trước đó là gì?</w:t>
      </w:r>
    </w:p>
    <w:p>
      <w:pPr>
        <w:pStyle w:val="ListParagraph"/>
      </w:pPr>
      <w:r>
        <w:rPr>
          <w:sz w:val="22"/>
        </w:rPr>
        <w:t>A. Đều chịu sự tác động sâu sắc từ tương quan lực lượng nước lớn.</w:t>
      </w:r>
    </w:p>
    <w:p>
      <w:pPr>
        <w:pStyle w:val="ListParagraph"/>
      </w:pPr>
      <w:r>
        <w:rPr>
          <w:sz w:val="22"/>
        </w:rPr>
        <w:t>B. Đều được thiết lập dựa trên kết quả của một cuộc thế chiến nóng.</w:t>
      </w:r>
    </w:p>
    <w:p>
      <w:pPr>
        <w:pStyle w:val="ListParagraph"/>
      </w:pPr>
      <w:r>
        <w:rPr>
          <w:sz w:val="22"/>
        </w:rPr>
        <w:t>C. Đều phân chia thế giới thành hai khối liên minh quân sự đối đầu.</w:t>
      </w:r>
    </w:p>
    <w:p>
      <w:pPr>
        <w:pStyle w:val="ListParagraph"/>
      </w:pPr>
      <w:r>
        <w:rPr>
          <w:sz w:val="22"/>
        </w:rPr>
        <w:t>D. Đều chỉ phục vụ cho lợi ích riêng của các cường quốc thực dân cũ.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