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3 - Phép nhân, phép chia trong phạm vi 1000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Tính: $125 \times 4$</w:t>
      </w:r>
    </w:p>
    <w:p>
      <w:pPr>
        <w:pStyle w:val="ListParagraph"/>
      </w:pPr>
      <w:r>
        <w:rPr>
          <w:sz w:val="22"/>
        </w:rPr>
        <w:t>A. 400</w:t>
      </w:r>
    </w:p>
    <w:p>
      <w:pPr>
        <w:pStyle w:val="ListParagraph"/>
      </w:pPr>
      <w:r>
        <w:rPr>
          <w:sz w:val="22"/>
        </w:rPr>
        <w:t>B. 500</w:t>
      </w:r>
    </w:p>
    <w:p>
      <w:pPr>
        <w:pStyle w:val="ListParagraph"/>
      </w:pPr>
      <w:r>
        <w:rPr>
          <w:sz w:val="22"/>
        </w:rPr>
        <w:t>C. 600</w:t>
      </w:r>
    </w:p>
    <w:p>
      <w:pPr>
        <w:pStyle w:val="ListParagraph"/>
      </w:pPr>
      <w:r>
        <w:rPr>
          <w:sz w:val="22"/>
        </w:rPr>
        <w:t>D. 450</w:t>
      </w:r>
    </w:p>
    <w:p/>
    <w:p>
      <w:r>
        <w:rPr>
          <w:b/>
          <w:sz w:val="24"/>
        </w:rPr>
        <w:t>Câu 2: Tính: $720 : 9$</w:t>
      </w:r>
    </w:p>
    <w:p>
      <w:pPr>
        <w:pStyle w:val="ListParagraph"/>
      </w:pPr>
      <w:r>
        <w:rPr>
          <w:sz w:val="22"/>
        </w:rPr>
        <w:t>A. 70</w:t>
      </w:r>
    </w:p>
    <w:p>
      <w:pPr>
        <w:pStyle w:val="ListParagraph"/>
      </w:pPr>
      <w:r>
        <w:rPr>
          <w:sz w:val="22"/>
        </w:rPr>
        <w:t>B. 80</w:t>
      </w:r>
    </w:p>
    <w:p>
      <w:pPr>
        <w:pStyle w:val="ListParagraph"/>
      </w:pPr>
      <w:r>
        <w:rPr>
          <w:sz w:val="22"/>
        </w:rPr>
        <w:t>C. 90</w:t>
      </w:r>
    </w:p>
    <w:p>
      <w:pPr>
        <w:pStyle w:val="ListParagraph"/>
      </w:pPr>
      <w:r>
        <w:rPr>
          <w:sz w:val="22"/>
        </w:rPr>
        <w:t>D. 60</w:t>
      </w:r>
    </w:p>
    <w:p/>
    <w:p>
      <w:r>
        <w:rPr>
          <w:b/>
          <w:sz w:val="24"/>
        </w:rPr>
        <w:t>Câu 3: Một hình chữ nhật có chiều dài 24 cm, chiều rộng 6 cm. Chu vi hình chữ nhật đó là:</w:t>
      </w:r>
    </w:p>
    <w:p>
      <w:pPr>
        <w:pStyle w:val="ListParagraph"/>
      </w:pPr>
      <w:r>
        <w:rPr>
          <w:sz w:val="22"/>
        </w:rPr>
        <w:t>A. 30 cm</w:t>
      </w:r>
    </w:p>
    <w:p>
      <w:pPr>
        <w:pStyle w:val="ListParagraph"/>
      </w:pPr>
      <w:r>
        <w:rPr>
          <w:sz w:val="22"/>
        </w:rPr>
        <w:t>B. 60 cm</w:t>
      </w:r>
    </w:p>
    <w:p>
      <w:pPr>
        <w:pStyle w:val="ListParagraph"/>
      </w:pPr>
      <w:r>
        <w:rPr>
          <w:sz w:val="22"/>
        </w:rPr>
        <w:t>C. 120 cm</w:t>
      </w:r>
    </w:p>
    <w:p>
      <w:pPr>
        <w:pStyle w:val="ListParagraph"/>
      </w:pPr>
      <w:r>
        <w:rPr>
          <w:sz w:val="22"/>
        </w:rPr>
        <w:t>D. 144 cm</w:t>
      </w:r>
    </w:p>
    <w:p/>
    <w:p>
      <w:r>
        <w:rPr>
          <w:b/>
          <w:sz w:val="24"/>
        </w:rPr>
        <w:t>Câu 4: Tính: $45 \times 3$</w:t>
      </w:r>
    </w:p>
    <w:p>
      <w:pPr>
        <w:pStyle w:val="ListParagraph"/>
      </w:pPr>
      <w:r>
        <w:rPr>
          <w:sz w:val="22"/>
        </w:rPr>
        <w:t>A. 125</w:t>
      </w:r>
    </w:p>
    <w:p>
      <w:pPr>
        <w:pStyle w:val="ListParagraph"/>
      </w:pPr>
      <w:r>
        <w:rPr>
          <w:sz w:val="22"/>
        </w:rPr>
        <w:t>B. 135</w:t>
      </w:r>
    </w:p>
    <w:p>
      <w:pPr>
        <w:pStyle w:val="ListParagraph"/>
      </w:pPr>
      <w:r>
        <w:rPr>
          <w:sz w:val="22"/>
        </w:rPr>
        <w:t>C. 145</w:t>
      </w:r>
    </w:p>
    <w:p>
      <w:pPr>
        <w:pStyle w:val="ListParagraph"/>
      </w:pPr>
      <w:r>
        <w:rPr>
          <w:sz w:val="22"/>
        </w:rPr>
        <w:t>D. 115</w:t>
      </w:r>
    </w:p>
    <w:p/>
    <w:p>
      <w:r>
        <w:rPr>
          <w:b/>
          <w:sz w:val="24"/>
        </w:rPr>
        <w:t>Câu 5: Thương của 840 và 7 là:</w:t>
      </w:r>
    </w:p>
    <w:p>
      <w:pPr>
        <w:pStyle w:val="ListParagraph"/>
      </w:pPr>
      <w:r>
        <w:rPr>
          <w:sz w:val="22"/>
        </w:rPr>
        <w:t>A. 120</w:t>
      </w:r>
    </w:p>
    <w:p>
      <w:pPr>
        <w:pStyle w:val="ListParagraph"/>
      </w:pPr>
      <w:r>
        <w:rPr>
          <w:sz w:val="22"/>
        </w:rPr>
        <w:t>B. 140</w:t>
      </w:r>
    </w:p>
    <w:p>
      <w:pPr>
        <w:pStyle w:val="ListParagraph"/>
      </w:pPr>
      <w:r>
        <w:rPr>
          <w:sz w:val="22"/>
        </w:rPr>
        <w:t>C. 130</w:t>
      </w:r>
    </w:p>
    <w:p>
      <w:pPr>
        <w:pStyle w:val="ListParagraph"/>
      </w:pPr>
      <w:r>
        <w:rPr>
          <w:sz w:val="22"/>
        </w:rPr>
        <w:t>D. 150</w:t>
      </w:r>
    </w:p>
    <w:p/>
    <w:p>
      <w:r>
        <w:rPr>
          <w:b/>
          <w:sz w:val="24"/>
        </w:rPr>
        <w:t>Câu 6: Một trường học có 8 lớp, mỗi lớp có 25 học sinh. Hỏi trường đó có tất cả bao nhiêu học sinh?</w:t>
      </w:r>
    </w:p>
    <w:p>
      <w:pPr>
        <w:pStyle w:val="ListParagraph"/>
      </w:pPr>
      <w:r>
        <w:rPr>
          <w:sz w:val="22"/>
        </w:rPr>
        <w:t>A. 200</w:t>
      </w:r>
    </w:p>
    <w:p>
      <w:pPr>
        <w:pStyle w:val="ListParagraph"/>
      </w:pPr>
      <w:r>
        <w:rPr>
          <w:sz w:val="22"/>
        </w:rPr>
        <w:t>B. 160</w:t>
      </w:r>
    </w:p>
    <w:p>
      <w:pPr>
        <w:pStyle w:val="ListParagraph"/>
      </w:pPr>
      <w:r>
        <w:rPr>
          <w:sz w:val="22"/>
        </w:rPr>
        <w:t>C. 180</w:t>
      </w:r>
    </w:p>
    <w:p>
      <w:pPr>
        <w:pStyle w:val="ListParagraph"/>
      </w:pPr>
      <w:r>
        <w:rPr>
          <w:sz w:val="22"/>
        </w:rPr>
        <w:t>D. 220</w:t>
      </w:r>
    </w:p>
    <w:p/>
    <w:p>
      <w:r>
        <w:rPr>
          <w:b/>
          <w:sz w:val="24"/>
        </w:rPr>
        <w:t>Câu 7: Tích của 36 và 0 là: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36</w:t>
      </w:r>
    </w:p>
    <w:p>
      <w:pPr>
        <w:pStyle w:val="ListParagraph"/>
      </w:pPr>
      <w:r>
        <w:rPr>
          <w:sz w:val="22"/>
        </w:rPr>
        <w:t>C. 1</w:t>
      </w:r>
    </w:p>
    <w:p>
      <w:pPr>
        <w:pStyle w:val="ListParagraph"/>
      </w:pPr>
      <w:r>
        <w:rPr>
          <w:sz w:val="22"/>
        </w:rPr>
        <w:t>D. 360</w:t>
      </w:r>
    </w:p>
    <w:p/>
    <w:p>
      <w:r>
        <w:rPr>
          <w:b/>
          <w:sz w:val="24"/>
        </w:rPr>
        <w:t>Câu 8: Tính: $99 : 3$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33</w:t>
      </w:r>
    </w:p>
    <w:p>
      <w:pPr>
        <w:pStyle w:val="ListParagraph"/>
      </w:pPr>
      <w:r>
        <w:rPr>
          <w:sz w:val="22"/>
        </w:rPr>
        <w:t>C. 36</w:t>
      </w:r>
    </w:p>
    <w:p>
      <w:pPr>
        <w:pStyle w:val="ListParagraph"/>
      </w:pPr>
      <w:r>
        <w:rPr>
          <w:sz w:val="22"/>
        </w:rPr>
        <w:t>D. 39</w:t>
      </w:r>
    </w:p>
    <w:p/>
    <w:p>
      <w:r>
        <w:rPr>
          <w:b/>
          <w:sz w:val="24"/>
        </w:rPr>
        <w:t>Câu 9: Một nông dân có 765 quả táo và đóng vào các hộp, mỗi hộp 5 quả. Hỏi cần bao nhiêu hộp?</w:t>
      </w:r>
    </w:p>
    <w:p>
      <w:pPr>
        <w:pStyle w:val="ListParagraph"/>
      </w:pPr>
      <w:r>
        <w:rPr>
          <w:sz w:val="22"/>
        </w:rPr>
        <w:t>A. 153</w:t>
      </w:r>
    </w:p>
    <w:p>
      <w:pPr>
        <w:pStyle w:val="ListParagraph"/>
      </w:pPr>
      <w:r>
        <w:rPr>
          <w:sz w:val="22"/>
        </w:rPr>
        <w:t>B. 163</w:t>
      </w:r>
    </w:p>
    <w:p>
      <w:pPr>
        <w:pStyle w:val="ListParagraph"/>
      </w:pPr>
      <w:r>
        <w:rPr>
          <w:sz w:val="22"/>
        </w:rPr>
        <w:t>C. 143</w:t>
      </w:r>
    </w:p>
    <w:p>
      <w:pPr>
        <w:pStyle w:val="ListParagraph"/>
      </w:pPr>
      <w:r>
        <w:rPr>
          <w:sz w:val="22"/>
        </w:rPr>
        <w:t>D. 133</w:t>
      </w:r>
    </w:p>
    <w:p/>
    <w:p>
      <w:r>
        <w:rPr>
          <w:b/>
          <w:sz w:val="24"/>
        </w:rPr>
        <w:t>Câu 10: Tính: $60 \times 7$</w:t>
      </w:r>
    </w:p>
    <w:p>
      <w:pPr>
        <w:pStyle w:val="ListParagraph"/>
      </w:pPr>
      <w:r>
        <w:rPr>
          <w:sz w:val="22"/>
        </w:rPr>
        <w:t>A. 420</w:t>
      </w:r>
    </w:p>
    <w:p>
      <w:pPr>
        <w:pStyle w:val="ListParagraph"/>
      </w:pPr>
      <w:r>
        <w:rPr>
          <w:sz w:val="22"/>
        </w:rPr>
        <w:t>B. 480</w:t>
      </w:r>
    </w:p>
    <w:p>
      <w:pPr>
        <w:pStyle w:val="ListParagraph"/>
      </w:pPr>
      <w:r>
        <w:rPr>
          <w:sz w:val="22"/>
        </w:rPr>
        <w:t>C. 400</w:t>
      </w:r>
    </w:p>
    <w:p>
      <w:pPr>
        <w:pStyle w:val="ListParagraph"/>
      </w:pPr>
      <w:r>
        <w:rPr>
          <w:sz w:val="22"/>
        </w:rPr>
        <w:t>D. 440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