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trắc nghiệm nhiều  lựa chọn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Các cuộc đại phát kiến địa lí diễn ra chủ yếu vào thời gian nào?</w:t>
      </w:r>
    </w:p>
    <w:p>
      <w:pPr>
        <w:pStyle w:val="ListParagraph"/>
      </w:pPr>
      <w:r>
        <w:rPr>
          <w:sz w:val="22"/>
        </w:rPr>
        <w:t>A. Thế kỉ XI – XIII</w:t>
      </w:r>
    </w:p>
    <w:p>
      <w:pPr>
        <w:pStyle w:val="ListParagraph"/>
      </w:pPr>
      <w:r>
        <w:rPr>
          <w:sz w:val="22"/>
        </w:rPr>
        <w:t>B. Thế kỉ XIV – XV</w:t>
      </w:r>
    </w:p>
    <w:p>
      <w:pPr>
        <w:pStyle w:val="ListParagraph"/>
      </w:pPr>
      <w:r>
        <w:rPr>
          <w:sz w:val="22"/>
        </w:rPr>
        <w:t>C. Cuối thế kỉ XV – đầu thế kỉ XVI</w:t>
      </w:r>
    </w:p>
    <w:p>
      <w:pPr>
        <w:pStyle w:val="ListParagraph"/>
      </w:pPr>
      <w:r>
        <w:rPr>
          <w:sz w:val="22"/>
        </w:rPr>
        <w:t>D. Thế kỉ XVII – XVIII</w:t>
      </w:r>
    </w:p>
    <w:p/>
    <w:p>
      <w:r>
        <w:rPr>
          <w:b/>
          <w:sz w:val="24"/>
        </w:rPr>
        <w:t>Câu 2: Nguyên nhân chính dẫn đến các cuộc đại phát kiến địa lí là gì?</w:t>
      </w:r>
    </w:p>
    <w:p>
      <w:pPr>
        <w:pStyle w:val="ListParagraph"/>
      </w:pPr>
      <w:r>
        <w:rPr>
          <w:sz w:val="22"/>
        </w:rPr>
        <w:t>A. Nhu cầu tìm thị trường, hương liệu, vàng bạc và con đường thương mại mới</w:t>
      </w:r>
    </w:p>
    <w:p>
      <w:pPr>
        <w:pStyle w:val="ListParagraph"/>
      </w:pPr>
      <w:r>
        <w:rPr>
          <w:sz w:val="22"/>
        </w:rPr>
        <w:t>B. Do dân số châu Âu giảm mạnh</w:t>
      </w:r>
    </w:p>
    <w:p>
      <w:pPr>
        <w:pStyle w:val="ListParagraph"/>
      </w:pPr>
      <w:r>
        <w:rPr>
          <w:sz w:val="22"/>
        </w:rPr>
        <w:t>C. Do muốn chinh phục các hành tinh khác</w:t>
      </w:r>
    </w:p>
    <w:p>
      <w:pPr>
        <w:pStyle w:val="ListParagraph"/>
      </w:pPr>
      <w:r>
        <w:rPr>
          <w:sz w:val="22"/>
        </w:rPr>
        <w:t>D. Do châu Âu không có biển</w:t>
      </w:r>
    </w:p>
    <w:p/>
    <w:p>
      <w:r>
        <w:rPr>
          <w:b/>
          <w:sz w:val="24"/>
        </w:rPr>
        <w:t>Câu 3: Quốc gia nào đi đầu trong các cuộc phát kiến địa lí?</w:t>
      </w:r>
    </w:p>
    <w:p>
      <w:pPr>
        <w:pStyle w:val="ListParagraph"/>
      </w:pPr>
      <w:r>
        <w:rPr>
          <w:sz w:val="22"/>
        </w:rPr>
        <w:t>A. Anh, Pháp</w:t>
      </w:r>
    </w:p>
    <w:p>
      <w:pPr>
        <w:pStyle w:val="ListParagraph"/>
      </w:pPr>
      <w:r>
        <w:rPr>
          <w:sz w:val="22"/>
        </w:rPr>
        <w:t>B. Bồ Đào Nha, Tây Ban Nha</w:t>
      </w:r>
    </w:p>
    <w:p>
      <w:pPr>
        <w:pStyle w:val="ListParagraph"/>
      </w:pPr>
      <w:r>
        <w:rPr>
          <w:sz w:val="22"/>
        </w:rPr>
        <w:t>C. Đức, I-ta-li-a</w:t>
      </w:r>
    </w:p>
    <w:p>
      <w:pPr>
        <w:pStyle w:val="ListParagraph"/>
      </w:pPr>
      <w:r>
        <w:rPr>
          <w:sz w:val="22"/>
        </w:rPr>
        <w:t>D. Hà Lan, Bỉ</w:t>
      </w:r>
    </w:p>
    <w:p/>
    <w:p>
      <w:r>
        <w:rPr>
          <w:b/>
          <w:sz w:val="24"/>
        </w:rPr>
        <w:t>Câu 4: Nhà hàng hải nào đã vòng qua mũi Hảo Vọng (châu Phi) năm 1488?</w:t>
      </w:r>
    </w:p>
    <w:p>
      <w:pPr>
        <w:pStyle w:val="ListParagraph"/>
      </w:pPr>
      <w:r>
        <w:rPr>
          <w:sz w:val="22"/>
        </w:rPr>
        <w:t>A. Vasco da Gama</w:t>
      </w:r>
    </w:p>
    <w:p>
      <w:pPr>
        <w:pStyle w:val="ListParagraph"/>
      </w:pPr>
      <w:r>
        <w:rPr>
          <w:sz w:val="22"/>
        </w:rPr>
        <w:t>B. Christopher Columbus</w:t>
      </w:r>
    </w:p>
    <w:p>
      <w:pPr>
        <w:pStyle w:val="ListParagraph"/>
      </w:pPr>
      <w:r>
        <w:rPr>
          <w:sz w:val="22"/>
        </w:rPr>
        <w:t>C. Bartolomeu Dias</w:t>
      </w:r>
    </w:p>
    <w:p>
      <w:pPr>
        <w:pStyle w:val="ListParagraph"/>
      </w:pPr>
      <w:r>
        <w:rPr>
          <w:sz w:val="22"/>
        </w:rPr>
        <w:t>D. Ferdinand Magellan</w:t>
      </w:r>
    </w:p>
    <w:p/>
    <w:p>
      <w:r>
        <w:rPr>
          <w:b/>
          <w:sz w:val="24"/>
        </w:rPr>
        <w:t>Câu 5: Năm 1492, C. Cô-lôm-bô trong hành trình tìm đường sang Ấn Độ đã phát hiện ra:</w:t>
      </w:r>
    </w:p>
    <w:p>
      <w:pPr>
        <w:pStyle w:val="ListParagraph"/>
      </w:pPr>
      <w:r>
        <w:rPr>
          <w:sz w:val="22"/>
        </w:rPr>
        <w:t>A. châu Úc</w:t>
      </w:r>
    </w:p>
    <w:p>
      <w:pPr>
        <w:pStyle w:val="ListParagraph"/>
      </w:pPr>
      <w:r>
        <w:rPr>
          <w:sz w:val="22"/>
        </w:rPr>
        <w:t>B. châu Mỹ</w:t>
      </w:r>
    </w:p>
    <w:p>
      <w:pPr>
        <w:pStyle w:val="ListParagraph"/>
      </w:pPr>
      <w:r>
        <w:rPr>
          <w:sz w:val="22"/>
        </w:rPr>
        <w:t>C. châu Nam Cực</w:t>
      </w:r>
    </w:p>
    <w:p>
      <w:pPr>
        <w:pStyle w:val="ListParagraph"/>
      </w:pPr>
      <w:r>
        <w:rPr>
          <w:sz w:val="22"/>
        </w:rPr>
        <w:t>D. châu Á</w:t>
      </w:r>
    </w:p>
    <w:p/>
    <w:p>
      <w:r>
        <w:rPr>
          <w:b/>
          <w:sz w:val="24"/>
        </w:rPr>
        <w:t>Câu 6: Ai là người đầu tiên thực hiện chuyến đi vòng quanh thế giới (1519 – 1522)?</w:t>
      </w:r>
    </w:p>
    <w:p>
      <w:pPr>
        <w:pStyle w:val="ListParagraph"/>
      </w:pPr>
      <w:r>
        <w:rPr>
          <w:sz w:val="22"/>
        </w:rPr>
        <w:t>A. Ph. Ma-gien-lăng</w:t>
      </w:r>
    </w:p>
    <w:p>
      <w:pPr>
        <w:pStyle w:val="ListParagraph"/>
      </w:pPr>
      <w:r>
        <w:rPr>
          <w:sz w:val="22"/>
        </w:rPr>
        <w:t>B. B. Đi-a-xơ</w:t>
      </w:r>
    </w:p>
    <w:p>
      <w:pPr>
        <w:pStyle w:val="ListParagraph"/>
      </w:pPr>
      <w:r>
        <w:rPr>
          <w:sz w:val="22"/>
        </w:rPr>
        <w:t>C. V. Ga-ma</w:t>
      </w:r>
    </w:p>
    <w:p>
      <w:pPr>
        <w:pStyle w:val="ListParagraph"/>
      </w:pPr>
      <w:r>
        <w:rPr>
          <w:sz w:val="22"/>
        </w:rPr>
        <w:t>D. C. Cô-lôm-bô</w:t>
      </w:r>
    </w:p>
    <w:p/>
    <w:p>
      <w:r>
        <w:rPr>
          <w:b/>
          <w:sz w:val="24"/>
        </w:rPr>
        <w:t>Câu 7: Đoàn thám hiểm của Va-xcô đơ Ga-ma đến Ấn Độ bằng đường biển vào năm nào?</w:t>
      </w:r>
    </w:p>
    <w:p>
      <w:pPr>
        <w:pStyle w:val="ListParagraph"/>
      </w:pPr>
      <w:r>
        <w:rPr>
          <w:sz w:val="22"/>
        </w:rPr>
        <w:t>A. 1488</w:t>
      </w:r>
    </w:p>
    <w:p>
      <w:pPr>
        <w:pStyle w:val="ListParagraph"/>
      </w:pPr>
      <w:r>
        <w:rPr>
          <w:sz w:val="22"/>
        </w:rPr>
        <w:t>B. 1492</w:t>
      </w:r>
    </w:p>
    <w:p>
      <w:pPr>
        <w:pStyle w:val="ListParagraph"/>
      </w:pPr>
      <w:r>
        <w:rPr>
          <w:sz w:val="22"/>
        </w:rPr>
        <w:t>C. 1498</w:t>
      </w:r>
    </w:p>
    <w:p>
      <w:pPr>
        <w:pStyle w:val="ListParagraph"/>
      </w:pPr>
      <w:r>
        <w:rPr>
          <w:sz w:val="22"/>
        </w:rPr>
        <w:t>D. 1519</w:t>
      </w:r>
    </w:p>
    <w:p/>
    <w:p>
      <w:r>
        <w:rPr>
          <w:b/>
          <w:sz w:val="24"/>
        </w:rPr>
        <w:t>Câu 8: Một trong những tiến bộ khoa học kĩ thuật tạo điều kiện cho các cuộc phát kiến địa lí là:</w:t>
      </w:r>
    </w:p>
    <w:p>
      <w:pPr>
        <w:pStyle w:val="ListParagraph"/>
      </w:pPr>
      <w:r>
        <w:rPr>
          <w:sz w:val="22"/>
        </w:rPr>
        <w:t>A. phát minh ra la bàn, hải đồ và tàu Caravel</w:t>
      </w:r>
    </w:p>
    <w:p>
      <w:pPr>
        <w:pStyle w:val="ListParagraph"/>
      </w:pPr>
      <w:r>
        <w:rPr>
          <w:sz w:val="22"/>
        </w:rPr>
        <w:t>B. phát minh ra máy hơi nước</w:t>
      </w:r>
    </w:p>
    <w:p>
      <w:pPr>
        <w:pStyle w:val="ListParagraph"/>
      </w:pPr>
      <w:r>
        <w:rPr>
          <w:sz w:val="22"/>
        </w:rPr>
        <w:t>C. phát minh ra ô tô</w:t>
      </w:r>
    </w:p>
    <w:p>
      <w:pPr>
        <w:pStyle w:val="ListParagraph"/>
      </w:pPr>
      <w:r>
        <w:rPr>
          <w:sz w:val="22"/>
        </w:rPr>
        <w:t>D. phát minh ra máy bay</w:t>
      </w:r>
    </w:p>
    <w:p/>
    <w:p>
      <w:r>
        <w:rPr>
          <w:b/>
          <w:sz w:val="24"/>
        </w:rPr>
        <w:t>Câu 9: Hệ quả tiêu cực của các cuộc đại phát kiến địa lí đối với các dân tộc Á, Phi, Mỹ là gì?</w:t>
      </w:r>
    </w:p>
    <w:p>
      <w:pPr>
        <w:pStyle w:val="ListParagraph"/>
      </w:pPr>
      <w:r>
        <w:rPr>
          <w:sz w:val="22"/>
        </w:rPr>
        <w:t>A. Mở rộng giao lưu văn hóa</w:t>
      </w:r>
    </w:p>
    <w:p>
      <w:pPr>
        <w:pStyle w:val="ListParagraph"/>
      </w:pPr>
      <w:r>
        <w:rPr>
          <w:sz w:val="22"/>
        </w:rPr>
        <w:t>B. Thúc đẩy thương mại thế giới</w:t>
      </w:r>
    </w:p>
    <w:p>
      <w:pPr>
        <w:pStyle w:val="ListParagraph"/>
      </w:pPr>
      <w:r>
        <w:rPr>
          <w:sz w:val="22"/>
        </w:rPr>
        <w:t>C. Dẫn đến quá trình xâm chiếm, cướp bóc thuộc địa và buôn bán nô lệ</w:t>
      </w:r>
    </w:p>
    <w:p>
      <w:pPr>
        <w:pStyle w:val="ListParagraph"/>
      </w:pPr>
      <w:r>
        <w:rPr>
          <w:sz w:val="22"/>
        </w:rPr>
        <w:t>D. Tìm ra nhiều vùng đất mới</w:t>
      </w:r>
    </w:p>
    <w:p/>
    <w:p>
      <w:r>
        <w:rPr>
          <w:b/>
          <w:sz w:val="24"/>
        </w:rPr>
        <w:t>Câu 10: Ý nào không phải là tác động tích cực của các cuộc đại phát kiến địa lí?</w:t>
      </w:r>
    </w:p>
    <w:p>
      <w:pPr>
        <w:pStyle w:val="ListParagraph"/>
      </w:pPr>
      <w:r>
        <w:rPr>
          <w:sz w:val="22"/>
        </w:rPr>
        <w:t>A. Mở rộng hiểu biết về địa lí, thiên nhiên</w:t>
      </w:r>
    </w:p>
    <w:p>
      <w:pPr>
        <w:pStyle w:val="ListParagraph"/>
      </w:pPr>
      <w:r>
        <w:rPr>
          <w:sz w:val="22"/>
        </w:rPr>
        <w:t>B. Tạo điều kiện giao lưu kinh tế, văn hóa giữa các châu lục</w:t>
      </w:r>
    </w:p>
    <w:p>
      <w:pPr>
        <w:pStyle w:val="ListParagraph"/>
      </w:pPr>
      <w:r>
        <w:rPr>
          <w:sz w:val="22"/>
        </w:rPr>
        <w:t>C. Thúc đẩy sự phát triển của chủ nghĩa tư bản ở châu Âu</w:t>
      </w:r>
    </w:p>
    <w:p>
      <w:pPr>
        <w:pStyle w:val="ListParagraph"/>
      </w:pPr>
      <w:r>
        <w:rPr>
          <w:sz w:val="22"/>
        </w:rPr>
        <w:t>D. Gây ra nạn buôn bán nô lệ da đen và diệt chủng dân bản địa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