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My brother 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 you usually get up early?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The sun 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rose</w:t>
      </w:r>
    </w:p>
    <w:p>
      <w:pPr>
        <w:pStyle w:val="ListParagraph"/>
      </w:pPr>
      <w:r>
        <w:rPr>
          <w:sz w:val="22"/>
        </w:rPr>
        <w:t>D. is rising</w:t>
      </w:r>
    </w:p>
    <w:p/>
    <w:p>
      <w:r>
        <w:rPr>
          <w:b/>
          <w:sz w:val="24"/>
        </w:rPr>
        <w:t>Câu 6: We _____ to the cinema every weekend.</w:t>
      </w:r>
    </w:p>
    <w:p>
      <w:pPr>
        <w:pStyle w:val="ListParagraph"/>
      </w:pPr>
      <w:r>
        <w:rPr>
          <w:sz w:val="22"/>
        </w:rPr>
        <w:t>A. goes</w:t>
      </w:r>
    </w:p>
    <w:p>
      <w:pPr>
        <w:pStyle w:val="ListParagraph"/>
      </w:pPr>
      <w:r>
        <w:rPr>
          <w:sz w:val="22"/>
        </w:rPr>
        <w:t>B. go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7: He _____ his homework after dinner.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8: Lan and Mai _____ in Hanoi.</w:t>
      </w:r>
    </w:p>
    <w:p>
      <w:pPr>
        <w:pStyle w:val="ListParagraph"/>
      </w:pPr>
      <w:r>
        <w:rPr>
          <w:sz w:val="22"/>
        </w:rPr>
        <w:t>A. lives</w:t>
      </w:r>
    </w:p>
    <w:p>
      <w:pPr>
        <w:pStyle w:val="ListParagraph"/>
      </w:pPr>
      <w:r>
        <w:rPr>
          <w:sz w:val="22"/>
        </w:rPr>
        <w:t>B. live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lived</w:t>
      </w:r>
    </w:p>
    <w:p/>
    <w:p>
      <w:r>
        <w:rPr>
          <w:b/>
          <w:sz w:val="24"/>
        </w:rPr>
        <w:t>Câu 9: Water _____ at 100 degrees Celsius.</w:t>
      </w:r>
    </w:p>
    <w:p>
      <w:pPr>
        <w:pStyle w:val="ListParagraph"/>
      </w:pPr>
      <w:r>
        <w:rPr>
          <w:sz w:val="22"/>
        </w:rPr>
        <w:t>A. boil</w:t>
      </w:r>
    </w:p>
    <w:p>
      <w:pPr>
        <w:pStyle w:val="ListParagraph"/>
      </w:pPr>
      <w:r>
        <w:rPr>
          <w:sz w:val="22"/>
        </w:rPr>
        <w:t>B. boils</w:t>
      </w:r>
    </w:p>
    <w:p>
      <w:pPr>
        <w:pStyle w:val="ListParagraph"/>
      </w:pPr>
      <w:r>
        <w:rPr>
          <w:sz w:val="22"/>
        </w:rPr>
        <w:t>C. boiling</w:t>
      </w:r>
    </w:p>
    <w:p>
      <w:pPr>
        <w:pStyle w:val="ListParagraph"/>
      </w:pPr>
      <w:r>
        <w:rPr>
          <w:sz w:val="22"/>
        </w:rPr>
        <w:t>D. boiled</w:t>
      </w:r>
    </w:p>
    <w:p/>
    <w:p>
      <w:r>
        <w:rPr>
          <w:b/>
          <w:sz w:val="24"/>
        </w:rPr>
        <w:t>Câu 10: _____ she work in a hospital?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