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Kieme tra 5 phút Bài CNH, HĐH Thời kỳ quá độ lên CNXH ở việt nam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Thủ đô của Nhật Bản là thành phố nào?</w:t>
      </w:r>
    </w:p>
    <w:p>
      <w:pPr>
        <w:pStyle w:val="ListParagraph"/>
      </w:pPr>
      <w:r>
        <w:rPr>
          <w:sz w:val="22"/>
        </w:rPr>
        <w:t>A. Osaka</w:t>
      </w:r>
    </w:p>
    <w:p>
      <w:pPr>
        <w:pStyle w:val="ListParagraph"/>
      </w:pPr>
      <w:r>
        <w:rPr>
          <w:sz w:val="22"/>
        </w:rPr>
        <w:t>B. Tokyo</w:t>
      </w:r>
    </w:p>
    <w:p>
      <w:pPr>
        <w:pStyle w:val="ListParagraph"/>
      </w:pPr>
      <w:r>
        <w:rPr>
          <w:sz w:val="22"/>
        </w:rPr>
        <w:t>C. Kyoto</w:t>
      </w:r>
    </w:p>
    <w:p>
      <w:pPr>
        <w:pStyle w:val="ListParagraph"/>
      </w:pPr>
      <w:r>
        <w:rPr>
          <w:sz w:val="22"/>
        </w:rPr>
        <w:t>D. Nagoya</w:t>
      </w:r>
    </w:p>
    <w:p/>
    <w:p>
      <w:r>
        <w:rPr>
          <w:b/>
          <w:sz w:val="24"/>
        </w:rPr>
        <w:t>Câu 2: Kết quả của phép tính $7 \times 8$ là bao nhiêu?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3: Hành tinh nào gần Mặt Trời nhất trong Hệ Mặt Trời?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Trái Đất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Hỏa</w:t>
      </w:r>
    </w:p>
    <w:p/>
    <w:p>
      <w:r>
        <w:rPr>
          <w:b/>
          <w:sz w:val="24"/>
        </w:rPr>
        <w:t>Câu 4: Từ nào sau đây là từ đồng nghĩa với "hạnh phúc"?</w:t>
      </w:r>
    </w:p>
    <w:p>
      <w:pPr>
        <w:pStyle w:val="ListParagraph"/>
      </w:pPr>
      <w:r>
        <w:rPr>
          <w:sz w:val="22"/>
        </w:rPr>
        <w:t>A. Buồn bã</w:t>
      </w:r>
    </w:p>
    <w:p>
      <w:pPr>
        <w:pStyle w:val="ListParagraph"/>
      </w:pPr>
      <w:r>
        <w:rPr>
          <w:sz w:val="22"/>
        </w:rPr>
        <w:t>B. Vui vẻ</w:t>
      </w:r>
    </w:p>
    <w:p>
      <w:pPr>
        <w:pStyle w:val="ListParagraph"/>
      </w:pPr>
      <w:r>
        <w:rPr>
          <w:sz w:val="22"/>
        </w:rPr>
        <w:t>C. Lo lắng</w:t>
      </w:r>
    </w:p>
    <w:p>
      <w:pPr>
        <w:pStyle w:val="ListParagraph"/>
      </w:pPr>
      <w:r>
        <w:rPr>
          <w:sz w:val="22"/>
        </w:rPr>
        <w:t>D. Tức giận</w:t>
      </w:r>
    </w:p>
    <w:p/>
    <w:p>
      <w:r>
        <w:rPr>
          <w:b/>
          <w:sz w:val="24"/>
        </w:rPr>
        <w:t>Câu 5: Nước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Hoa Kỳ</w:t>
      </w:r>
    </w:p>
    <w:p>
      <w:pPr>
        <w:pStyle w:val="ListParagraph"/>
      </w:pPr>
      <w:r>
        <w:rPr>
          <w:sz w:val="22"/>
        </w:rPr>
        <w:t>C. Canada</w:t>
      </w:r>
    </w:p>
    <w:p>
      <w:pPr>
        <w:pStyle w:val="ListParagraph"/>
      </w:pPr>
      <w:r>
        <w:rPr>
          <w:sz w:val="22"/>
        </w:rPr>
        <w:t>D. Nga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