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2: They ______ football on Sundays.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______ he like coffee?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My brother ______ TV in the evening.</w:t>
      </w:r>
    </w:p>
    <w:p>
      <w:pPr>
        <w:pStyle w:val="ListParagraph"/>
      </w:pPr>
      <w:r>
        <w:rPr>
          <w:sz w:val="22"/>
        </w:rPr>
        <w:t>A. watch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watching</w:t>
      </w:r>
    </w:p>
    <w:p>
      <w:pPr>
        <w:pStyle w:val="ListParagraph"/>
      </w:pPr>
      <w:r>
        <w:rPr>
          <w:sz w:val="22"/>
        </w:rPr>
        <w:t>D. watched</w:t>
      </w:r>
    </w:p>
    <w:p/>
    <w:p>
      <w:r>
        <w:rPr>
          <w:b/>
          <w:sz w:val="24"/>
        </w:rPr>
        <w:t>Câu 5: We ______ not have any milk.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7: ______ you usually get up early?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8: She ______ like fish.</w:t>
      </w:r>
    </w:p>
    <w:p>
      <w:pPr>
        <w:pStyle w:val="ListParagraph"/>
      </w:pPr>
      <w:r>
        <w:rPr>
          <w:sz w:val="22"/>
        </w:rPr>
        <w:t>A. don't</w:t>
      </w:r>
    </w:p>
    <w:p>
      <w:pPr>
        <w:pStyle w:val="ListParagraph"/>
      </w:pPr>
      <w:r>
        <w:rPr>
          <w:sz w:val="22"/>
        </w:rPr>
        <w:t>B. doesn't</w:t>
      </w:r>
    </w:p>
    <w:p>
      <w:pPr>
        <w:pStyle w:val="ListParagraph"/>
      </w:pPr>
      <w:r>
        <w:rPr>
          <w:sz w:val="22"/>
        </w:rPr>
        <w:t>C. isn't</w:t>
      </w:r>
    </w:p>
    <w:p>
      <w:pPr>
        <w:pStyle w:val="ListParagraph"/>
      </w:pPr>
      <w:r>
        <w:rPr>
          <w:sz w:val="22"/>
        </w:rPr>
        <w:t>D. aren't</w:t>
      </w:r>
    </w:p>
    <w:p/>
    <w:p>
      <w:r>
        <w:rPr>
          <w:b/>
          <w:sz w:val="24"/>
        </w:rPr>
        <w:t>Câu 9: They ______ to the gym every morning.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10: He ______ English and French.</w:t>
      </w:r>
    </w:p>
    <w:p>
      <w:pPr>
        <w:pStyle w:val="ListParagraph"/>
      </w:pPr>
      <w:r>
        <w:rPr>
          <w:sz w:val="22"/>
        </w:rPr>
        <w:t>A. speak</w:t>
      </w:r>
    </w:p>
    <w:p>
      <w:pPr>
        <w:pStyle w:val="ListParagraph"/>
      </w:pPr>
      <w:r>
        <w:rPr>
          <w:sz w:val="22"/>
        </w:rPr>
        <w:t>B. speaks</w:t>
      </w:r>
    </w:p>
    <w:p>
      <w:pPr>
        <w:pStyle w:val="ListParagraph"/>
      </w:pPr>
      <w:r>
        <w:rPr>
          <w:sz w:val="22"/>
        </w:rPr>
        <w:t>C. speaking</w:t>
      </w:r>
    </w:p>
    <w:p>
      <w:pPr>
        <w:pStyle w:val="ListParagraph"/>
      </w:pPr>
      <w:r>
        <w:rPr>
          <w:sz w:val="22"/>
        </w:rPr>
        <w:t>D. spoke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