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KT 30 PHUT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[Nhận biết] Phương trình \sin x = m có nghiệm khi và chỉ khi</w:t>
      </w:r>
    </w:p>
    <w:p>
      <w:pPr>
        <w:pStyle w:val="ListParagraph"/>
      </w:pPr>
      <w:r>
        <w:rPr>
          <w:sz w:val="22"/>
        </w:rPr>
        <w:t>A. $|m| \le 1$</w:t>
      </w:r>
    </w:p>
    <w:p>
      <w:pPr>
        <w:pStyle w:val="ListParagraph"/>
      </w:pPr>
      <w:r>
        <w:rPr>
          <w:sz w:val="22"/>
        </w:rPr>
        <w:t>B. $|m| \ge 1$</w:t>
      </w:r>
    </w:p>
    <w:p>
      <w:pPr>
        <w:pStyle w:val="ListParagraph"/>
      </w:pPr>
      <w:r>
        <w:rPr>
          <w:sz w:val="22"/>
        </w:rPr>
        <w:t>C. $m &gt; 0$</w:t>
      </w:r>
    </w:p>
    <w:p>
      <w:pPr>
        <w:pStyle w:val="ListParagraph"/>
      </w:pPr>
      <w:r>
        <w:rPr>
          <w:sz w:val="22"/>
        </w:rPr>
        <w:t>D. $m \ne 0$</w:t>
      </w:r>
    </w:p>
    <w:p/>
    <w:p>
      <w:r>
        <w:rPr>
          <w:b/>
          <w:sz w:val="24"/>
        </w:rPr>
        <w:t>Câu 2: [Nhận biết] Nghiệm của phương trình \cos x = 0 là</w:t>
      </w:r>
    </w:p>
    <w:p>
      <w:pPr>
        <w:pStyle w:val="ListParagraph"/>
      </w:pPr>
      <w:r>
        <w:rPr>
          <w:sz w:val="22"/>
        </w:rPr>
        <w:t>A. $x = k\pi$</w:t>
      </w:r>
    </w:p>
    <w:p>
      <w:pPr>
        <w:pStyle w:val="ListParagraph"/>
      </w:pPr>
      <w:r>
        <w:rPr>
          <w:sz w:val="22"/>
        </w:rPr>
        <w:t>B. $x = \frac{\pi}{2} + k\pi$</w:t>
      </w:r>
    </w:p>
    <w:p>
      <w:pPr>
        <w:pStyle w:val="ListParagraph"/>
      </w:pPr>
      <w:r>
        <w:rPr>
          <w:sz w:val="22"/>
        </w:rPr>
        <w:t>C. $x = \frac{\pi}{2} + k2\pi$</w:t>
      </w:r>
    </w:p>
    <w:p>
      <w:pPr>
        <w:pStyle w:val="ListParagraph"/>
      </w:pPr>
      <w:r>
        <w:rPr>
          <w:sz w:val="22"/>
        </w:rPr>
        <w:t>D. $x = k2\pi$</w:t>
      </w:r>
    </w:p>
    <w:p/>
    <w:p>
      <w:r>
        <w:rPr>
          <w:b/>
          <w:sz w:val="24"/>
        </w:rPr>
        <w:t>Câu 3: [Nhận biết] Công thức nghiệm của phương trình \tan x = m (với m xác định) là</w:t>
      </w:r>
    </w:p>
    <w:p>
      <w:pPr>
        <w:pStyle w:val="ListParagraph"/>
      </w:pPr>
      <w:r>
        <w:rPr>
          <w:sz w:val="22"/>
        </w:rPr>
        <w:t>A. $x = \arctan m + k2\pi$</w:t>
      </w:r>
    </w:p>
    <w:p>
      <w:pPr>
        <w:pStyle w:val="ListParagraph"/>
      </w:pPr>
      <w:r>
        <w:rPr>
          <w:sz w:val="22"/>
        </w:rPr>
        <w:t>B. $x = \arctan m + \frac{k\pi}{2}$</w:t>
      </w:r>
    </w:p>
    <w:p>
      <w:pPr>
        <w:pStyle w:val="ListParagraph"/>
      </w:pPr>
      <w:r>
        <w:rPr>
          <w:sz w:val="22"/>
        </w:rPr>
        <w:t>C. $x = \arctan m + k\pi$</w:t>
      </w:r>
    </w:p>
    <w:p>
      <w:pPr>
        <w:pStyle w:val="ListParagraph"/>
      </w:pPr>
      <w:r>
        <w:rPr>
          <w:sz w:val="22"/>
        </w:rPr>
        <w:t>D. $x = \pm \arctan m + k2\pi$</w:t>
      </w:r>
    </w:p>
    <w:p/>
    <w:p>
      <w:r>
        <w:rPr>
          <w:b/>
          <w:sz w:val="24"/>
        </w:rPr>
        <w:t>Câu 4: [Nhận biết] Nghiệm của phương trình \cot x = 1 là</w:t>
      </w:r>
    </w:p>
    <w:p>
      <w:pPr>
        <w:pStyle w:val="ListParagraph"/>
      </w:pPr>
      <w:r>
        <w:rPr>
          <w:sz w:val="22"/>
        </w:rPr>
        <w:t>A. $x = \frac{\pi}{4} + k2\pi$</w:t>
      </w:r>
    </w:p>
    <w:p>
      <w:pPr>
        <w:pStyle w:val="ListParagraph"/>
      </w:pPr>
      <w:r>
        <w:rPr>
          <w:sz w:val="22"/>
        </w:rPr>
        <w:t>B. $x = -\frac{\pi}{4} + k\pi$</w:t>
      </w:r>
    </w:p>
    <w:p>
      <w:pPr>
        <w:pStyle w:val="ListParagraph"/>
      </w:pPr>
      <w:r>
        <w:rPr>
          <w:sz w:val="22"/>
        </w:rPr>
        <w:t>C. $x = \frac{\pi}{4} + \frac{k\pi}{2}$</w:t>
      </w:r>
    </w:p>
    <w:p>
      <w:pPr>
        <w:pStyle w:val="ListParagraph"/>
      </w:pPr>
      <w:r>
        <w:rPr>
          <w:sz w:val="22"/>
        </w:rPr>
        <w:t>D. $x = \frac{\pi}{4} + k\pi$</w:t>
      </w:r>
    </w:p>
    <w:p/>
    <w:p>
      <w:r>
        <w:rPr>
          <w:b/>
          <w:sz w:val="24"/>
        </w:rPr>
        <w:t>Câu 5: [Nhận biết] Tập nghiệm của phương trình \sin x = 1 là</w:t>
      </w:r>
    </w:p>
    <w:p>
      <w:pPr>
        <w:pStyle w:val="ListParagraph"/>
      </w:pPr>
      <w:r>
        <w:rPr>
          <w:sz w:val="22"/>
        </w:rPr>
        <w:t>A. $x = \frac{\pi}{2} + k\pi$</w:t>
      </w:r>
    </w:p>
    <w:p>
      <w:pPr>
        <w:pStyle w:val="ListParagraph"/>
      </w:pPr>
      <w:r>
        <w:rPr>
          <w:sz w:val="22"/>
        </w:rPr>
        <w:t>B. $x = \frac{\pi}{2} + k2\pi$</w:t>
      </w:r>
    </w:p>
    <w:p>
      <w:pPr>
        <w:pStyle w:val="ListParagraph"/>
      </w:pPr>
      <w:r>
        <w:rPr>
          <w:sz w:val="22"/>
        </w:rPr>
        <w:t>C. $x = k\pi$</w:t>
      </w:r>
    </w:p>
    <w:p>
      <w:pPr>
        <w:pStyle w:val="ListParagraph"/>
      </w:pPr>
      <w:r>
        <w:rPr>
          <w:sz w:val="22"/>
        </w:rPr>
        <w:t>D. $x = \pi + k2\pi$</w:t>
      </w:r>
    </w:p>
    <w:p/>
    <w:p>
      <w:r>
        <w:rPr>
          <w:b/>
          <w:sz w:val="24"/>
        </w:rPr>
        <w:t>Câu 6: [Thông hiểu] Nghiệm của phương trình \sin x = \frac{1}{2} là</w:t>
      </w:r>
    </w:p>
    <w:p>
      <w:pPr>
        <w:pStyle w:val="ListParagraph"/>
      </w:pPr>
      <w:r>
        <w:rPr>
          <w:sz w:val="22"/>
        </w:rPr>
        <w:t>A. $x = \frac{\pi}{3} + k2\pi;\ x = \frac{2\pi}{3} + k2\pi$</w:t>
      </w:r>
    </w:p>
    <w:p>
      <w:pPr>
        <w:pStyle w:val="ListParagraph"/>
      </w:pPr>
      <w:r>
        <w:rPr>
          <w:sz w:val="22"/>
        </w:rPr>
        <w:t>B. $x = \frac{\pi}{6} + k2\pi;\ x = \frac{5\pi}{6} + k2\pi$</w:t>
      </w:r>
    </w:p>
    <w:p>
      <w:pPr>
        <w:pStyle w:val="ListParagraph"/>
      </w:pPr>
      <w:r>
        <w:rPr>
          <w:sz w:val="22"/>
        </w:rPr>
        <w:t>C. $x = \frac{\pi}{6} + k\pi;\ x = \frac{5\pi}{6} + k\pi$</w:t>
      </w:r>
    </w:p>
    <w:p>
      <w:pPr>
        <w:pStyle w:val="ListParagraph"/>
      </w:pPr>
      <w:r>
        <w:rPr>
          <w:sz w:val="22"/>
        </w:rPr>
        <w:t>D. $x = \frac{\pi}{3} + k\pi;\ x = \frac{2\pi}{3} + k\pi$</w:t>
      </w:r>
    </w:p>
    <w:p/>
    <w:p>
      <w:r>
        <w:rPr>
          <w:b/>
          <w:sz w:val="24"/>
        </w:rPr>
        <w:t>Câu 7: [Thông hiểu] Nghiệm của phương trình \cos x = -\frac{\sqrt{2}}{2} là</w:t>
      </w:r>
    </w:p>
    <w:p>
      <w:pPr>
        <w:pStyle w:val="ListParagraph"/>
      </w:pPr>
      <w:r>
        <w:rPr>
          <w:sz w:val="22"/>
        </w:rPr>
        <w:t>A. $x = \frac{\pi}{4} + k2\pi;\ x = -\frac{\pi}{4} + k2\pi$</w:t>
      </w:r>
    </w:p>
    <w:p>
      <w:pPr>
        <w:pStyle w:val="ListParagraph"/>
      </w:pPr>
      <w:r>
        <w:rPr>
          <w:sz w:val="22"/>
        </w:rPr>
        <w:t>B. $x = \frac{3\pi}{4} + k\pi$</w:t>
      </w:r>
    </w:p>
    <w:p>
      <w:pPr>
        <w:pStyle w:val="ListParagraph"/>
      </w:pPr>
      <w:r>
        <w:rPr>
          <w:sz w:val="22"/>
        </w:rPr>
        <w:t>C. $x = \frac{3\pi}{4} + k2\pi;\ x = -\frac{3\pi}{4} + k2\pi$</w:t>
      </w:r>
    </w:p>
    <w:p>
      <w:pPr>
        <w:pStyle w:val="ListParagraph"/>
      </w:pPr>
      <w:r>
        <w:rPr>
          <w:sz w:val="22"/>
        </w:rPr>
        <w:t>D. $x = \frac{\pi}{4} + k\pi$</w:t>
      </w:r>
    </w:p>
    <w:p/>
    <w:p>
      <w:r>
        <w:rPr>
          <w:b/>
          <w:sz w:val="24"/>
        </w:rPr>
        <w:t>Câu 8: [Thông hiểu] Nghiệm của phương trình \tan x = \sqrt{3} là</w:t>
      </w:r>
    </w:p>
    <w:p>
      <w:pPr>
        <w:pStyle w:val="ListParagraph"/>
      </w:pPr>
      <w:r>
        <w:rPr>
          <w:sz w:val="22"/>
        </w:rPr>
        <w:t>A. $x = \frac{\pi}{6} + k\pi$</w:t>
      </w:r>
    </w:p>
    <w:p>
      <w:pPr>
        <w:pStyle w:val="ListParagraph"/>
      </w:pPr>
      <w:r>
        <w:rPr>
          <w:sz w:val="22"/>
        </w:rPr>
        <w:t>B. $x = \frac{\pi}{3} + k2\pi$</w:t>
      </w:r>
    </w:p>
    <w:p>
      <w:pPr>
        <w:pStyle w:val="ListParagraph"/>
      </w:pPr>
      <w:r>
        <w:rPr>
          <w:sz w:val="22"/>
        </w:rPr>
        <w:t>C. $x = \frac{\pi}{6} + k2\pi$</w:t>
      </w:r>
    </w:p>
    <w:p>
      <w:pPr>
        <w:pStyle w:val="ListParagraph"/>
      </w:pPr>
      <w:r>
        <w:rPr>
          <w:sz w:val="22"/>
        </w:rPr>
        <w:t>D. $x = \frac{\pi}{3} + k\pi$</w:t>
      </w:r>
    </w:p>
    <w:p/>
    <w:p>
      <w:r>
        <w:rPr>
          <w:b/>
          <w:sz w:val="24"/>
        </w:rPr>
        <w:t>Câu 9: [Thông hiểu] Nghiệm của phương trình \cot x = -1 là</w:t>
      </w:r>
    </w:p>
    <w:p>
      <w:pPr>
        <w:pStyle w:val="ListParagraph"/>
      </w:pPr>
      <w:r>
        <w:rPr>
          <w:sz w:val="22"/>
        </w:rPr>
        <w:t>A. $x = -\frac{\pi}{4} + k\pi$</w:t>
      </w:r>
    </w:p>
    <w:p>
      <w:pPr>
        <w:pStyle w:val="ListParagraph"/>
      </w:pPr>
      <w:r>
        <w:rPr>
          <w:sz w:val="22"/>
        </w:rPr>
        <w:t>B. $x = \frac{\pi}{4} + k\pi$</w:t>
      </w:r>
    </w:p>
    <w:p>
      <w:pPr>
        <w:pStyle w:val="ListParagraph"/>
      </w:pPr>
      <w:r>
        <w:rPr>
          <w:sz w:val="22"/>
        </w:rPr>
        <w:t>C. $x = -\frac{\pi}{4} + k2\pi$</w:t>
      </w:r>
    </w:p>
    <w:p>
      <w:pPr>
        <w:pStyle w:val="ListParagraph"/>
      </w:pPr>
      <w:r>
        <w:rPr>
          <w:sz w:val="22"/>
        </w:rPr>
        <w:t>D. $x = \frac{3\pi}{4} + k2\pi$</w:t>
      </w:r>
    </w:p>
    <w:p/>
    <w:p>
      <w:r>
        <w:rPr>
          <w:b/>
          <w:sz w:val="24"/>
        </w:rPr>
        <w:t>Câu 10: [Thông hiểu] Phương trình \sin 2x = 0 có nghiệm là</w:t>
      </w:r>
    </w:p>
    <w:p>
      <w:pPr>
        <w:pStyle w:val="ListParagraph"/>
      </w:pPr>
      <w:r>
        <w:rPr>
          <w:sz w:val="22"/>
        </w:rPr>
        <w:t>A. $x = k\pi$</w:t>
      </w:r>
    </w:p>
    <w:p>
      <w:pPr>
        <w:pStyle w:val="ListParagraph"/>
      </w:pPr>
      <w:r>
        <w:rPr>
          <w:sz w:val="22"/>
        </w:rPr>
        <w:t>B. $x = \frac{\pi}{2} + k\pi$</w:t>
      </w:r>
    </w:p>
    <w:p>
      <w:pPr>
        <w:pStyle w:val="ListParagraph"/>
      </w:pPr>
      <w:r>
        <w:rPr>
          <w:sz w:val="22"/>
        </w:rPr>
        <w:t>C. $x = \frac{k\pi}{2}$</w:t>
      </w:r>
    </w:p>
    <w:p>
      <w:pPr>
        <w:pStyle w:val="ListParagraph"/>
      </w:pPr>
      <w:r>
        <w:rPr>
          <w:sz w:val="22"/>
        </w:rPr>
        <w:t>D. $x = \frac{\pi}{4} + \frac{k\pi}{2}$</w:t>
      </w:r>
    </w:p>
    <w:p/>
    <w:p>
      <w:r>
        <w:rPr>
          <w:b/>
          <w:sz w:val="24"/>
        </w:rPr>
        <w:t>Câu 11: [Thông hiểu] Nghiệm của phương trình \cos\left(x + \frac{\pi}{3}\right) = \frac{1}{2} là</w:t>
      </w:r>
    </w:p>
    <w:p>
      <w:pPr>
        <w:pStyle w:val="ListParagraph"/>
      </w:pPr>
      <w:r>
        <w:rPr>
          <w:sz w:val="22"/>
        </w:rPr>
        <w:t>A. $x = \frac{\pi}{3} + k2\pi;\ x = -\pi + k2\pi$</w:t>
      </w:r>
    </w:p>
    <w:p>
      <w:pPr>
        <w:pStyle w:val="ListParagraph"/>
      </w:pPr>
      <w:r>
        <w:rPr>
          <w:sz w:val="22"/>
        </w:rPr>
        <w:t>B. $x = k\pi;\ x = -\frac{2\pi}{3} + k\pi$</w:t>
      </w:r>
    </w:p>
    <w:p>
      <w:pPr>
        <w:pStyle w:val="ListParagraph"/>
      </w:pPr>
      <w:r>
        <w:rPr>
          <w:sz w:val="22"/>
        </w:rPr>
        <w:t>C. $x = k2\pi;\ x = -\frac{\pi}{3} + k2\pi$</w:t>
      </w:r>
    </w:p>
    <w:p>
      <w:pPr>
        <w:pStyle w:val="ListParagraph"/>
      </w:pPr>
      <w:r>
        <w:rPr>
          <w:sz w:val="22"/>
        </w:rPr>
        <w:t>D. $x = k2\pi;\ x = -\frac{2\pi}{3} + k2\pi$</w:t>
      </w:r>
    </w:p>
    <w:p/>
    <w:p>
      <w:r>
        <w:rPr>
          <w:b/>
          <w:sz w:val="24"/>
        </w:rPr>
        <w:t>Câu 12: [Thông hiểu] Nghiệm của phương trình 2\cos x - \sqrt{3} = 0 là</w:t>
      </w:r>
    </w:p>
    <w:p>
      <w:pPr>
        <w:pStyle w:val="ListParagraph"/>
      </w:pPr>
      <w:r>
        <w:rPr>
          <w:sz w:val="22"/>
        </w:rPr>
        <w:t>A. $x = \pm \frac{\pi}{3} + k2\pi$</w:t>
      </w:r>
    </w:p>
    <w:p>
      <w:pPr>
        <w:pStyle w:val="ListParagraph"/>
      </w:pPr>
      <w:r>
        <w:rPr>
          <w:sz w:val="22"/>
        </w:rPr>
        <w:t>B. $x = \pm \frac{\pi}{6} + k2\pi$</w:t>
      </w:r>
    </w:p>
    <w:p>
      <w:pPr>
        <w:pStyle w:val="ListParagraph"/>
      </w:pPr>
      <w:r>
        <w:rPr>
          <w:sz w:val="22"/>
        </w:rPr>
        <w:t>C. $x = \frac{\pi}{6} + k\pi$</w:t>
      </w:r>
    </w:p>
    <w:p>
      <w:pPr>
        <w:pStyle w:val="ListParagraph"/>
      </w:pPr>
      <w:r>
        <w:rPr>
          <w:sz w:val="22"/>
        </w:rPr>
        <w:t>D. $x = \frac{\pi}{3} + k\pi$</w:t>
      </w:r>
    </w:p>
    <w:p/>
    <w:p>
      <w:r>
        <w:rPr>
          <w:b/>
          <w:sz w:val="24"/>
        </w:rPr>
        <w:t>Câu 13: [Vận dụng] Số nghiệm của phương trình \sin x = \frac{1}{2} trên đoạn $[0; 2\pi]$ là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14: [Vận dụng] Tổng các nghiệm của phương trình \tan x = 1 trên khoảng $(0; 2\pi)$ là</w:t>
      </w:r>
    </w:p>
    <w:p>
      <w:pPr>
        <w:pStyle w:val="ListParagraph"/>
      </w:pPr>
      <w:r>
        <w:rPr>
          <w:sz w:val="22"/>
        </w:rPr>
        <w:t>A. $\frac{3\pi}{2}$</w:t>
      </w:r>
    </w:p>
    <w:p>
      <w:pPr>
        <w:pStyle w:val="ListParagraph"/>
      </w:pPr>
      <w:r>
        <w:rPr>
          <w:sz w:val="22"/>
        </w:rPr>
        <w:t>B. $\frac{\pi}{2}$</w:t>
      </w:r>
    </w:p>
    <w:p>
      <w:pPr>
        <w:pStyle w:val="ListParagraph"/>
      </w:pPr>
      <w:r>
        <w:rPr>
          <w:sz w:val="22"/>
        </w:rPr>
        <w:t>C. $\pi$</w:t>
      </w:r>
    </w:p>
    <w:p>
      <w:pPr>
        <w:pStyle w:val="ListParagraph"/>
      </w:pPr>
      <w:r>
        <w:rPr>
          <w:sz w:val="22"/>
        </w:rPr>
        <w:t>D. $2\pi$</w:t>
      </w:r>
    </w:p>
    <w:p/>
    <w:p>
      <w:r>
        <w:rPr>
          <w:b/>
          <w:sz w:val="24"/>
        </w:rPr>
        <w:t>Câu 15: [Vận dụng] Phương trình \sin^2 x - 3\sin x + 2 = 0 có nghiệm là</w:t>
      </w:r>
    </w:p>
    <w:p>
      <w:pPr>
        <w:pStyle w:val="ListParagraph"/>
      </w:pPr>
      <w:r>
        <w:rPr>
          <w:sz w:val="22"/>
        </w:rPr>
        <w:t>A. $x = \frac{\pi}{2} + k\pi$</w:t>
      </w:r>
    </w:p>
    <w:p>
      <w:pPr>
        <w:pStyle w:val="ListParagraph"/>
      </w:pPr>
      <w:r>
        <w:rPr>
          <w:sz w:val="22"/>
        </w:rPr>
        <w:t>B. $x = \pi + k2\pi$</w:t>
      </w:r>
    </w:p>
    <w:p>
      <w:pPr>
        <w:pStyle w:val="ListParagraph"/>
      </w:pPr>
      <w:r>
        <w:rPr>
          <w:sz w:val="22"/>
        </w:rPr>
        <w:t>C. $x = k\pi$</w:t>
      </w:r>
    </w:p>
    <w:p>
      <w:pPr>
        <w:pStyle w:val="ListParagraph"/>
      </w:pPr>
      <w:r>
        <w:rPr>
          <w:sz w:val="22"/>
        </w:rPr>
        <w:t>D. $x = \frac{\pi}{2} + k2\pi$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