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đề kiểm tra tiếng việt lớp 5 kết nối tri ...</w:t>
      </w:r>
    </w:p>
    <w:p>
      <w:pPr>
        <w:jc w:val="center"/>
      </w:pPr>
      <w:r>
        <w:rPr>
          <w:sz w:val="22"/>
        </w:rPr>
        <w:t>Số câu: 12    Thời gian: _____ phút    Họ và tên: _________________________</w:t>
      </w:r>
    </w:p>
    <w:p/>
    <w:p>
      <w:r>
        <w:rPr>
          <w:b/>
          <w:sz w:val="24"/>
        </w:rPr>
        <w:t>Câu 1: Từ nào dưới đây đồng nghĩa với từ "Tổ quốc"?</w:t>
      </w:r>
    </w:p>
    <w:p>
      <w:pPr>
        <w:pStyle w:val="ListParagraph"/>
      </w:pPr>
      <w:r>
        <w:rPr>
          <w:sz w:val="22"/>
        </w:rPr>
        <w:t>A. đất nước</w:t>
      </w:r>
    </w:p>
    <w:p>
      <w:pPr>
        <w:pStyle w:val="ListParagraph"/>
      </w:pPr>
      <w:r>
        <w:rPr>
          <w:sz w:val="22"/>
        </w:rPr>
        <w:t>B. làng xóm</w:t>
      </w:r>
    </w:p>
    <w:p>
      <w:pPr>
        <w:pStyle w:val="ListParagraph"/>
      </w:pPr>
      <w:r>
        <w:rPr>
          <w:sz w:val="22"/>
        </w:rPr>
        <w:t>C. gia đình</w:t>
      </w:r>
    </w:p>
    <w:p>
      <w:pPr>
        <w:pStyle w:val="ListParagraph"/>
      </w:pPr>
      <w:r>
        <w:rPr>
          <w:sz w:val="22"/>
        </w:rPr>
        <w:t>D. bạn bè</w:t>
      </w:r>
    </w:p>
    <w:p/>
    <w:p>
      <w:r>
        <w:rPr>
          <w:b/>
          <w:sz w:val="24"/>
        </w:rPr>
        <w:t>Câu 2: Câu "Mùa xuân, cây gạo gọi đến bao nhiêu là chim." sử dụng biện pháp tu từ nào?</w:t>
      </w:r>
    </w:p>
    <w:p>
      <w:pPr>
        <w:pStyle w:val="ListParagraph"/>
      </w:pPr>
      <w:r>
        <w:rPr>
          <w:sz w:val="22"/>
        </w:rPr>
        <w:t>A. So sánh</w:t>
      </w:r>
    </w:p>
    <w:p>
      <w:pPr>
        <w:pStyle w:val="ListParagraph"/>
      </w:pPr>
      <w:r>
        <w:rPr>
          <w:sz w:val="22"/>
        </w:rPr>
        <w:t>B. Nhân hóa</w:t>
      </w:r>
    </w:p>
    <w:p>
      <w:pPr>
        <w:pStyle w:val="ListParagraph"/>
      </w:pPr>
      <w:r>
        <w:rPr>
          <w:sz w:val="22"/>
        </w:rPr>
        <w:t>C. Điệp ngữ</w:t>
      </w:r>
    </w:p>
    <w:p>
      <w:pPr>
        <w:pStyle w:val="ListParagraph"/>
      </w:pPr>
      <w:r>
        <w:rPr>
          <w:sz w:val="22"/>
        </w:rPr>
        <w:t>D. Đảo ngữ</w:t>
      </w:r>
    </w:p>
    <w:p/>
    <w:p>
      <w:r>
        <w:rPr>
          <w:b/>
          <w:sz w:val="24"/>
        </w:rPr>
        <w:t>Câu 3: Câu "Trời càng nắng, hoa càng đẹp." là:</w:t>
      </w:r>
    </w:p>
    <w:p>
      <w:pPr>
        <w:pStyle w:val="ListParagraph"/>
      </w:pPr>
      <w:r>
        <w:rPr>
          <w:sz w:val="22"/>
        </w:rPr>
        <w:t>A. Câu đơn</w:t>
      </w:r>
    </w:p>
    <w:p>
      <w:pPr>
        <w:pStyle w:val="ListParagraph"/>
      </w:pPr>
      <w:r>
        <w:rPr>
          <w:sz w:val="22"/>
        </w:rPr>
        <w:t>B. Câu ghép có cặp quan hệ từ "càng... càng..."</w:t>
      </w:r>
    </w:p>
    <w:p>
      <w:pPr>
        <w:pStyle w:val="ListParagraph"/>
      </w:pPr>
      <w:r>
        <w:rPr>
          <w:sz w:val="22"/>
        </w:rPr>
        <w:t>C. Câu ghép không dùng từ nối</w:t>
      </w:r>
    </w:p>
    <w:p>
      <w:pPr>
        <w:pStyle w:val="ListParagraph"/>
      </w:pPr>
      <w:r>
        <w:rPr>
          <w:sz w:val="22"/>
        </w:rPr>
        <w:t>D. Câu rút gọn</w:t>
      </w:r>
    </w:p>
    <w:p/>
    <w:p>
      <w:r>
        <w:rPr>
          <w:b/>
          <w:sz w:val="24"/>
        </w:rPr>
        <w:t>Câu 4: Dấu phẩy trong câu "Lan, Hoa và Mai đều là học sinh giỏi." có tác dụng gì?</w:t>
      </w:r>
    </w:p>
    <w:p>
      <w:pPr>
        <w:pStyle w:val="ListParagraph"/>
      </w:pPr>
      <w:r>
        <w:rPr>
          <w:sz w:val="22"/>
        </w:rPr>
        <w:t>A. Ngăn cách các vế câu</w:t>
      </w:r>
    </w:p>
    <w:p>
      <w:pPr>
        <w:pStyle w:val="ListParagraph"/>
      </w:pPr>
      <w:r>
        <w:rPr>
          <w:sz w:val="22"/>
        </w:rPr>
        <w:t>B. Ngăn cách trạng ngữ với chủ ngữ và vị ngữ</w:t>
      </w:r>
    </w:p>
    <w:p>
      <w:pPr>
        <w:pStyle w:val="ListParagraph"/>
      </w:pPr>
      <w:r>
        <w:rPr>
          <w:sz w:val="22"/>
        </w:rPr>
        <w:t>C. Ngăn cách các bộ phận cùng giữ chức vụ trong câu</w:t>
      </w:r>
    </w:p>
    <w:p>
      <w:pPr>
        <w:pStyle w:val="ListParagraph"/>
      </w:pPr>
      <w:r>
        <w:rPr>
          <w:sz w:val="22"/>
        </w:rPr>
        <w:t>D. Ngăn cách chủ ngữ với vị ngữ</w:t>
      </w:r>
    </w:p>
    <w:p/>
    <w:p>
      <w:r>
        <w:rPr>
          <w:b/>
          <w:sz w:val="24"/>
        </w:rPr>
        <w:t>Câu 5: Từ nào dưới đây là đại từ?</w:t>
      </w:r>
    </w:p>
    <w:p>
      <w:pPr>
        <w:pStyle w:val="ListParagraph"/>
      </w:pPr>
      <w:r>
        <w:rPr>
          <w:sz w:val="22"/>
        </w:rPr>
        <w:t>A. tôi</w:t>
      </w:r>
    </w:p>
    <w:p>
      <w:pPr>
        <w:pStyle w:val="ListParagraph"/>
      </w:pPr>
      <w:r>
        <w:rPr>
          <w:sz w:val="22"/>
        </w:rPr>
        <w:t>B. nhà</w:t>
      </w:r>
    </w:p>
    <w:p>
      <w:pPr>
        <w:pStyle w:val="ListParagraph"/>
      </w:pPr>
      <w:r>
        <w:rPr>
          <w:sz w:val="22"/>
        </w:rPr>
        <w:t>C. chạy</w:t>
      </w:r>
    </w:p>
    <w:p>
      <w:pPr>
        <w:pStyle w:val="ListParagraph"/>
      </w:pPr>
      <w:r>
        <w:rPr>
          <w:sz w:val="22"/>
        </w:rPr>
        <w:t>D. đẹp</w:t>
      </w:r>
    </w:p>
    <w:p/>
    <w:p>
      <w:r>
        <w:rPr>
          <w:b/>
          <w:sz w:val="24"/>
        </w:rPr>
        <w:t>Câu 6: Câu tục ngữ "Có công mài sắt, có ngày nên kim" khuyên chúng ta điều gì?</w:t>
      </w:r>
    </w:p>
    <w:p>
      <w:pPr>
        <w:pStyle w:val="ListParagraph"/>
      </w:pPr>
      <w:r>
        <w:rPr>
          <w:sz w:val="22"/>
        </w:rPr>
        <w:t>A. Kiên trì, nhẫn nại</w:t>
      </w:r>
    </w:p>
    <w:p>
      <w:pPr>
        <w:pStyle w:val="ListParagraph"/>
      </w:pPr>
      <w:r>
        <w:rPr>
          <w:sz w:val="22"/>
        </w:rPr>
        <w:t>B. Đoàn kết</w:t>
      </w:r>
    </w:p>
    <w:p>
      <w:pPr>
        <w:pStyle w:val="ListParagraph"/>
      </w:pPr>
      <w:r>
        <w:rPr>
          <w:sz w:val="22"/>
        </w:rPr>
        <w:t>C. Tiết kiệm</w:t>
      </w:r>
    </w:p>
    <w:p>
      <w:pPr>
        <w:pStyle w:val="ListParagraph"/>
      </w:pPr>
      <w:r>
        <w:rPr>
          <w:sz w:val="22"/>
        </w:rPr>
        <w:t>D. Yêu thương</w:t>
      </w:r>
    </w:p>
    <w:p/>
    <w:p>
      <w:r>
        <w:rPr>
          <w:b/>
          <w:sz w:val="24"/>
        </w:rPr>
        <w:t>Câu 7: Trong câu "Vì trời mưa nên em đi học muộn.", cặp quan hệ từ "Vì... nên..." biểu thị quan hệ gì?</w:t>
      </w:r>
    </w:p>
    <w:p>
      <w:pPr>
        <w:pStyle w:val="ListParagraph"/>
      </w:pPr>
      <w:r>
        <w:rPr>
          <w:sz w:val="22"/>
        </w:rPr>
        <w:t>A. Nguyên nhân - kết quả</w:t>
      </w:r>
    </w:p>
    <w:p>
      <w:pPr>
        <w:pStyle w:val="ListParagraph"/>
      </w:pPr>
      <w:r>
        <w:rPr>
          <w:sz w:val="22"/>
        </w:rPr>
        <w:t>B. Tương phản</w:t>
      </w:r>
    </w:p>
    <w:p>
      <w:pPr>
        <w:pStyle w:val="ListParagraph"/>
      </w:pPr>
      <w:r>
        <w:rPr>
          <w:sz w:val="22"/>
        </w:rPr>
        <w:t>C. Tăng tiến</w:t>
      </w:r>
    </w:p>
    <w:p>
      <w:pPr>
        <w:pStyle w:val="ListParagraph"/>
      </w:pPr>
      <w:r>
        <w:rPr>
          <w:sz w:val="22"/>
        </w:rPr>
        <w:t>D. Liệt kê</w:t>
      </w:r>
    </w:p>
    <w:p/>
    <w:p>
      <w:r>
        <w:rPr>
          <w:b/>
          <w:sz w:val="24"/>
        </w:rPr>
        <w:t>Câu 8: Chủ ngữ trong câu "Những cánh hoa đào nở rộ vào mỗi dịp Tết." là:</w:t>
      </w:r>
    </w:p>
    <w:p>
      <w:pPr>
        <w:pStyle w:val="ListParagraph"/>
      </w:pPr>
      <w:r>
        <w:rPr>
          <w:sz w:val="22"/>
        </w:rPr>
        <w:t>A. Những cánh hoa đào</w:t>
      </w:r>
    </w:p>
    <w:p>
      <w:pPr>
        <w:pStyle w:val="ListParagraph"/>
      </w:pPr>
      <w:r>
        <w:rPr>
          <w:sz w:val="22"/>
        </w:rPr>
        <w:t>B. nở rộ</w:t>
      </w:r>
    </w:p>
    <w:p>
      <w:pPr>
        <w:pStyle w:val="ListParagraph"/>
      </w:pPr>
      <w:r>
        <w:rPr>
          <w:sz w:val="22"/>
        </w:rPr>
        <w:t>C. vào mỗi dịp Tết</w:t>
      </w:r>
    </w:p>
    <w:p>
      <w:pPr>
        <w:pStyle w:val="ListParagraph"/>
      </w:pPr>
      <w:r>
        <w:rPr>
          <w:sz w:val="22"/>
        </w:rPr>
        <w:t>D. Tết</w:t>
      </w:r>
    </w:p>
    <w:p/>
    <w:p>
      <w:r>
        <w:rPr>
          <w:b/>
          <w:sz w:val="24"/>
        </w:rPr>
        <w:t>Câu 9: Từ trái nghĩa với từ "hòa bình" là:</w:t>
      </w:r>
    </w:p>
    <w:p>
      <w:pPr>
        <w:pStyle w:val="ListParagraph"/>
      </w:pPr>
      <w:r>
        <w:rPr>
          <w:sz w:val="22"/>
        </w:rPr>
        <w:t>A. chiến tranh</w:t>
      </w:r>
    </w:p>
    <w:p>
      <w:pPr>
        <w:pStyle w:val="ListParagraph"/>
      </w:pPr>
      <w:r>
        <w:rPr>
          <w:sz w:val="22"/>
        </w:rPr>
        <w:t>B. thanh bình</w:t>
      </w:r>
    </w:p>
    <w:p>
      <w:pPr>
        <w:pStyle w:val="ListParagraph"/>
      </w:pPr>
      <w:r>
        <w:rPr>
          <w:sz w:val="22"/>
        </w:rPr>
        <w:t>C. yên tĩnh</w:t>
      </w:r>
    </w:p>
    <w:p>
      <w:pPr>
        <w:pStyle w:val="ListParagraph"/>
      </w:pPr>
      <w:r>
        <w:rPr>
          <w:sz w:val="22"/>
        </w:rPr>
        <w:t>D. đoàn kết</w:t>
      </w:r>
    </w:p>
    <w:p/>
    <w:p>
      <w:r>
        <w:rPr>
          <w:b/>
          <w:sz w:val="24"/>
        </w:rPr>
        <w:t>Câu 10: Câu "Ôi, bông hoa này đẹp quá!" thuộc kiểu câu nào?</w:t>
      </w:r>
    </w:p>
    <w:p>
      <w:pPr>
        <w:pStyle w:val="ListParagraph"/>
      </w:pPr>
      <w:r>
        <w:rPr>
          <w:sz w:val="22"/>
        </w:rPr>
        <w:t>A. Câu kể</w:t>
      </w:r>
    </w:p>
    <w:p>
      <w:pPr>
        <w:pStyle w:val="ListParagraph"/>
      </w:pPr>
      <w:r>
        <w:rPr>
          <w:sz w:val="22"/>
        </w:rPr>
        <w:t>B. Câu hỏi</w:t>
      </w:r>
    </w:p>
    <w:p>
      <w:pPr>
        <w:pStyle w:val="ListParagraph"/>
      </w:pPr>
      <w:r>
        <w:rPr>
          <w:sz w:val="22"/>
        </w:rPr>
        <w:t>C. Câu cảm</w:t>
      </w:r>
    </w:p>
    <w:p>
      <w:pPr>
        <w:pStyle w:val="ListParagraph"/>
      </w:pPr>
      <w:r>
        <w:rPr>
          <w:sz w:val="22"/>
        </w:rPr>
        <w:t>D. Câu khiến</w:t>
      </w:r>
    </w:p>
    <w:p/>
    <w:p>
      <w:r>
        <w:rPr>
          <w:b/>
          <w:sz w:val="24"/>
        </w:rPr>
        <w:t>Câu 11: Từ nào viết đúng chính tả?</w:t>
      </w:r>
    </w:p>
    <w:p>
      <w:pPr>
        <w:pStyle w:val="ListParagraph"/>
      </w:pPr>
      <w:r>
        <w:rPr>
          <w:sz w:val="22"/>
        </w:rPr>
        <w:t>A. sản xuất</w:t>
      </w:r>
    </w:p>
    <w:p>
      <w:pPr>
        <w:pStyle w:val="ListParagraph"/>
      </w:pPr>
      <w:r>
        <w:rPr>
          <w:sz w:val="22"/>
        </w:rPr>
        <w:t>B. sản suất</w:t>
      </w:r>
    </w:p>
    <w:p>
      <w:pPr>
        <w:pStyle w:val="ListParagraph"/>
      </w:pPr>
      <w:r>
        <w:rPr>
          <w:sz w:val="22"/>
        </w:rPr>
        <w:t>C. sản xuật</w:t>
      </w:r>
    </w:p>
    <w:p>
      <w:pPr>
        <w:pStyle w:val="ListParagraph"/>
      </w:pPr>
      <w:r>
        <w:rPr>
          <w:sz w:val="22"/>
        </w:rPr>
        <w:t>D. xản xuất</w:t>
      </w:r>
    </w:p>
    <w:p/>
    <w:p>
      <w:r>
        <w:rPr>
          <w:b/>
          <w:sz w:val="24"/>
        </w:rPr>
        <w:t>Câu 12: Trong câu "Nếu em chăm chỉ học tập thì em sẽ tiến bộ.", cặp quan hệ từ "Nếu... thì..." biểu thị quan hệ gì?</w:t>
      </w:r>
    </w:p>
    <w:p>
      <w:pPr>
        <w:pStyle w:val="ListParagraph"/>
      </w:pPr>
      <w:r>
        <w:rPr>
          <w:sz w:val="22"/>
        </w:rPr>
        <w:t>A. Điều kiện - kết quả</w:t>
      </w:r>
    </w:p>
    <w:p>
      <w:pPr>
        <w:pStyle w:val="ListParagraph"/>
      </w:pPr>
      <w:r>
        <w:rPr>
          <w:sz w:val="22"/>
        </w:rPr>
        <w:t>B. Nguyên nhân - kết quả</w:t>
      </w:r>
    </w:p>
    <w:p>
      <w:pPr>
        <w:pStyle w:val="ListParagraph"/>
      </w:pPr>
      <w:r>
        <w:rPr>
          <w:sz w:val="22"/>
        </w:rPr>
        <w:t>C. Tương phản</w:t>
      </w:r>
    </w:p>
    <w:p>
      <w:pPr>
        <w:pStyle w:val="ListParagraph"/>
      </w:pPr>
      <w:r>
        <w:rPr>
          <w:sz w:val="22"/>
        </w:rPr>
        <w:t>D. Tăng tiến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