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Tạo 20 câu hỏi triết học mác lênnin cơ bản củ...</w:t>
      </w:r>
    </w:p>
    <w:p>
      <w:pPr>
        <w:jc w:val="center"/>
      </w:pPr>
      <w:r>
        <w:rPr>
          <w:sz w:val="22"/>
        </w:rPr>
        <w:t>Số câu: 19    Thời gian: _____ phút    Họ và tên: _________________________</w:t>
      </w:r>
    </w:p>
    <w:p/>
    <w:p>
      <w:r>
        <w:rPr>
          <w:b/>
          <w:sz w:val="24"/>
        </w:rPr>
        <w:t>Câu 1: Triết học Mác - Lênin ra đời vào khoảng thời gian nào?</w:t>
      </w:r>
    </w:p>
    <w:p>
      <w:pPr>
        <w:pStyle w:val="ListParagraph"/>
      </w:pPr>
      <w:r>
        <w:rPr>
          <w:sz w:val="22"/>
        </w:rPr>
        <w:t>A. Những năm 20 của thế kỷ XIX</w:t>
      </w:r>
    </w:p>
    <w:p>
      <w:pPr>
        <w:pStyle w:val="ListParagraph"/>
      </w:pPr>
      <w:r>
        <w:rPr>
          <w:sz w:val="22"/>
        </w:rPr>
        <w:t>B. Những năm 30 của thế kỷ XIX</w:t>
      </w:r>
    </w:p>
    <w:p>
      <w:pPr>
        <w:pStyle w:val="ListParagraph"/>
      </w:pPr>
      <w:r>
        <w:rPr>
          <w:sz w:val="22"/>
        </w:rPr>
        <w:t>C. Những năm 40 của thế kỷ XIX</w:t>
      </w:r>
    </w:p>
    <w:p>
      <w:pPr>
        <w:pStyle w:val="ListParagraph"/>
      </w:pPr>
      <w:r>
        <w:rPr>
          <w:sz w:val="22"/>
        </w:rPr>
        <w:t>D. Những năm 50 của thế kỷ XIX</w:t>
      </w:r>
    </w:p>
    <w:p/>
    <w:p>
      <w:r>
        <w:rPr>
          <w:b/>
          <w:sz w:val="24"/>
        </w:rPr>
        <w:t>Câu 2: Tiền đề khoa học tự nhiên nào sau đây KHÔNG phải là tiền đề ra đời của triết học Mác?</w:t>
      </w:r>
    </w:p>
    <w:p>
      <w:pPr>
        <w:pStyle w:val="ListParagraph"/>
      </w:pPr>
      <w:r>
        <w:rPr>
          <w:sz w:val="22"/>
        </w:rPr>
        <w:t>A. Định luật bảo toàn và chuyển hóa năng lượng</w:t>
      </w:r>
    </w:p>
    <w:p>
      <w:pPr>
        <w:pStyle w:val="ListParagraph"/>
      </w:pPr>
      <w:r>
        <w:rPr>
          <w:sz w:val="22"/>
        </w:rPr>
        <w:t>B. Thuyết tế bào</w:t>
      </w:r>
    </w:p>
    <w:p>
      <w:pPr>
        <w:pStyle w:val="ListParagraph"/>
      </w:pPr>
      <w:r>
        <w:rPr>
          <w:sz w:val="22"/>
        </w:rPr>
        <w:t>C. Thuyết tiến hóa của Đácuyn</w:t>
      </w:r>
    </w:p>
    <w:p>
      <w:pPr>
        <w:pStyle w:val="ListParagraph"/>
      </w:pPr>
      <w:r>
        <w:rPr>
          <w:sz w:val="22"/>
        </w:rPr>
        <w:t>D. Thuyết tương đối của Anhxtanh</w:t>
      </w:r>
    </w:p>
    <w:p/>
    <w:p>
      <w:r>
        <w:rPr>
          <w:b/>
          <w:sz w:val="24"/>
        </w:rPr>
        <w:t>Câu 3: Nguồn gốc lý luận trực tiếp của triết học Mác là gì?</w:t>
      </w:r>
    </w:p>
    <w:p>
      <w:pPr>
        <w:pStyle w:val="ListParagraph"/>
      </w:pPr>
      <w:r>
        <w:rPr>
          <w:sz w:val="22"/>
        </w:rPr>
        <w:t>A. Triết học cổ điển Đức</w:t>
      </w:r>
    </w:p>
    <w:p>
      <w:pPr>
        <w:pStyle w:val="ListParagraph"/>
      </w:pPr>
      <w:r>
        <w:rPr>
          <w:sz w:val="22"/>
        </w:rPr>
        <w:t>B. Kinh tế chính trị học cổ điển Anh</w:t>
      </w:r>
    </w:p>
    <w:p>
      <w:pPr>
        <w:pStyle w:val="ListParagraph"/>
      </w:pPr>
      <w:r>
        <w:rPr>
          <w:sz w:val="22"/>
        </w:rPr>
        <w:t>C. Chủ nghĩa xã hội không tưởng Pháp</w:t>
      </w:r>
    </w:p>
    <w:p>
      <w:pPr>
        <w:pStyle w:val="ListParagraph"/>
      </w:pPr>
      <w:r>
        <w:rPr>
          <w:sz w:val="22"/>
        </w:rPr>
        <w:t>D. Tất cả các đáp án trên</w:t>
      </w:r>
    </w:p>
    <w:p/>
    <w:p>
      <w:r>
        <w:rPr>
          <w:b/>
          <w:sz w:val="24"/>
        </w:rPr>
        <w:t>Câu 4: Ai là người sáng lập ra triết học Mác?</w:t>
      </w:r>
    </w:p>
    <w:p>
      <w:pPr>
        <w:pStyle w:val="ListParagraph"/>
      </w:pPr>
      <w:r>
        <w:rPr>
          <w:sz w:val="22"/>
        </w:rPr>
        <w:t>A. C.Mác</w:t>
      </w:r>
    </w:p>
    <w:p>
      <w:pPr>
        <w:pStyle w:val="ListParagraph"/>
      </w:pPr>
      <w:r>
        <w:rPr>
          <w:sz w:val="22"/>
        </w:rPr>
        <w:t>B. Ph.Ăngghen</w:t>
      </w:r>
    </w:p>
    <w:p>
      <w:pPr>
        <w:pStyle w:val="ListParagraph"/>
      </w:pPr>
      <w:r>
        <w:rPr>
          <w:sz w:val="22"/>
        </w:rPr>
        <w:t>C. V.I.Lênin</w:t>
      </w:r>
    </w:p>
    <w:p>
      <w:pPr>
        <w:pStyle w:val="ListParagraph"/>
      </w:pPr>
      <w:r>
        <w:rPr>
          <w:sz w:val="22"/>
        </w:rPr>
        <w:t>D. C.Mác và Ph.Ăngghen</w:t>
      </w:r>
    </w:p>
    <w:p/>
    <w:p>
      <w:r>
        <w:rPr>
          <w:b/>
          <w:sz w:val="24"/>
        </w:rPr>
        <w:t>Câu 5: V.I.Lênin đã phát triển triết học Mác trong giai đoạn nào?</w:t>
      </w:r>
    </w:p>
    <w:p>
      <w:pPr>
        <w:pStyle w:val="ListParagraph"/>
      </w:pPr>
      <w:r>
        <w:rPr>
          <w:sz w:val="22"/>
        </w:rPr>
        <w:t>A. Cuối thế kỷ XIX - đầu thế kỷ XX</w:t>
      </w:r>
    </w:p>
    <w:p>
      <w:pPr>
        <w:pStyle w:val="ListParagraph"/>
      </w:pPr>
      <w:r>
        <w:rPr>
          <w:sz w:val="22"/>
        </w:rPr>
        <w:t>B. Giữa thế kỷ XIX</w:t>
      </w:r>
    </w:p>
    <w:p>
      <w:pPr>
        <w:pStyle w:val="ListParagraph"/>
      </w:pPr>
      <w:r>
        <w:rPr>
          <w:sz w:val="22"/>
        </w:rPr>
        <w:t>C. Đầu thế kỷ XIX</w:t>
      </w:r>
    </w:p>
    <w:p>
      <w:pPr>
        <w:pStyle w:val="ListParagraph"/>
      </w:pPr>
      <w:r>
        <w:rPr>
          <w:sz w:val="22"/>
        </w:rPr>
        <w:t>D. Cuối thế kỷ XVIII</w:t>
      </w:r>
    </w:p>
    <w:p/>
    <w:p>
      <w:r>
        <w:rPr>
          <w:b/>
          <w:sz w:val="24"/>
        </w:rPr>
        <w:t>Câu 6: Theo quan điểm của triết học Mác - Lênin, vấn đề cơ bản của triết học là gì?</w:t>
      </w:r>
    </w:p>
    <w:p>
      <w:pPr>
        <w:pStyle w:val="ListParagraph"/>
      </w:pPr>
      <w:r>
        <w:rPr>
          <w:sz w:val="22"/>
        </w:rPr>
        <w:t>A. Mối quan hệ giữa vật chất và ý thức</w:t>
      </w:r>
    </w:p>
    <w:p>
      <w:pPr>
        <w:pStyle w:val="ListParagraph"/>
      </w:pPr>
      <w:r>
        <w:rPr>
          <w:sz w:val="22"/>
        </w:rPr>
        <w:t>B. Mối quan hệ giữa con người và tự nhiên</w:t>
      </w:r>
    </w:p>
    <w:p>
      <w:pPr>
        <w:pStyle w:val="ListParagraph"/>
      </w:pPr>
      <w:r>
        <w:rPr>
          <w:sz w:val="22"/>
        </w:rPr>
        <w:t>C. Mối quan hệ giữa cá nhân và xã hội</w:t>
      </w:r>
    </w:p>
    <w:p>
      <w:pPr>
        <w:pStyle w:val="ListParagraph"/>
      </w:pPr>
      <w:r>
        <w:rPr>
          <w:sz w:val="22"/>
        </w:rPr>
        <w:t>D. Mối quan hệ giữa lý luận và thực tiễn</w:t>
      </w:r>
    </w:p>
    <w:p/>
    <w:p>
      <w:r>
        <w:rPr>
          <w:b/>
          <w:sz w:val="24"/>
        </w:rPr>
        <w:t>Câu 7: Mặt thứ nhất của vấn đề cơ bản của triết học là gì?</w:t>
      </w:r>
    </w:p>
    <w:p>
      <w:pPr>
        <w:pStyle w:val="ListParagraph"/>
      </w:pPr>
      <w:r>
        <w:rPr>
          <w:sz w:val="22"/>
        </w:rPr>
        <w:t>A. Vật chất và ý thức cái nào có trước, cái nào có sau, cái nào quyết định cái nào?</w:t>
      </w:r>
    </w:p>
    <w:p>
      <w:pPr>
        <w:pStyle w:val="ListParagraph"/>
      </w:pPr>
      <w:r>
        <w:rPr>
          <w:sz w:val="22"/>
        </w:rPr>
        <w:t>B. Con người có khả năng nhận thức được thế giới không?</w:t>
      </w:r>
    </w:p>
    <w:p>
      <w:pPr>
        <w:pStyle w:val="ListParagraph"/>
      </w:pPr>
      <w:r>
        <w:rPr>
          <w:sz w:val="22"/>
        </w:rPr>
        <w:t>C. Vật chất là gì?</w:t>
      </w:r>
    </w:p>
    <w:p>
      <w:pPr>
        <w:pStyle w:val="ListParagraph"/>
      </w:pPr>
      <w:r>
        <w:rPr>
          <w:sz w:val="22"/>
        </w:rPr>
        <w:t>D. Ý thức là gì?</w:t>
      </w:r>
    </w:p>
    <w:p/>
    <w:p>
      <w:r>
        <w:rPr>
          <w:b/>
          <w:sz w:val="24"/>
        </w:rPr>
        <w:t>Câu 8: Mặt thứ hai của vấn đề cơ bản của triết học là gì?</w:t>
      </w:r>
    </w:p>
    <w:p>
      <w:pPr>
        <w:pStyle w:val="ListParagraph"/>
      </w:pPr>
      <w:r>
        <w:rPr>
          <w:sz w:val="22"/>
        </w:rPr>
        <w:t>A. Vật chất và ý thức cái nào có trước, cái nào có sau?</w:t>
      </w:r>
    </w:p>
    <w:p>
      <w:pPr>
        <w:pStyle w:val="ListParagraph"/>
      </w:pPr>
      <w:r>
        <w:rPr>
          <w:sz w:val="22"/>
        </w:rPr>
        <w:t>B. Con người có khả năng nhận thức được thế giới không?</w:t>
      </w:r>
    </w:p>
    <w:p>
      <w:pPr>
        <w:pStyle w:val="ListParagraph"/>
      </w:pPr>
      <w:r>
        <w:rPr>
          <w:sz w:val="22"/>
        </w:rPr>
        <w:t>C. Vật chất là gì?</w:t>
      </w:r>
    </w:p>
    <w:p>
      <w:pPr>
        <w:pStyle w:val="ListParagraph"/>
      </w:pPr>
      <w:r>
        <w:rPr>
          <w:sz w:val="22"/>
        </w:rPr>
        <w:t>D. Ý thức là gì?</w:t>
      </w:r>
    </w:p>
    <w:p/>
    <w:p>
      <w:r>
        <w:rPr>
          <w:b/>
          <w:sz w:val="24"/>
        </w:rPr>
        <w:t>Câu 9: Trường phái triết học nào cho rằng vật chất có trước, ý thức có sau, vật chất quyết định ý thức?</w:t>
      </w:r>
    </w:p>
    <w:p>
      <w:pPr>
        <w:pStyle w:val="ListParagraph"/>
      </w:pPr>
      <w:r>
        <w:rPr>
          <w:sz w:val="22"/>
        </w:rPr>
        <w:t>A. Chủ nghĩa duy vật</w:t>
      </w:r>
    </w:p>
    <w:p>
      <w:pPr>
        <w:pStyle w:val="ListParagraph"/>
      </w:pPr>
      <w:r>
        <w:rPr>
          <w:sz w:val="22"/>
        </w:rPr>
        <w:t>B. Chủ nghĩa duy tâm</w:t>
      </w:r>
    </w:p>
    <w:p>
      <w:pPr>
        <w:pStyle w:val="ListParagraph"/>
      </w:pPr>
      <w:r>
        <w:rPr>
          <w:sz w:val="22"/>
        </w:rPr>
        <w:t>C. Thuyết nhị nguyên</w:t>
      </w:r>
    </w:p>
    <w:p>
      <w:pPr>
        <w:pStyle w:val="ListParagraph"/>
      </w:pPr>
      <w:r>
        <w:rPr>
          <w:sz w:val="22"/>
        </w:rPr>
        <w:t>D. Thuyết đa nguyên</w:t>
      </w:r>
    </w:p>
    <w:p/>
    <w:p>
      <w:r>
        <w:rPr>
          <w:b/>
          <w:sz w:val="24"/>
        </w:rPr>
        <w:t>Câu 10: Trường phái triết học nào cho rằng ý thức có trước, vật chất có sau, ý thức quyết định vật chất?</w:t>
      </w:r>
    </w:p>
    <w:p>
      <w:pPr>
        <w:pStyle w:val="ListParagraph"/>
      </w:pPr>
      <w:r>
        <w:rPr>
          <w:sz w:val="22"/>
        </w:rPr>
        <w:t>A. Chủ nghĩa duy vật</w:t>
      </w:r>
    </w:p>
    <w:p>
      <w:pPr>
        <w:pStyle w:val="ListParagraph"/>
      </w:pPr>
      <w:r>
        <w:rPr>
          <w:sz w:val="22"/>
        </w:rPr>
        <w:t>B. Chủ nghĩa duy tâm</w:t>
      </w:r>
    </w:p>
    <w:p>
      <w:pPr>
        <w:pStyle w:val="ListParagraph"/>
      </w:pPr>
      <w:r>
        <w:rPr>
          <w:sz w:val="22"/>
        </w:rPr>
        <w:t>C. Thuyết nhị nguyên</w:t>
      </w:r>
    </w:p>
    <w:p>
      <w:pPr>
        <w:pStyle w:val="ListParagraph"/>
      </w:pPr>
      <w:r>
        <w:rPr>
          <w:sz w:val="22"/>
        </w:rPr>
        <w:t>D. Thuyết đa nguyên</w:t>
      </w:r>
    </w:p>
    <w:p/>
    <w:p>
      <w:r>
        <w:rPr>
          <w:b/>
          <w:sz w:val="24"/>
        </w:rPr>
        <w:t>Câu 11: Chủ nghĩa duy tâm có mấy hình thức cơ bản?</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12: Hình thức nào sau đây KHÔNG thuộc chủ nghĩa duy tâm?</w:t>
      </w:r>
    </w:p>
    <w:p>
      <w:pPr>
        <w:pStyle w:val="ListParagraph"/>
      </w:pPr>
      <w:r>
        <w:rPr>
          <w:sz w:val="22"/>
        </w:rPr>
        <w:t>A. Duy tâm chủ quan</w:t>
      </w:r>
    </w:p>
    <w:p>
      <w:pPr>
        <w:pStyle w:val="ListParagraph"/>
      </w:pPr>
      <w:r>
        <w:rPr>
          <w:sz w:val="22"/>
        </w:rPr>
        <w:t>B. Duy tâm khách quan</w:t>
      </w:r>
    </w:p>
    <w:p>
      <w:pPr>
        <w:pStyle w:val="ListParagraph"/>
      </w:pPr>
      <w:r>
        <w:rPr>
          <w:sz w:val="22"/>
        </w:rPr>
        <w:t>C. Duy vật biện chứng</w:t>
      </w:r>
    </w:p>
    <w:p>
      <w:pPr>
        <w:pStyle w:val="ListParagraph"/>
      </w:pPr>
      <w:r>
        <w:rPr>
          <w:sz w:val="22"/>
        </w:rPr>
        <w:t>D. Cả A và B</w:t>
      </w:r>
    </w:p>
    <w:p/>
    <w:p>
      <w:r>
        <w:rPr>
          <w:b/>
          <w:sz w:val="24"/>
        </w:rPr>
        <w:t>Câu 13: Theo quan điểm của triết học Mác - Lênin, vật chất là gì?</w:t>
      </w:r>
    </w:p>
    <w:p>
      <w:pPr>
        <w:pStyle w:val="ListParagraph"/>
      </w:pPr>
      <w:r>
        <w:rPr>
          <w:sz w:val="22"/>
        </w:rPr>
        <w:t>A. Là một phạm trù triết học dùng để chỉ thực tại khách quan được đem lại cho con người trong cảm giác, được cảm giác của chúng ta chép lại, chụp lại, phản ánh, và tồn tại không lệ thuộc vào cảm giác</w:t>
      </w:r>
    </w:p>
    <w:p>
      <w:pPr>
        <w:pStyle w:val="ListParagraph"/>
      </w:pPr>
      <w:r>
        <w:rPr>
          <w:sz w:val="22"/>
        </w:rPr>
        <w:t>B. Là những dạng cụ thể của vật chất như nguyên tử, phân tử</w:t>
      </w:r>
    </w:p>
    <w:p>
      <w:pPr>
        <w:pStyle w:val="ListParagraph"/>
      </w:pPr>
      <w:r>
        <w:rPr>
          <w:sz w:val="22"/>
        </w:rPr>
        <w:t>C. Là sản phẩm của ý thức</w:t>
      </w:r>
    </w:p>
    <w:p>
      <w:pPr>
        <w:pStyle w:val="ListParagraph"/>
      </w:pPr>
      <w:r>
        <w:rPr>
          <w:sz w:val="22"/>
        </w:rPr>
        <w:t>D. Là những gì có thể nhìn thấy được</w:t>
      </w:r>
    </w:p>
    <w:p/>
    <w:p>
      <w:r>
        <w:rPr>
          <w:b/>
          <w:sz w:val="24"/>
        </w:rPr>
        <w:t>Câu 14: Định nghĩa vật chất của V.I.Lênin được trình bày trong tác phẩm nào?</w:t>
      </w:r>
    </w:p>
    <w:p>
      <w:pPr>
        <w:pStyle w:val="ListParagraph"/>
      </w:pPr>
      <w:r>
        <w:rPr>
          <w:sz w:val="22"/>
        </w:rPr>
        <w:t>A. Chủ nghĩa duy vật và chủ nghĩa kinh nghiệm phê phán</w:t>
      </w:r>
    </w:p>
    <w:p>
      <w:pPr>
        <w:pStyle w:val="ListParagraph"/>
      </w:pPr>
      <w:r>
        <w:rPr>
          <w:sz w:val="22"/>
        </w:rPr>
        <w:t>B. Bút ký triết học</w:t>
      </w:r>
    </w:p>
    <w:p>
      <w:pPr>
        <w:pStyle w:val="ListParagraph"/>
      </w:pPr>
      <w:r>
        <w:rPr>
          <w:sz w:val="22"/>
        </w:rPr>
        <w:t>C. Nhà nước và cách mạng</w:t>
      </w:r>
    </w:p>
    <w:p>
      <w:pPr>
        <w:pStyle w:val="ListParagraph"/>
      </w:pPr>
      <w:r>
        <w:rPr>
          <w:sz w:val="22"/>
        </w:rPr>
        <w:t>D. Học thuyết Mác và vấn đề dân tộc</w:t>
      </w:r>
    </w:p>
    <w:p/>
    <w:p>
      <w:r>
        <w:rPr>
          <w:b/>
          <w:sz w:val="24"/>
        </w:rPr>
        <w:t>Câu 15: Theo quan điểm của triết học Mác - Lênin, ý thức là gì?</w:t>
      </w:r>
    </w:p>
    <w:p>
      <w:pPr>
        <w:pStyle w:val="ListParagraph"/>
      </w:pPr>
      <w:r>
        <w:rPr>
          <w:sz w:val="22"/>
        </w:rPr>
        <w:t>A. Là sự phản ánh thế giới khách quan vào bộ óc con người một cách năng động, sáng tạo</w:t>
      </w:r>
    </w:p>
    <w:p>
      <w:pPr>
        <w:pStyle w:val="ListParagraph"/>
      </w:pPr>
      <w:r>
        <w:rPr>
          <w:sz w:val="22"/>
        </w:rPr>
        <w:t>B. Là một dạng vật chất đặc biệt</w:t>
      </w:r>
    </w:p>
    <w:p>
      <w:pPr>
        <w:pStyle w:val="ListParagraph"/>
      </w:pPr>
      <w:r>
        <w:rPr>
          <w:sz w:val="22"/>
        </w:rPr>
        <w:t>C. Là sản phẩm của tự nhiên</w:t>
      </w:r>
    </w:p>
    <w:p>
      <w:pPr>
        <w:pStyle w:val="ListParagraph"/>
      </w:pPr>
      <w:r>
        <w:rPr>
          <w:sz w:val="22"/>
        </w:rPr>
        <w:t>D. Là những gì con người nghĩ ra</w:t>
      </w:r>
    </w:p>
    <w:p/>
    <w:p>
      <w:r>
        <w:rPr>
          <w:b/>
          <w:sz w:val="24"/>
        </w:rPr>
        <w:t>Câu 16: Nguồn gốc tự nhiên của ý thức là gì?</w:t>
      </w:r>
    </w:p>
    <w:p>
      <w:pPr>
        <w:pStyle w:val="ListParagraph"/>
      </w:pPr>
      <w:r>
        <w:rPr>
          <w:sz w:val="22"/>
        </w:rPr>
        <w:t>A. Bộ óc con người và thế giới khách quan</w:t>
      </w:r>
    </w:p>
    <w:p>
      <w:pPr>
        <w:pStyle w:val="ListParagraph"/>
      </w:pPr>
      <w:r>
        <w:rPr>
          <w:sz w:val="22"/>
        </w:rPr>
        <w:t>B. Lao động và ngôn ngữ</w:t>
      </w:r>
    </w:p>
    <w:p>
      <w:pPr>
        <w:pStyle w:val="ListParagraph"/>
      </w:pPr>
      <w:r>
        <w:rPr>
          <w:sz w:val="22"/>
        </w:rPr>
        <w:t>C. Thế giới khách quan</w:t>
      </w:r>
    </w:p>
    <w:p>
      <w:pPr>
        <w:pStyle w:val="ListParagraph"/>
      </w:pPr>
      <w:r>
        <w:rPr>
          <w:sz w:val="22"/>
        </w:rPr>
        <w:t>D. Bộ óc con người</w:t>
      </w:r>
    </w:p>
    <w:p/>
    <w:p>
      <w:r>
        <w:rPr>
          <w:b/>
          <w:sz w:val="24"/>
        </w:rPr>
        <w:t>Câu 17: Nguồn gốc xã hội của ý thức là gì?</w:t>
      </w:r>
    </w:p>
    <w:p>
      <w:pPr>
        <w:pStyle w:val="ListParagraph"/>
      </w:pPr>
      <w:r>
        <w:rPr>
          <w:sz w:val="22"/>
        </w:rPr>
        <w:t>A. Bộ óc con người và thế giới khách quan</w:t>
      </w:r>
    </w:p>
    <w:p>
      <w:pPr>
        <w:pStyle w:val="ListParagraph"/>
      </w:pPr>
      <w:r>
        <w:rPr>
          <w:sz w:val="22"/>
        </w:rPr>
        <w:t>B. Lao động và ngôn ngữ</w:t>
      </w:r>
    </w:p>
    <w:p>
      <w:pPr>
        <w:pStyle w:val="ListParagraph"/>
      </w:pPr>
      <w:r>
        <w:rPr>
          <w:sz w:val="22"/>
        </w:rPr>
        <w:t>C. Thế giới khách quan</w:t>
      </w:r>
    </w:p>
    <w:p>
      <w:pPr>
        <w:pStyle w:val="ListParagraph"/>
      </w:pPr>
      <w:r>
        <w:rPr>
          <w:sz w:val="22"/>
        </w:rPr>
        <w:t>D. Bộ óc con người</w:t>
      </w:r>
    </w:p>
    <w:p/>
    <w:p>
      <w:r>
        <w:rPr>
          <w:b/>
          <w:sz w:val="24"/>
        </w:rPr>
        <w:t>Câu 18: Theo quan điểm của triết học Mác - Lênin, mối quan hệ giữa vật chất và ý thức như thế nào?</w:t>
      </w:r>
    </w:p>
    <w:p>
      <w:pPr>
        <w:pStyle w:val="ListParagraph"/>
      </w:pPr>
      <w:r>
        <w:rPr>
          <w:sz w:val="22"/>
        </w:rPr>
        <w:t>A. Vật chất quyết định ý thức, ý thức có tính độc lập tương đối và tác động trở lại vật chất</w:t>
      </w:r>
    </w:p>
    <w:p>
      <w:pPr>
        <w:pStyle w:val="ListParagraph"/>
      </w:pPr>
      <w:r>
        <w:rPr>
          <w:sz w:val="22"/>
        </w:rPr>
        <w:t>B. Vật chất quyết định ý thức hoàn toàn</w:t>
      </w:r>
    </w:p>
    <w:p>
      <w:pPr>
        <w:pStyle w:val="ListParagraph"/>
      </w:pPr>
      <w:r>
        <w:rPr>
          <w:sz w:val="22"/>
        </w:rPr>
        <w:t>C. Ý thức quyết định vật chất</w:t>
      </w:r>
    </w:p>
    <w:p>
      <w:pPr>
        <w:pStyle w:val="ListParagraph"/>
      </w:pPr>
      <w:r>
        <w:rPr>
          <w:sz w:val="22"/>
        </w:rPr>
        <w:t>D. Vật chất và ý thức song song tồn tại, không liên quan đến nhau</w:t>
      </w:r>
    </w:p>
    <w:p/>
    <w:p>
      <w:r>
        <w:rPr>
          <w:b/>
          <w:sz w:val="24"/>
        </w:rPr>
        <w:t>Câu 19: Ý nghĩa phương pháp luận của mối quan hệ giữa vật chất và ý thức là gì?</w:t>
      </w:r>
    </w:p>
    <w:p>
      <w:pPr>
        <w:pStyle w:val="ListParagraph"/>
      </w:pPr>
      <w:r>
        <w:rPr>
          <w:sz w:val="22"/>
        </w:rPr>
        <w:t>A. Phải xuất phát từ thực tế khách quan, tôn trọng quy luật khách quan, đồng thời phát huy tính năng động chủ quan</w:t>
      </w:r>
    </w:p>
    <w:p>
      <w:pPr>
        <w:pStyle w:val="ListParagraph"/>
      </w:pPr>
      <w:r>
        <w:rPr>
          <w:sz w:val="22"/>
        </w:rPr>
        <w:t>B. Chỉ cần xuất phát từ thực tế khách quan</w:t>
      </w:r>
    </w:p>
    <w:p>
      <w:pPr>
        <w:pStyle w:val="ListParagraph"/>
      </w:pPr>
      <w:r>
        <w:rPr>
          <w:sz w:val="22"/>
        </w:rPr>
        <w:t>C. Chỉ cần phát huy tính năng động chủ quan</w:t>
      </w:r>
    </w:p>
    <w:p>
      <w:pPr>
        <w:pStyle w:val="ListParagraph"/>
      </w:pPr>
      <w:r>
        <w:rPr>
          <w:sz w:val="22"/>
        </w:rPr>
        <w:t>D. Không cần tôn trọng quy luật khách quan</w:t>
      </w:r>
    </w:p>
    <w:p/>
    <w:p>
      <w:r>
        <w:t>──────────────────────────────────────────────────</w:t>
      </w:r>
    </w:p>
    <w:p>
      <w:r>
        <w:rPr>
          <w:b/>
        </w:rPr>
        <w:t>BẢNG ĐÁP ÁN &amp; LỜI GIẢI CHI TIẾT</w:t>
      </w:r>
    </w:p>
    <w:p>
      <w:r>
        <w:rPr>
          <w:b/>
        </w:rPr>
        <w:t>Câu 1: Đáp án đúng: C</w:t>
      </w:r>
    </w:p>
    <w:p>
      <w:r>
        <w:rPr>
          <w:b/>
        </w:rPr>
        <w:t>Câu 2: Đáp án đúng: D</w:t>
      </w:r>
    </w:p>
    <w:p>
      <w:r>
        <w:rPr>
          <w:b/>
        </w:rPr>
        <w:t>Câu 3: Đáp án đúng: D</w:t>
      </w:r>
    </w:p>
    <w:p>
      <w:r>
        <w:rPr>
          <w:b/>
        </w:rPr>
        <w:t>Câu 4: Đáp án đúng: D</w:t>
      </w:r>
    </w:p>
    <w:p>
      <w:r>
        <w:rPr>
          <w:b/>
        </w:rPr>
        <w:t>Câu 5: Đáp án đúng: A</w:t>
      </w:r>
    </w:p>
    <w:p>
      <w:r>
        <w:rPr>
          <w:b/>
        </w:rPr>
        <w:t>Câu 6: Đáp án đúng: A</w:t>
      </w:r>
    </w:p>
    <w:p>
      <w:r>
        <w:rPr>
          <w:b/>
        </w:rPr>
        <w:t>Câu 7: Đáp án đúng: A</w:t>
      </w:r>
    </w:p>
    <w:p>
      <w:r>
        <w:rPr>
          <w:b/>
        </w:rPr>
        <w:t>Câu 8: Đáp án đúng: B</w:t>
      </w:r>
    </w:p>
    <w:p>
      <w:r>
        <w:rPr>
          <w:b/>
        </w:rPr>
        <w:t>Câu 9: Đáp án đúng: A</w:t>
      </w:r>
    </w:p>
    <w:p>
      <w:r>
        <w:rPr>
          <w:b/>
        </w:rPr>
        <w:t>Câu 10: Đáp án đúng: B</w:t>
      </w:r>
    </w:p>
    <w:p>
      <w:r>
        <w:rPr>
          <w:b/>
        </w:rPr>
        <w:t>Câu 11: Đáp án đúng: B</w:t>
      </w:r>
    </w:p>
    <w:p>
      <w:r>
        <w:rPr>
          <w:b/>
        </w:rPr>
        <w:t>Câu 12: Đáp án đúng: C</w:t>
      </w:r>
    </w:p>
    <w:p>
      <w:r>
        <w:rPr>
          <w:b/>
        </w:rPr>
        <w:t>Câu 13: Đáp án đúng: A</w:t>
      </w:r>
    </w:p>
    <w:p>
      <w:r>
        <w:rPr>
          <w:b/>
        </w:rPr>
        <w:t>Câu 14: Đáp án đúng: A</w:t>
      </w:r>
    </w:p>
    <w:p>
      <w:r>
        <w:rPr>
          <w:b/>
        </w:rPr>
        <w:t>Câu 15: Đáp án đúng: A</w:t>
      </w:r>
    </w:p>
    <w:p>
      <w:r>
        <w:rPr>
          <w:b/>
        </w:rPr>
        <w:t>Câu 16: Đáp án đúng: A</w:t>
      </w:r>
    </w:p>
    <w:p>
      <w:r>
        <w:rPr>
          <w:b/>
        </w:rPr>
        <w:t>Câu 17: Đáp án đúng: B</w:t>
      </w:r>
    </w:p>
    <w:p>
      <w:r>
        <w:rPr>
          <w:b/>
        </w:rPr>
        <w:t>Câu 18: Đáp án đúng: A</w:t>
      </w:r>
    </w:p>
    <w:p>
      <w:r>
        <w:rPr>
          <w:b/>
        </w:rPr>
        <w:t>Câu 19: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