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Luyện tập</w:t>
      </w:r>
    </w:p>
    <w:p>
      <w:pPr>
        <w:jc w:val="center"/>
      </w:pPr>
      <w:r>
        <w:rPr>
          <w:sz w:val="22"/>
        </w:rPr>
        <w:t>Số câu: 25    Thời gian: _____ phút    Họ và tên: _________________________</w:t>
      </w:r>
    </w:p>
    <w:p/>
    <w:p>
      <w:r>
        <w:rPr>
          <w:b/>
          <w:sz w:val="24"/>
        </w:rPr>
        <w:t>Câu 1: She ______ to school every day.</w:t>
      </w:r>
    </w:p>
    <w:p>
      <w:pPr>
        <w:pStyle w:val="ListParagraph"/>
      </w:pPr>
      <w:r>
        <w:rPr>
          <w:sz w:val="22"/>
        </w:rPr>
        <w:t>A. goes</w:t>
      </w:r>
    </w:p>
    <w:p>
      <w:pPr>
        <w:pStyle w:val="ListParagraph"/>
      </w:pPr>
      <w:r>
        <w:rPr>
          <w:sz w:val="22"/>
        </w:rPr>
        <w:t>B. go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>Câu 2: They ______ TV when I called.</w:t>
      </w:r>
    </w:p>
    <w:p>
      <w:pPr>
        <w:pStyle w:val="ListParagraph"/>
      </w:pPr>
      <w:r>
        <w:rPr>
          <w:sz w:val="22"/>
        </w:rPr>
        <w:t>A. watched</w:t>
      </w:r>
    </w:p>
    <w:p>
      <w:pPr>
        <w:pStyle w:val="ListParagraph"/>
      </w:pPr>
      <w:r>
        <w:rPr>
          <w:sz w:val="22"/>
        </w:rPr>
        <w:t>B. were watching</w:t>
      </w:r>
    </w:p>
    <w:p>
      <w:pPr>
        <w:pStyle w:val="ListParagraph"/>
      </w:pPr>
      <w:r>
        <w:rPr>
          <w:sz w:val="22"/>
        </w:rPr>
        <w:t>C. watch</w:t>
      </w:r>
    </w:p>
    <w:p>
      <w:pPr>
        <w:pStyle w:val="ListParagraph"/>
      </w:pPr>
      <w:r>
        <w:rPr>
          <w:sz w:val="22"/>
        </w:rPr>
        <w:t>D. are watching</w:t>
      </w:r>
    </w:p>
    <w:p/>
    <w:p>
      <w:r>
        <w:rPr>
          <w:b/>
          <w:sz w:val="24"/>
        </w:rPr>
        <w:t>Câu 3: If it ______ tomorrow, we'll stay home.</w:t>
      </w:r>
    </w:p>
    <w:p>
      <w:pPr>
        <w:pStyle w:val="ListParagraph"/>
      </w:pPr>
      <w:r>
        <w:rPr>
          <w:sz w:val="22"/>
        </w:rPr>
        <w:t>A. rains</w:t>
      </w:r>
    </w:p>
    <w:p>
      <w:pPr>
        <w:pStyle w:val="ListParagraph"/>
      </w:pPr>
      <w:r>
        <w:rPr>
          <w:sz w:val="22"/>
        </w:rPr>
        <w:t>B. will rain</w:t>
      </w:r>
    </w:p>
    <w:p>
      <w:pPr>
        <w:pStyle w:val="ListParagraph"/>
      </w:pPr>
      <w:r>
        <w:rPr>
          <w:sz w:val="22"/>
        </w:rPr>
        <w:t>C. rained</w:t>
      </w:r>
    </w:p>
    <w:p>
      <w:pPr>
        <w:pStyle w:val="ListParagraph"/>
      </w:pPr>
      <w:r>
        <w:rPr>
          <w:sz w:val="22"/>
        </w:rPr>
        <w:t>D. raining</w:t>
      </w:r>
    </w:p>
    <w:p/>
    <w:p>
      <w:r>
        <w:rPr>
          <w:b/>
          <w:sz w:val="24"/>
        </w:rPr>
        <w:t>Câu 4: I have lived here ______ 2010.</w:t>
      </w:r>
    </w:p>
    <w:p>
      <w:pPr>
        <w:pStyle w:val="ListParagraph"/>
      </w:pPr>
      <w:r>
        <w:rPr>
          <w:sz w:val="22"/>
        </w:rPr>
        <w:t>A. for</w:t>
      </w:r>
    </w:p>
    <w:p>
      <w:pPr>
        <w:pStyle w:val="ListParagraph"/>
      </w:pPr>
      <w:r>
        <w:rPr>
          <w:sz w:val="22"/>
        </w:rPr>
        <w:t>B. since</w:t>
      </w:r>
    </w:p>
    <w:p>
      <w:pPr>
        <w:pStyle w:val="ListParagraph"/>
      </w:pPr>
      <w:r>
        <w:rPr>
          <w:sz w:val="22"/>
        </w:rPr>
        <w:t>C. in</w:t>
      </w:r>
    </w:p>
    <w:p>
      <w:pPr>
        <w:pStyle w:val="ListParagraph"/>
      </w:pPr>
      <w:r>
        <w:rPr>
          <w:sz w:val="22"/>
        </w:rPr>
        <w:t>D. at</w:t>
      </w:r>
    </w:p>
    <w:p/>
    <w:p>
      <w:r>
        <w:rPr>
          <w:b/>
          <w:sz w:val="24"/>
        </w:rPr>
        <w:t>Câu 5: He is interested ______ learning English.</w:t>
      </w:r>
    </w:p>
    <w:p>
      <w:pPr>
        <w:pStyle w:val="ListParagraph"/>
      </w:pPr>
      <w:r>
        <w:rPr>
          <w:sz w:val="22"/>
        </w:rPr>
        <w:t>A. on</w:t>
      </w:r>
    </w:p>
    <w:p>
      <w:pPr>
        <w:pStyle w:val="ListParagraph"/>
      </w:pPr>
      <w:r>
        <w:rPr>
          <w:sz w:val="22"/>
        </w:rPr>
        <w:t>B. at</w:t>
      </w:r>
    </w:p>
    <w:p>
      <w:pPr>
        <w:pStyle w:val="ListParagraph"/>
      </w:pPr>
      <w:r>
        <w:rPr>
          <w:sz w:val="22"/>
        </w:rPr>
        <w:t>C. in</w:t>
      </w:r>
    </w:p>
    <w:p>
      <w:pPr>
        <w:pStyle w:val="ListParagraph"/>
      </w:pPr>
      <w:r>
        <w:rPr>
          <w:sz w:val="22"/>
        </w:rPr>
        <w:t>D. for</w:t>
      </w:r>
    </w:p>
    <w:p/>
    <w:p>
      <w:r>
        <w:rPr>
          <w:b/>
          <w:sz w:val="24"/>
        </w:rPr>
        <w:t>Câu 6: The book ______ by Nguyen Du.</w:t>
      </w:r>
    </w:p>
    <w:p>
      <w:pPr>
        <w:pStyle w:val="ListParagraph"/>
      </w:pPr>
      <w:r>
        <w:rPr>
          <w:sz w:val="22"/>
        </w:rPr>
        <w:t>A. wrote</w:t>
      </w:r>
    </w:p>
    <w:p>
      <w:pPr>
        <w:pStyle w:val="ListParagraph"/>
      </w:pPr>
      <w:r>
        <w:rPr>
          <w:sz w:val="22"/>
        </w:rPr>
        <w:t>B. was written</w:t>
      </w:r>
    </w:p>
    <w:p>
      <w:pPr>
        <w:pStyle w:val="ListParagraph"/>
      </w:pPr>
      <w:r>
        <w:rPr>
          <w:sz w:val="22"/>
        </w:rPr>
        <w:t>C. is writing</w:t>
      </w:r>
    </w:p>
    <w:p>
      <w:pPr>
        <w:pStyle w:val="ListParagraph"/>
      </w:pPr>
      <w:r>
        <w:rPr>
          <w:sz w:val="22"/>
        </w:rPr>
        <w:t>D. writes</w:t>
      </w:r>
    </w:p>
    <w:p/>
    <w:p>
      <w:r>
        <w:rPr>
          <w:b/>
          <w:sz w:val="24"/>
        </w:rPr>
        <w:t>Câu 7: She asked me ______ I liked coffee.</w:t>
      </w:r>
    </w:p>
    <w:p>
      <w:pPr>
        <w:pStyle w:val="ListParagraph"/>
      </w:pPr>
      <w:r>
        <w:rPr>
          <w:sz w:val="22"/>
        </w:rPr>
        <w:t>A. that</w:t>
      </w:r>
    </w:p>
    <w:p>
      <w:pPr>
        <w:pStyle w:val="ListParagraph"/>
      </w:pPr>
      <w:r>
        <w:rPr>
          <w:sz w:val="22"/>
        </w:rPr>
        <w:t>B. if</w:t>
      </w:r>
    </w:p>
    <w:p>
      <w:pPr>
        <w:pStyle w:val="ListParagraph"/>
      </w:pPr>
      <w:r>
        <w:rPr>
          <w:sz w:val="22"/>
        </w:rPr>
        <w:t>C. what</w:t>
      </w:r>
    </w:p>
    <w:p>
      <w:pPr>
        <w:pStyle w:val="ListParagraph"/>
      </w:pPr>
      <w:r>
        <w:rPr>
          <w:sz w:val="22"/>
        </w:rPr>
        <w:t>D. which</w:t>
      </w:r>
    </w:p>
    <w:p/>
    <w:p>
      <w:r>
        <w:rPr>
          <w:b/>
          <w:sz w:val="24"/>
        </w:rPr>
        <w:t>Câu 8: This is the man ______ helped me.</w:t>
      </w:r>
    </w:p>
    <w:p>
      <w:pPr>
        <w:pStyle w:val="ListParagraph"/>
      </w:pPr>
      <w:r>
        <w:rPr>
          <w:sz w:val="22"/>
        </w:rPr>
        <w:t>A. who</w:t>
      </w:r>
    </w:p>
    <w:p>
      <w:pPr>
        <w:pStyle w:val="ListParagraph"/>
      </w:pPr>
      <w:r>
        <w:rPr>
          <w:sz w:val="22"/>
        </w:rPr>
        <w:t>B. whom</w:t>
      </w:r>
    </w:p>
    <w:p>
      <w:pPr>
        <w:pStyle w:val="ListParagraph"/>
      </w:pPr>
      <w:r>
        <w:rPr>
          <w:sz w:val="22"/>
        </w:rPr>
        <w:t>C. which</w:t>
      </w:r>
    </w:p>
    <w:p>
      <w:pPr>
        <w:pStyle w:val="ListParagraph"/>
      </w:pPr>
      <w:r>
        <w:rPr>
          <w:sz w:val="22"/>
        </w:rPr>
        <w:t>D. whose</w:t>
      </w:r>
    </w:p>
    <w:p/>
    <w:p>
      <w:r>
        <w:rPr>
          <w:b/>
          <w:sz w:val="24"/>
        </w:rPr>
        <w:t>Câu 9: You should ______ your homework before going out.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make</w:t>
      </w:r>
    </w:p>
    <w:p>
      <w:pPr>
        <w:pStyle w:val="ListParagraph"/>
      </w:pPr>
      <w:r>
        <w:rPr>
          <w:sz w:val="22"/>
        </w:rPr>
        <w:t>C. take</w:t>
      </w:r>
    </w:p>
    <w:p>
      <w:pPr>
        <w:pStyle w:val="ListParagraph"/>
      </w:pPr>
      <w:r>
        <w:rPr>
          <w:sz w:val="22"/>
        </w:rPr>
        <w:t>D. get</w:t>
      </w:r>
    </w:p>
    <w:p/>
    <w:p>
      <w:r>
        <w:rPr>
          <w:b/>
          <w:sz w:val="24"/>
        </w:rPr>
        <w:t>Câu 10: My sister is good ______ Math.</w:t>
      </w:r>
    </w:p>
    <w:p>
      <w:pPr>
        <w:pStyle w:val="ListParagraph"/>
      </w:pPr>
      <w:r>
        <w:rPr>
          <w:sz w:val="22"/>
        </w:rPr>
        <w:t>A. at</w:t>
      </w:r>
    </w:p>
    <w:p>
      <w:pPr>
        <w:pStyle w:val="ListParagraph"/>
      </w:pPr>
      <w:r>
        <w:rPr>
          <w:sz w:val="22"/>
        </w:rPr>
        <w:t>B. on</w:t>
      </w:r>
    </w:p>
    <w:p>
      <w:pPr>
        <w:pStyle w:val="ListParagraph"/>
      </w:pPr>
      <w:r>
        <w:rPr>
          <w:sz w:val="22"/>
        </w:rPr>
        <w:t>C. in</w:t>
      </w:r>
    </w:p>
    <w:p>
      <w:pPr>
        <w:pStyle w:val="ListParagraph"/>
      </w:pPr>
      <w:r>
        <w:rPr>
          <w:sz w:val="22"/>
        </w:rPr>
        <w:t>D. for</w:t>
      </w:r>
    </w:p>
    <w:p/>
    <w:p>
      <w:r>
        <w:rPr>
          <w:b/>
          <w:sz w:val="24"/>
        </w:rPr>
        <w:t>Câu 11: Choose the word whose ending -ed is pronounced differently from the others.</w:t>
      </w:r>
    </w:p>
    <w:p>
      <w:pPr>
        <w:pStyle w:val="ListParagraph"/>
      </w:pPr>
      <w:r>
        <w:rPr>
          <w:sz w:val="22"/>
        </w:rPr>
        <w:t>A. wanted</w:t>
      </w:r>
    </w:p>
    <w:p>
      <w:pPr>
        <w:pStyle w:val="ListParagraph"/>
      </w:pPr>
      <w:r>
        <w:rPr>
          <w:sz w:val="22"/>
        </w:rPr>
        <w:t>B. needed</w:t>
      </w:r>
    </w:p>
    <w:p>
      <w:pPr>
        <w:pStyle w:val="ListParagraph"/>
      </w:pPr>
      <w:r>
        <w:rPr>
          <w:sz w:val="22"/>
        </w:rPr>
        <w:t>C. played</w:t>
      </w:r>
    </w:p>
    <w:p>
      <w:pPr>
        <w:pStyle w:val="ListParagraph"/>
      </w:pPr>
      <w:r>
        <w:rPr>
          <w:sz w:val="22"/>
        </w:rPr>
        <w:t>D. decided</w:t>
      </w:r>
    </w:p>
    <w:p/>
    <w:p>
      <w:r>
        <w:rPr>
          <w:b/>
          <w:sz w:val="24"/>
        </w:rPr>
        <w:t>Câu 12: Choose the word with a different stress pattern from the others.</w:t>
      </w:r>
    </w:p>
    <w:p>
      <w:pPr>
        <w:pStyle w:val="ListParagraph"/>
      </w:pPr>
      <w:r>
        <w:rPr>
          <w:sz w:val="22"/>
        </w:rPr>
        <w:t>A. happy</w:t>
      </w:r>
    </w:p>
    <w:p>
      <w:pPr>
        <w:pStyle w:val="ListParagraph"/>
      </w:pPr>
      <w:r>
        <w:rPr>
          <w:sz w:val="22"/>
        </w:rPr>
        <w:t>B. begin</w:t>
      </w:r>
    </w:p>
    <w:p>
      <w:pPr>
        <w:pStyle w:val="ListParagraph"/>
      </w:pPr>
      <w:r>
        <w:rPr>
          <w:sz w:val="22"/>
        </w:rPr>
        <w:t>C. sister</w:t>
      </w:r>
    </w:p>
    <w:p>
      <w:pPr>
        <w:pStyle w:val="ListParagraph"/>
      </w:pPr>
      <w:r>
        <w:rPr>
          <w:sz w:val="22"/>
        </w:rPr>
        <w:t>D. doctor</w:t>
      </w:r>
    </w:p>
    <w:p/>
    <w:p>
      <w:r>
        <w:rPr>
          <w:b/>
          <w:sz w:val="24"/>
        </w:rPr>
        <w:t>Câu 13: She is the most ______ student in my class.</w:t>
      </w:r>
    </w:p>
    <w:p>
      <w:pPr>
        <w:pStyle w:val="ListParagraph"/>
      </w:pPr>
      <w:r>
        <w:rPr>
          <w:sz w:val="22"/>
        </w:rPr>
        <w:t>A. intelligent</w:t>
      </w:r>
    </w:p>
    <w:p>
      <w:pPr>
        <w:pStyle w:val="ListParagraph"/>
      </w:pPr>
      <w:r>
        <w:rPr>
          <w:sz w:val="22"/>
        </w:rPr>
        <w:t>B. more intelligent</w:t>
      </w:r>
    </w:p>
    <w:p>
      <w:pPr>
        <w:pStyle w:val="ListParagraph"/>
      </w:pPr>
      <w:r>
        <w:rPr>
          <w:sz w:val="22"/>
        </w:rPr>
        <w:t>C. intelligently</w:t>
      </w:r>
    </w:p>
    <w:p>
      <w:pPr>
        <w:pStyle w:val="ListParagraph"/>
      </w:pPr>
      <w:r>
        <w:rPr>
          <w:sz w:val="22"/>
        </w:rPr>
        <w:t>D. intelligence</w:t>
      </w:r>
    </w:p>
    <w:p/>
    <w:p>
      <w:r>
        <w:rPr>
          <w:b/>
          <w:sz w:val="24"/>
        </w:rPr>
        <w:t>Câu 14: I wish I ______ taller.</w:t>
      </w:r>
    </w:p>
    <w:p>
      <w:pPr>
        <w:pStyle w:val="ListParagraph"/>
      </w:pPr>
      <w:r>
        <w:rPr>
          <w:sz w:val="22"/>
        </w:rPr>
        <w:t>A. am</w:t>
      </w:r>
    </w:p>
    <w:p>
      <w:pPr>
        <w:pStyle w:val="ListParagraph"/>
      </w:pPr>
      <w:r>
        <w:rPr>
          <w:sz w:val="22"/>
        </w:rPr>
        <w:t>B. was</w:t>
      </w:r>
    </w:p>
    <w:p>
      <w:pPr>
        <w:pStyle w:val="ListParagraph"/>
      </w:pPr>
      <w:r>
        <w:rPr>
          <w:sz w:val="22"/>
        </w:rPr>
        <w:t>C. were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15: He suggested ______ to the beach.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going</w:t>
      </w:r>
    </w:p>
    <w:p>
      <w:pPr>
        <w:pStyle w:val="ListParagraph"/>
      </w:pPr>
      <w:r>
        <w:rPr>
          <w:sz w:val="22"/>
        </w:rPr>
        <w:t>C. to go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>Câu 16: It's no use ______ him.</w:t>
      </w:r>
    </w:p>
    <w:p>
      <w:pPr>
        <w:pStyle w:val="ListParagraph"/>
      </w:pPr>
      <w:r>
        <w:rPr>
          <w:sz w:val="22"/>
        </w:rPr>
        <w:t>A. to ask</w:t>
      </w:r>
    </w:p>
    <w:p>
      <w:pPr>
        <w:pStyle w:val="ListParagraph"/>
      </w:pPr>
      <w:r>
        <w:rPr>
          <w:sz w:val="22"/>
        </w:rPr>
        <w:t>B. asking</w:t>
      </w:r>
    </w:p>
    <w:p>
      <w:pPr>
        <w:pStyle w:val="ListParagraph"/>
      </w:pPr>
      <w:r>
        <w:rPr>
          <w:sz w:val="22"/>
        </w:rPr>
        <w:t>C. ask</w:t>
      </w:r>
    </w:p>
    <w:p>
      <w:pPr>
        <w:pStyle w:val="ListParagraph"/>
      </w:pPr>
      <w:r>
        <w:rPr>
          <w:sz w:val="22"/>
        </w:rPr>
        <w:t>D. asked</w:t>
      </w:r>
    </w:p>
    <w:p/>
    <w:p>
      <w:r>
        <w:rPr>
          <w:b/>
          <w:sz w:val="24"/>
        </w:rPr>
        <w:t>Câu 17: The car ______ he bought is very expensive.</w:t>
      </w:r>
    </w:p>
    <w:p>
      <w:pPr>
        <w:pStyle w:val="ListParagraph"/>
      </w:pPr>
      <w:r>
        <w:rPr>
          <w:sz w:val="22"/>
        </w:rPr>
        <w:t>A. who</w:t>
      </w:r>
    </w:p>
    <w:p>
      <w:pPr>
        <w:pStyle w:val="ListParagraph"/>
      </w:pPr>
      <w:r>
        <w:rPr>
          <w:sz w:val="22"/>
        </w:rPr>
        <w:t>B. whom</w:t>
      </w:r>
    </w:p>
    <w:p>
      <w:pPr>
        <w:pStyle w:val="ListParagraph"/>
      </w:pPr>
      <w:r>
        <w:rPr>
          <w:sz w:val="22"/>
        </w:rPr>
        <w:t>C. which</w:t>
      </w:r>
    </w:p>
    <w:p>
      <w:pPr>
        <w:pStyle w:val="ListParagraph"/>
      </w:pPr>
      <w:r>
        <w:rPr>
          <w:sz w:val="22"/>
        </w:rPr>
        <w:t>D. whose</w:t>
      </w:r>
    </w:p>
    <w:p/>
    <w:p>
      <w:r>
        <w:rPr>
          <w:b/>
          <w:sz w:val="24"/>
        </w:rPr>
        <w:t>Câu 18: We arrived ______ the airport at 7 a.m.</w:t>
      </w:r>
    </w:p>
    <w:p>
      <w:pPr>
        <w:pStyle w:val="ListParagraph"/>
      </w:pPr>
      <w:r>
        <w:rPr>
          <w:sz w:val="22"/>
        </w:rPr>
        <w:t>A. in</w:t>
      </w:r>
    </w:p>
    <w:p>
      <w:pPr>
        <w:pStyle w:val="ListParagraph"/>
      </w:pPr>
      <w:r>
        <w:rPr>
          <w:sz w:val="22"/>
        </w:rPr>
        <w:t>B. at</w:t>
      </w:r>
    </w:p>
    <w:p>
      <w:pPr>
        <w:pStyle w:val="ListParagraph"/>
      </w:pPr>
      <w:r>
        <w:rPr>
          <w:sz w:val="22"/>
        </w:rPr>
        <w:t>C. on</w:t>
      </w:r>
    </w:p>
    <w:p>
      <w:pPr>
        <w:pStyle w:val="ListParagraph"/>
      </w:pPr>
      <w:r>
        <w:rPr>
          <w:sz w:val="22"/>
        </w:rPr>
        <w:t>D. to</w:t>
      </w:r>
    </w:p>
    <w:p/>
    <w:p>
      <w:r>
        <w:rPr>
          <w:b/>
          <w:sz w:val="24"/>
        </w:rPr>
        <w:t>Câu 19: She has been working here ______ five years.</w:t>
      </w:r>
    </w:p>
    <w:p>
      <w:pPr>
        <w:pStyle w:val="ListParagraph"/>
      </w:pPr>
      <w:r>
        <w:rPr>
          <w:sz w:val="22"/>
        </w:rPr>
        <w:t>A. since</w:t>
      </w:r>
    </w:p>
    <w:p>
      <w:pPr>
        <w:pStyle w:val="ListParagraph"/>
      </w:pPr>
      <w:r>
        <w:rPr>
          <w:sz w:val="22"/>
        </w:rPr>
        <w:t>B. for</w:t>
      </w:r>
    </w:p>
    <w:p>
      <w:pPr>
        <w:pStyle w:val="ListParagraph"/>
      </w:pPr>
      <w:r>
        <w:rPr>
          <w:sz w:val="22"/>
        </w:rPr>
        <w:t>C. in</w:t>
      </w:r>
    </w:p>
    <w:p>
      <w:pPr>
        <w:pStyle w:val="ListParagraph"/>
      </w:pPr>
      <w:r>
        <w:rPr>
          <w:sz w:val="22"/>
        </w:rPr>
        <w:t>D. during</w:t>
      </w:r>
    </w:p>
    <w:p/>
    <w:p>
      <w:r>
        <w:rPr>
          <w:b/>
          <w:sz w:val="24"/>
        </w:rPr>
        <w:t>Câu 20: If I had known, I ______ you.</w:t>
      </w:r>
    </w:p>
    <w:p>
      <w:pPr>
        <w:pStyle w:val="ListParagraph"/>
      </w:pPr>
      <w:r>
        <w:rPr>
          <w:sz w:val="22"/>
        </w:rPr>
        <w:t>A. will tell</w:t>
      </w:r>
    </w:p>
    <w:p>
      <w:pPr>
        <w:pStyle w:val="ListParagraph"/>
      </w:pPr>
      <w:r>
        <w:rPr>
          <w:sz w:val="22"/>
        </w:rPr>
        <w:t>B. would tell</w:t>
      </w:r>
    </w:p>
    <w:p>
      <w:pPr>
        <w:pStyle w:val="ListParagraph"/>
      </w:pPr>
      <w:r>
        <w:rPr>
          <w:sz w:val="22"/>
        </w:rPr>
        <w:t>C. would have told</w:t>
      </w:r>
    </w:p>
    <w:p>
      <w:pPr>
        <w:pStyle w:val="ListParagraph"/>
      </w:pPr>
      <w:r>
        <w:rPr>
          <w:sz w:val="22"/>
        </w:rPr>
        <w:t>D. told</w:t>
      </w:r>
    </w:p>
    <w:p/>
    <w:p>
      <w:r>
        <w:rPr>
          <w:b/>
          <w:sz w:val="24"/>
        </w:rPr>
        <w:t>Câu 21: He denied ______ the money.</w:t>
      </w:r>
    </w:p>
    <w:p>
      <w:pPr>
        <w:pStyle w:val="ListParagraph"/>
      </w:pPr>
      <w:r>
        <w:rPr>
          <w:sz w:val="22"/>
        </w:rPr>
        <w:t>A. steal</w:t>
      </w:r>
    </w:p>
    <w:p>
      <w:pPr>
        <w:pStyle w:val="ListParagraph"/>
      </w:pPr>
      <w:r>
        <w:rPr>
          <w:sz w:val="22"/>
        </w:rPr>
        <w:t>B. stealing</w:t>
      </w:r>
    </w:p>
    <w:p>
      <w:pPr>
        <w:pStyle w:val="ListParagraph"/>
      </w:pPr>
      <w:r>
        <w:rPr>
          <w:sz w:val="22"/>
        </w:rPr>
        <w:t>C. to steal</w:t>
      </w:r>
    </w:p>
    <w:p>
      <w:pPr>
        <w:pStyle w:val="ListParagraph"/>
      </w:pPr>
      <w:r>
        <w:rPr>
          <w:sz w:val="22"/>
        </w:rPr>
        <w:t>D. stole</w:t>
      </w:r>
    </w:p>
    <w:p/>
    <w:p>
      <w:r>
        <w:rPr>
          <w:b/>
          <w:sz w:val="24"/>
        </w:rPr>
        <w:t>Câu 22: Choose the correct sentence.</w:t>
      </w:r>
    </w:p>
    <w:p>
      <w:pPr>
        <w:pStyle w:val="ListParagraph"/>
      </w:pPr>
      <w:r>
        <w:rPr>
          <w:sz w:val="22"/>
        </w:rPr>
        <w:t>A. She don't like coffee.</w:t>
      </w:r>
    </w:p>
    <w:p>
      <w:pPr>
        <w:pStyle w:val="ListParagraph"/>
      </w:pPr>
      <w:r>
        <w:rPr>
          <w:sz w:val="22"/>
        </w:rPr>
        <w:t>B. She doesn't likes coffee.</w:t>
      </w:r>
    </w:p>
    <w:p>
      <w:pPr>
        <w:pStyle w:val="ListParagraph"/>
      </w:pPr>
      <w:r>
        <w:rPr>
          <w:sz w:val="22"/>
        </w:rPr>
        <w:t>C. She doesn't like coffee.</w:t>
      </w:r>
    </w:p>
    <w:p>
      <w:pPr>
        <w:pStyle w:val="ListParagraph"/>
      </w:pPr>
      <w:r>
        <w:rPr>
          <w:sz w:val="22"/>
        </w:rPr>
        <w:t>D. She not like coffee.</w:t>
      </w:r>
    </w:p>
    <w:p/>
    <w:p>
      <w:r>
        <w:rPr>
          <w:b/>
          <w:sz w:val="24"/>
        </w:rPr>
        <w:t>Câu 23: The opposite of "generous" is ______.</w:t>
      </w:r>
    </w:p>
    <w:p>
      <w:pPr>
        <w:pStyle w:val="ListParagraph"/>
      </w:pPr>
      <w:r>
        <w:rPr>
          <w:sz w:val="22"/>
        </w:rPr>
        <w:t>A. kind</w:t>
      </w:r>
    </w:p>
    <w:p>
      <w:pPr>
        <w:pStyle w:val="ListParagraph"/>
      </w:pPr>
      <w:r>
        <w:rPr>
          <w:sz w:val="22"/>
        </w:rPr>
        <w:t>B. mean</w:t>
      </w:r>
    </w:p>
    <w:p>
      <w:pPr>
        <w:pStyle w:val="ListParagraph"/>
      </w:pPr>
      <w:r>
        <w:rPr>
          <w:sz w:val="22"/>
        </w:rPr>
        <w:t>C. rich</w:t>
      </w:r>
    </w:p>
    <w:p>
      <w:pPr>
        <w:pStyle w:val="ListParagraph"/>
      </w:pPr>
      <w:r>
        <w:rPr>
          <w:sz w:val="22"/>
        </w:rPr>
        <w:t>D. friendly</w:t>
      </w:r>
    </w:p>
    <w:p/>
    <w:p>
      <w:r>
        <w:rPr>
          <w:b/>
          <w:sz w:val="24"/>
        </w:rPr>
        <w:t>Câu 24: "Look after" means ______.</w:t>
      </w:r>
    </w:p>
    <w:p>
      <w:pPr>
        <w:pStyle w:val="ListParagraph"/>
      </w:pPr>
      <w:r>
        <w:rPr>
          <w:sz w:val="22"/>
        </w:rPr>
        <w:t>A. take care of</w:t>
      </w:r>
    </w:p>
    <w:p>
      <w:pPr>
        <w:pStyle w:val="ListParagraph"/>
      </w:pPr>
      <w:r>
        <w:rPr>
          <w:sz w:val="22"/>
        </w:rPr>
        <w:t>B. look for</w:t>
      </w:r>
    </w:p>
    <w:p>
      <w:pPr>
        <w:pStyle w:val="ListParagraph"/>
      </w:pPr>
      <w:r>
        <w:rPr>
          <w:sz w:val="22"/>
        </w:rPr>
        <w:t>C. look at</w:t>
      </w:r>
    </w:p>
    <w:p>
      <w:pPr>
        <w:pStyle w:val="ListParagraph"/>
      </w:pPr>
      <w:r>
        <w:rPr>
          <w:sz w:val="22"/>
        </w:rPr>
        <w:t>D. look up</w:t>
      </w:r>
    </w:p>
    <w:p/>
    <w:p>
      <w:r>
        <w:rPr>
          <w:b/>
          <w:sz w:val="24"/>
        </w:rPr>
        <w:t>Câu 25: I'm looking forward to ______ from you.</w:t>
      </w:r>
    </w:p>
    <w:p>
      <w:pPr>
        <w:pStyle w:val="ListParagraph"/>
      </w:pPr>
      <w:r>
        <w:rPr>
          <w:sz w:val="22"/>
        </w:rPr>
        <w:t>A. hear</w:t>
      </w:r>
    </w:p>
    <w:p>
      <w:pPr>
        <w:pStyle w:val="ListParagraph"/>
      </w:pPr>
      <w:r>
        <w:rPr>
          <w:sz w:val="22"/>
        </w:rPr>
        <w:t>B. hearing</w:t>
      </w:r>
    </w:p>
    <w:p>
      <w:pPr>
        <w:pStyle w:val="ListParagraph"/>
      </w:pPr>
      <w:r>
        <w:rPr>
          <w:sz w:val="22"/>
        </w:rPr>
        <w:t>C. heard</w:t>
      </w:r>
    </w:p>
    <w:p>
      <w:pPr>
        <w:pStyle w:val="ListParagraph"/>
      </w:pPr>
      <w:r>
        <w:rPr>
          <w:sz w:val="22"/>
        </w:rPr>
        <w:t>D. hears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C</w:t>
      </w:r>
    </w:p>
    <w:p>
      <w:r>
        <w:rPr>
          <w:b/>
        </w:rPr>
        <w:t>Câu 21: Đáp án đúng: B</w:t>
      </w:r>
    </w:p>
    <w:p>
      <w:r>
        <w:rPr>
          <w:b/>
        </w:rPr>
        <w:t>Câu 22: Đáp án đúng: C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