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rPr>
          <w:color w:val="0A2463"/>
          <w:sz w:val="32"/>
        </w:rPr>
        <w:t>đề thi giữa học kỳ 1 lớp 10</w:t>
      </w:r>
    </w:p>
    <w:p>
      <w:pPr>
        <w:jc w:val="center"/>
      </w:pPr>
      <w:r>
        <w:rPr>
          <w:sz w:val="22"/>
        </w:rPr>
        <w:t>Số câu: 20    Thời gian: _____ phút    Họ và tên: _________________________</w:t>
      </w:r>
    </w:p>
    <w:p/>
    <w:p>
      <w:r>
        <w:rPr>
          <w:b/>
          <w:sz w:val="24"/>
        </w:rPr>
        <w:t>Câu 1: Choose the word whose underlined part is pronounced differently from the others.</w:t>
      </w:r>
    </w:p>
    <w:p>
      <w:pPr>
        <w:pStyle w:val="ListParagraph"/>
      </w:pPr>
      <w:r>
        <w:rPr>
          <w:sz w:val="22"/>
        </w:rPr>
        <w:t>A. chores</w:t>
      </w:r>
    </w:p>
    <w:p>
      <w:pPr>
        <w:pStyle w:val="ListParagraph"/>
      </w:pPr>
      <w:r>
        <w:rPr>
          <w:sz w:val="22"/>
        </w:rPr>
        <w:t>B. dishes</w:t>
      </w:r>
    </w:p>
    <w:p>
      <w:pPr>
        <w:pStyle w:val="ListParagraph"/>
      </w:pPr>
      <w:r>
        <w:rPr>
          <w:sz w:val="22"/>
        </w:rPr>
        <w:t>C. clothes</w:t>
      </w:r>
    </w:p>
    <w:p>
      <w:pPr>
        <w:pStyle w:val="ListParagraph"/>
      </w:pPr>
      <w:r>
        <w:rPr>
          <w:sz w:val="22"/>
        </w:rPr>
        <w:t>D. shares</w:t>
      </w:r>
    </w:p>
    <w:p/>
    <w:p>
      <w:r>
        <w:rPr>
          <w:b/>
          <w:sz w:val="24"/>
        </w:rPr>
        <w:t>Câu 2: Choose the word whose main stress pattern is different from the others.</w:t>
      </w:r>
    </w:p>
    <w:p>
      <w:pPr>
        <w:pStyle w:val="ListParagraph"/>
      </w:pPr>
      <w:r>
        <w:rPr>
          <w:sz w:val="22"/>
        </w:rPr>
        <w:t>A. household</w:t>
      </w:r>
    </w:p>
    <w:p>
      <w:pPr>
        <w:pStyle w:val="ListParagraph"/>
      </w:pPr>
      <w:r>
        <w:rPr>
          <w:sz w:val="22"/>
        </w:rPr>
        <w:t>B. laundry</w:t>
      </w:r>
    </w:p>
    <w:p>
      <w:pPr>
        <w:pStyle w:val="ListParagraph"/>
      </w:pPr>
      <w:r>
        <w:rPr>
          <w:sz w:val="22"/>
        </w:rPr>
        <w:t>C. routine</w:t>
      </w:r>
    </w:p>
    <w:p>
      <w:pPr>
        <w:pStyle w:val="ListParagraph"/>
      </w:pPr>
      <w:r>
        <w:rPr>
          <w:sz w:val="22"/>
        </w:rPr>
        <w:t>D. rubbish</w:t>
      </w:r>
    </w:p>
    <w:p/>
    <w:p>
      <w:r>
        <w:rPr>
          <w:b/>
          <w:sz w:val="24"/>
        </w:rPr>
        <w:t>Câu 3: My mother ______ the responsibility for looking after the family.</w:t>
      </w:r>
    </w:p>
    <w:p>
      <w:pPr>
        <w:pStyle w:val="ListParagraph"/>
      </w:pPr>
      <w:r>
        <w:rPr>
          <w:sz w:val="22"/>
        </w:rPr>
        <w:t>A. takes</w:t>
      </w:r>
    </w:p>
    <w:p>
      <w:pPr>
        <w:pStyle w:val="ListParagraph"/>
      </w:pPr>
      <w:r>
        <w:rPr>
          <w:sz w:val="22"/>
        </w:rPr>
        <w:t>B. does</w:t>
      </w:r>
    </w:p>
    <w:p>
      <w:pPr>
        <w:pStyle w:val="ListParagraph"/>
      </w:pPr>
      <w:r>
        <w:rPr>
          <w:sz w:val="22"/>
        </w:rPr>
        <w:t>C. makes</w:t>
      </w:r>
    </w:p>
    <w:p>
      <w:pPr>
        <w:pStyle w:val="ListParagraph"/>
      </w:pPr>
      <w:r>
        <w:rPr>
          <w:sz w:val="22"/>
        </w:rPr>
        <w:t>D. gets</w:t>
      </w:r>
    </w:p>
    <w:p/>
    <w:p>
      <w:r>
        <w:rPr>
          <w:b/>
          <w:sz w:val="24"/>
        </w:rPr>
        <w:t>Câu 4: Look! The children ______ in the garden.</w:t>
      </w:r>
    </w:p>
    <w:p>
      <w:pPr>
        <w:pStyle w:val="ListParagraph"/>
      </w:pPr>
      <w:r>
        <w:rPr>
          <w:sz w:val="22"/>
        </w:rPr>
        <w:t>A. play</w:t>
      </w:r>
    </w:p>
    <w:p>
      <w:pPr>
        <w:pStyle w:val="ListParagraph"/>
      </w:pPr>
      <w:r>
        <w:rPr>
          <w:sz w:val="22"/>
        </w:rPr>
        <w:t>B. plays</w:t>
      </w:r>
    </w:p>
    <w:p>
      <w:pPr>
        <w:pStyle w:val="ListParagraph"/>
      </w:pPr>
      <w:r>
        <w:rPr>
          <w:sz w:val="22"/>
        </w:rPr>
        <w:t>C. are playing</w:t>
      </w:r>
    </w:p>
    <w:p>
      <w:pPr>
        <w:pStyle w:val="ListParagraph"/>
      </w:pPr>
      <w:r>
        <w:rPr>
          <w:sz w:val="22"/>
        </w:rPr>
        <w:t>D. played</w:t>
      </w:r>
    </w:p>
    <w:p/>
    <w:p>
      <w:r>
        <w:rPr>
          <w:b/>
          <w:sz w:val="24"/>
        </w:rPr>
        <w:t>Câu 5: I ______ my homework before I went out.</w:t>
      </w:r>
    </w:p>
    <w:p>
      <w:pPr>
        <w:pStyle w:val="ListParagraph"/>
      </w:pPr>
      <w:r>
        <w:rPr>
          <w:sz w:val="22"/>
        </w:rPr>
        <w:t>A. finish</w:t>
      </w:r>
    </w:p>
    <w:p>
      <w:pPr>
        <w:pStyle w:val="ListParagraph"/>
      </w:pPr>
      <w:r>
        <w:rPr>
          <w:sz w:val="22"/>
        </w:rPr>
        <w:t>B. finished</w:t>
      </w:r>
    </w:p>
    <w:p>
      <w:pPr>
        <w:pStyle w:val="ListParagraph"/>
      </w:pPr>
      <w:r>
        <w:rPr>
          <w:sz w:val="22"/>
        </w:rPr>
        <w:t>C. had finished</w:t>
      </w:r>
    </w:p>
    <w:p>
      <w:pPr>
        <w:pStyle w:val="ListParagraph"/>
      </w:pPr>
      <w:r>
        <w:rPr>
          <w:sz w:val="22"/>
        </w:rPr>
        <w:t>D. have finished</w:t>
      </w:r>
    </w:p>
    <w:p/>
    <w:p>
      <w:r>
        <w:rPr>
          <w:b/>
          <w:sz w:val="24"/>
        </w:rPr>
        <w:t>Câu 6: The environment ______ by human activities.</w:t>
      </w:r>
    </w:p>
    <w:p>
      <w:pPr>
        <w:pStyle w:val="ListParagraph"/>
      </w:pPr>
      <w:r>
        <w:rPr>
          <w:sz w:val="22"/>
        </w:rPr>
        <w:t>A. is affecting</w:t>
      </w:r>
    </w:p>
    <w:p>
      <w:pPr>
        <w:pStyle w:val="ListParagraph"/>
      </w:pPr>
      <w:r>
        <w:rPr>
          <w:sz w:val="22"/>
        </w:rPr>
        <w:t>B. is affected</w:t>
      </w:r>
    </w:p>
    <w:p>
      <w:pPr>
        <w:pStyle w:val="ListParagraph"/>
      </w:pPr>
      <w:r>
        <w:rPr>
          <w:sz w:val="22"/>
        </w:rPr>
        <w:t>C. affects</w:t>
      </w:r>
    </w:p>
    <w:p>
      <w:pPr>
        <w:pStyle w:val="ListParagraph"/>
      </w:pPr>
      <w:r>
        <w:rPr>
          <w:sz w:val="22"/>
        </w:rPr>
        <w:t>D. has affected</w:t>
      </w:r>
    </w:p>
    <w:p/>
    <w:p>
      <w:r>
        <w:rPr>
          <w:b/>
          <w:sz w:val="24"/>
        </w:rPr>
        <w:t>Câu 7: This is the girl ______ won the first prize.</w:t>
      </w:r>
    </w:p>
    <w:p>
      <w:pPr>
        <w:pStyle w:val="ListParagraph"/>
      </w:pPr>
      <w:r>
        <w:rPr>
          <w:sz w:val="22"/>
        </w:rPr>
        <w:t>A. who</w:t>
      </w:r>
    </w:p>
    <w:p>
      <w:pPr>
        <w:pStyle w:val="ListParagraph"/>
      </w:pPr>
      <w:r>
        <w:rPr>
          <w:sz w:val="22"/>
        </w:rPr>
        <w:t>B. whom</w:t>
      </w:r>
    </w:p>
    <w:p>
      <w:pPr>
        <w:pStyle w:val="ListParagraph"/>
      </w:pPr>
      <w:r>
        <w:rPr>
          <w:sz w:val="22"/>
        </w:rPr>
        <w:t>C. which</w:t>
      </w:r>
    </w:p>
    <w:p>
      <w:pPr>
        <w:pStyle w:val="ListParagraph"/>
      </w:pPr>
      <w:r>
        <w:rPr>
          <w:sz w:val="22"/>
        </w:rPr>
        <w:t>D. whose</w:t>
      </w:r>
    </w:p>
    <w:p/>
    <w:p>
      <w:r>
        <w:rPr>
          <w:b/>
          <w:sz w:val="24"/>
        </w:rPr>
        <w:t>Câu 8: She is the most ______ student in my class.</w:t>
      </w:r>
    </w:p>
    <w:p>
      <w:pPr>
        <w:pStyle w:val="ListParagraph"/>
      </w:pPr>
      <w:r>
        <w:rPr>
          <w:sz w:val="22"/>
        </w:rPr>
        <w:t>A. intelligent</w:t>
      </w:r>
    </w:p>
    <w:p>
      <w:pPr>
        <w:pStyle w:val="ListParagraph"/>
      </w:pPr>
      <w:r>
        <w:rPr>
          <w:sz w:val="22"/>
        </w:rPr>
        <w:t>B. more intelligent</w:t>
      </w:r>
    </w:p>
    <w:p>
      <w:pPr>
        <w:pStyle w:val="ListParagraph"/>
      </w:pPr>
      <w:r>
        <w:rPr>
          <w:sz w:val="22"/>
        </w:rPr>
        <w:t>C. intelligently</w:t>
      </w:r>
    </w:p>
    <w:p>
      <w:pPr>
        <w:pStyle w:val="ListParagraph"/>
      </w:pPr>
      <w:r>
        <w:rPr>
          <w:sz w:val="22"/>
        </w:rPr>
        <w:t>D. intelligence</w:t>
      </w:r>
    </w:p>
    <w:p/>
    <w:p>
      <w:r>
        <w:rPr>
          <w:b/>
          <w:sz w:val="24"/>
        </w:rPr>
        <w:t>Câu 9: We should ______ plastic bags to protect the environment.</w:t>
      </w:r>
    </w:p>
    <w:p>
      <w:pPr>
        <w:pStyle w:val="ListParagraph"/>
      </w:pPr>
      <w:r>
        <w:rPr>
          <w:sz w:val="22"/>
        </w:rPr>
        <w:t>A. reduce</w:t>
      </w:r>
    </w:p>
    <w:p>
      <w:pPr>
        <w:pStyle w:val="ListParagraph"/>
      </w:pPr>
      <w:r>
        <w:rPr>
          <w:sz w:val="22"/>
        </w:rPr>
        <w:t>B. reuse</w:t>
      </w:r>
    </w:p>
    <w:p>
      <w:pPr>
        <w:pStyle w:val="ListParagraph"/>
      </w:pPr>
      <w:r>
        <w:rPr>
          <w:sz w:val="22"/>
        </w:rPr>
        <w:t>C. recycle</w:t>
      </w:r>
    </w:p>
    <w:p>
      <w:pPr>
        <w:pStyle w:val="ListParagraph"/>
      </w:pPr>
      <w:r>
        <w:rPr>
          <w:sz w:val="22"/>
        </w:rPr>
        <w:t>D. all are correct</w:t>
      </w:r>
    </w:p>
    <w:p/>
    <w:p>
      <w:r>
        <w:rPr>
          <w:b/>
          <w:sz w:val="24"/>
        </w:rPr>
        <w:t>Câu 10: A ______ is a person who writes music.</w:t>
      </w:r>
    </w:p>
    <w:p>
      <w:pPr>
        <w:pStyle w:val="ListParagraph"/>
      </w:pPr>
      <w:r>
        <w:rPr>
          <w:sz w:val="22"/>
        </w:rPr>
        <w:t>A. composer</w:t>
      </w:r>
    </w:p>
    <w:p>
      <w:pPr>
        <w:pStyle w:val="ListParagraph"/>
      </w:pPr>
      <w:r>
        <w:rPr>
          <w:sz w:val="22"/>
        </w:rPr>
        <w:t>B. singer</w:t>
      </w:r>
    </w:p>
    <w:p>
      <w:pPr>
        <w:pStyle w:val="ListParagraph"/>
      </w:pPr>
      <w:r>
        <w:rPr>
          <w:sz w:val="22"/>
        </w:rPr>
        <w:t>C. musician</w:t>
      </w:r>
    </w:p>
    <w:p>
      <w:pPr>
        <w:pStyle w:val="ListParagraph"/>
      </w:pPr>
      <w:r>
        <w:rPr>
          <w:sz w:val="22"/>
        </w:rPr>
        <w:t>D. dancer</w:t>
      </w:r>
    </w:p>
    <w:p/>
    <w:p>
      <w:r>
        <w:rPr>
          <w:b/>
          <w:sz w:val="24"/>
        </w:rPr>
        <w:t>Câu 11: Family ______ are the most important values in Vietnamese culture.</w:t>
      </w:r>
    </w:p>
    <w:p>
      <w:pPr>
        <w:pStyle w:val="ListParagraph"/>
      </w:pPr>
      <w:r>
        <w:rPr>
          <w:sz w:val="22"/>
        </w:rPr>
        <w:t>A. traditions</w:t>
      </w:r>
    </w:p>
    <w:p>
      <w:pPr>
        <w:pStyle w:val="ListParagraph"/>
      </w:pPr>
      <w:r>
        <w:rPr>
          <w:sz w:val="22"/>
        </w:rPr>
        <w:t>B. customs</w:t>
      </w:r>
    </w:p>
    <w:p>
      <w:pPr>
        <w:pStyle w:val="ListParagraph"/>
      </w:pPr>
      <w:r>
        <w:rPr>
          <w:sz w:val="22"/>
        </w:rPr>
        <w:t>C. values</w:t>
      </w:r>
    </w:p>
    <w:p>
      <w:pPr>
        <w:pStyle w:val="ListParagraph"/>
      </w:pPr>
      <w:r>
        <w:rPr>
          <w:sz w:val="22"/>
        </w:rPr>
        <w:t>D. habits</w:t>
      </w:r>
    </w:p>
    <w:p/>
    <w:p>
      <w:r>
        <w:rPr>
          <w:b/>
          <w:sz w:val="24"/>
        </w:rPr>
        <w:t>Câu 12: "Thank you for your help." - "______"</w:t>
      </w:r>
    </w:p>
    <w:p>
      <w:pPr>
        <w:pStyle w:val="ListParagraph"/>
      </w:pPr>
      <w:r>
        <w:rPr>
          <w:sz w:val="22"/>
        </w:rPr>
        <w:t>A. You're welcome.</w:t>
      </w:r>
    </w:p>
    <w:p>
      <w:pPr>
        <w:pStyle w:val="ListParagraph"/>
      </w:pPr>
      <w:r>
        <w:rPr>
          <w:sz w:val="22"/>
        </w:rPr>
        <w:t>B. No, thanks.</w:t>
      </w:r>
    </w:p>
    <w:p>
      <w:pPr>
        <w:pStyle w:val="ListParagraph"/>
      </w:pPr>
      <w:r>
        <w:rPr>
          <w:sz w:val="22"/>
        </w:rPr>
        <w:t>C. Yes, please.</w:t>
      </w:r>
    </w:p>
    <w:p>
      <w:pPr>
        <w:pStyle w:val="ListParagraph"/>
      </w:pPr>
      <w:r>
        <w:rPr>
          <w:sz w:val="22"/>
        </w:rPr>
        <w:t>D. I'm sorry.</w:t>
      </w:r>
    </w:p>
    <w:p/>
    <w:p>
      <w:r>
        <w:rPr>
          <w:b/>
          <w:sz w:val="24"/>
        </w:rPr>
        <w:t>Câu 13: Read the passage and choose the correct answer. In many families, both parents work and children share household chores. Sharing chores helps children develop responsibility and skills. According to the passage, what do children learn from sharing chores?</w:t>
      </w:r>
    </w:p>
    <w:p>
      <w:pPr>
        <w:pStyle w:val="ListParagraph"/>
      </w:pPr>
      <w:r>
        <w:rPr>
          <w:sz w:val="22"/>
        </w:rPr>
        <w:t>A. Responsibility and skills</w:t>
      </w:r>
    </w:p>
    <w:p>
      <w:pPr>
        <w:pStyle w:val="ListParagraph"/>
      </w:pPr>
      <w:r>
        <w:rPr>
          <w:sz w:val="22"/>
        </w:rPr>
        <w:t>B. Only cooking</w:t>
      </w:r>
    </w:p>
    <w:p>
      <w:pPr>
        <w:pStyle w:val="ListParagraph"/>
      </w:pPr>
      <w:r>
        <w:rPr>
          <w:sz w:val="22"/>
        </w:rPr>
        <w:t>C. Nothing</w:t>
      </w:r>
    </w:p>
    <w:p>
      <w:pPr>
        <w:pStyle w:val="ListParagraph"/>
      </w:pPr>
      <w:r>
        <w:rPr>
          <w:sz w:val="22"/>
        </w:rPr>
        <w:t>D. How to play</w:t>
      </w:r>
    </w:p>
    <w:p/>
    <w:p>
      <w:r>
        <w:rPr>
          <w:b/>
          <w:sz w:val="24"/>
        </w:rPr>
        <w:t>Câu 14: Read the passage and choose the correct answer. Music plays an important role in our lives. It can help us relax, reduce stress, and connect with others. What is the main benefit of music mentioned in the passage?</w:t>
      </w:r>
    </w:p>
    <w:p>
      <w:pPr>
        <w:pStyle w:val="ListParagraph"/>
      </w:pPr>
      <w:r>
        <w:rPr>
          <w:sz w:val="22"/>
        </w:rPr>
        <w:t>A. It helps us relax and reduce stress.</w:t>
      </w:r>
    </w:p>
    <w:p>
      <w:pPr>
        <w:pStyle w:val="ListParagraph"/>
      </w:pPr>
      <w:r>
        <w:rPr>
          <w:sz w:val="22"/>
        </w:rPr>
        <w:t>B. It makes us tired.</w:t>
      </w:r>
    </w:p>
    <w:p>
      <w:pPr>
        <w:pStyle w:val="ListParagraph"/>
      </w:pPr>
      <w:r>
        <w:rPr>
          <w:sz w:val="22"/>
        </w:rPr>
        <w:t>C. It is only for entertainment.</w:t>
      </w:r>
    </w:p>
    <w:p>
      <w:pPr>
        <w:pStyle w:val="ListParagraph"/>
      </w:pPr>
      <w:r>
        <w:rPr>
          <w:sz w:val="22"/>
        </w:rPr>
        <w:t>D. It causes stress.</w:t>
      </w:r>
    </w:p>
    <w:p/>
    <w:p>
      <w:r>
        <w:rPr>
          <w:b/>
          <w:sz w:val="24"/>
        </w:rPr>
        <w:t>Câu 15: If I ______ you, I would plant more trees.</w:t>
      </w:r>
    </w:p>
    <w:p>
      <w:pPr>
        <w:pStyle w:val="ListParagraph"/>
      </w:pPr>
      <w:r>
        <w:rPr>
          <w:sz w:val="22"/>
        </w:rPr>
        <w:t>A. am</w:t>
      </w:r>
    </w:p>
    <w:p>
      <w:pPr>
        <w:pStyle w:val="ListParagraph"/>
      </w:pPr>
      <w:r>
        <w:rPr>
          <w:sz w:val="22"/>
        </w:rPr>
        <w:t>B. was</w:t>
      </w:r>
    </w:p>
    <w:p>
      <w:pPr>
        <w:pStyle w:val="ListParagraph"/>
      </w:pPr>
      <w:r>
        <w:rPr>
          <w:sz w:val="22"/>
        </w:rPr>
        <w:t>C. were</w:t>
      </w:r>
    </w:p>
    <w:p>
      <w:pPr>
        <w:pStyle w:val="ListParagraph"/>
      </w:pPr>
      <w:r>
        <w:rPr>
          <w:sz w:val="22"/>
        </w:rPr>
        <w:t>D. be</w:t>
      </w:r>
    </w:p>
    <w:p/>
    <w:p>
      <w:r>
        <w:rPr>
          <w:b/>
          <w:sz w:val="24"/>
        </w:rPr>
        <w:t>Câu 16: He ______ TV when the phone rang.</w:t>
      </w:r>
    </w:p>
    <w:p>
      <w:pPr>
        <w:pStyle w:val="ListParagraph"/>
      </w:pPr>
      <w:r>
        <w:rPr>
          <w:sz w:val="22"/>
        </w:rPr>
        <w:t>A. watched</w:t>
      </w:r>
    </w:p>
    <w:p>
      <w:pPr>
        <w:pStyle w:val="ListParagraph"/>
      </w:pPr>
      <w:r>
        <w:rPr>
          <w:sz w:val="22"/>
        </w:rPr>
        <w:t>B. was watching</w:t>
      </w:r>
    </w:p>
    <w:p>
      <w:pPr>
        <w:pStyle w:val="ListParagraph"/>
      </w:pPr>
      <w:r>
        <w:rPr>
          <w:sz w:val="22"/>
        </w:rPr>
        <w:t>C. watches</w:t>
      </w:r>
    </w:p>
    <w:p>
      <w:pPr>
        <w:pStyle w:val="ListParagraph"/>
      </w:pPr>
      <w:r>
        <w:rPr>
          <w:sz w:val="22"/>
        </w:rPr>
        <w:t>D. has watched</w:t>
      </w:r>
    </w:p>
    <w:p/>
    <w:p>
      <w:r>
        <w:rPr>
          <w:b/>
          <w:sz w:val="24"/>
        </w:rPr>
        <w:t>Câu 17: We ______ to the cinema tonight.</w:t>
      </w:r>
    </w:p>
    <w:p>
      <w:pPr>
        <w:pStyle w:val="ListParagraph"/>
      </w:pPr>
      <w:r>
        <w:rPr>
          <w:sz w:val="22"/>
        </w:rPr>
        <w:t>A. go</w:t>
      </w:r>
    </w:p>
    <w:p>
      <w:pPr>
        <w:pStyle w:val="ListParagraph"/>
      </w:pPr>
      <w:r>
        <w:rPr>
          <w:sz w:val="22"/>
        </w:rPr>
        <w:t>B. are going</w:t>
      </w:r>
    </w:p>
    <w:p>
      <w:pPr>
        <w:pStyle w:val="ListParagraph"/>
      </w:pPr>
      <w:r>
        <w:rPr>
          <w:sz w:val="22"/>
        </w:rPr>
        <w:t>C. went</w:t>
      </w:r>
    </w:p>
    <w:p>
      <w:pPr>
        <w:pStyle w:val="ListParagraph"/>
      </w:pPr>
      <w:r>
        <w:rPr>
          <w:sz w:val="22"/>
        </w:rPr>
        <w:t>D. have gone</w:t>
      </w:r>
    </w:p>
    <w:p/>
    <w:p>
      <w:r>
        <w:rPr>
          <w:b/>
          <w:sz w:val="24"/>
        </w:rPr>
        <w:t>Câu 18: The ______ of the music was so beautiful that everyone stood still.</w:t>
      </w:r>
    </w:p>
    <w:p>
      <w:pPr>
        <w:pStyle w:val="ListParagraph"/>
      </w:pPr>
      <w:r>
        <w:rPr>
          <w:sz w:val="22"/>
        </w:rPr>
        <w:t>A. melody</w:t>
      </w:r>
    </w:p>
    <w:p>
      <w:pPr>
        <w:pStyle w:val="ListParagraph"/>
      </w:pPr>
      <w:r>
        <w:rPr>
          <w:sz w:val="22"/>
        </w:rPr>
        <w:t>B. lyrics</w:t>
      </w:r>
    </w:p>
    <w:p>
      <w:pPr>
        <w:pStyle w:val="ListParagraph"/>
      </w:pPr>
      <w:r>
        <w:rPr>
          <w:sz w:val="22"/>
        </w:rPr>
        <w:t>C. rhythm</w:t>
      </w:r>
    </w:p>
    <w:p>
      <w:pPr>
        <w:pStyle w:val="ListParagraph"/>
      </w:pPr>
      <w:r>
        <w:rPr>
          <w:sz w:val="22"/>
        </w:rPr>
        <w:t>D. harmony</w:t>
      </w:r>
    </w:p>
    <w:p/>
    <w:p>
      <w:r>
        <w:rPr>
          <w:b/>
          <w:sz w:val="24"/>
        </w:rPr>
        <w:t>Câu 19: Many people are concerned about the ______ of the environment.</w:t>
      </w:r>
    </w:p>
    <w:p>
      <w:pPr>
        <w:pStyle w:val="ListParagraph"/>
      </w:pPr>
      <w:r>
        <w:rPr>
          <w:sz w:val="22"/>
        </w:rPr>
        <w:t>A. pollution</w:t>
      </w:r>
    </w:p>
    <w:p>
      <w:pPr>
        <w:pStyle w:val="ListParagraph"/>
      </w:pPr>
      <w:r>
        <w:rPr>
          <w:sz w:val="22"/>
        </w:rPr>
        <w:t>B. polluted</w:t>
      </w:r>
    </w:p>
    <w:p>
      <w:pPr>
        <w:pStyle w:val="ListParagraph"/>
      </w:pPr>
      <w:r>
        <w:rPr>
          <w:sz w:val="22"/>
        </w:rPr>
        <w:t>C. pollute</w:t>
      </w:r>
    </w:p>
    <w:p>
      <w:pPr>
        <w:pStyle w:val="ListParagraph"/>
      </w:pPr>
      <w:r>
        <w:rPr>
          <w:sz w:val="22"/>
        </w:rPr>
        <w:t>D. polluting</w:t>
      </w:r>
    </w:p>
    <w:p/>
    <w:p>
      <w:r>
        <w:rPr>
          <w:b/>
          <w:sz w:val="24"/>
        </w:rPr>
        <w:t>Câu 20: Choose the word whose underlined part is pronounced differently from the others.</w:t>
      </w:r>
    </w:p>
    <w:p>
      <w:pPr>
        <w:pStyle w:val="ListParagraph"/>
      </w:pPr>
      <w:r>
        <w:rPr>
          <w:sz w:val="22"/>
        </w:rPr>
        <w:t>A. played</w:t>
      </w:r>
    </w:p>
    <w:p>
      <w:pPr>
        <w:pStyle w:val="ListParagraph"/>
      </w:pPr>
      <w:r>
        <w:rPr>
          <w:sz w:val="22"/>
        </w:rPr>
        <w:t>B. cooked</w:t>
      </w:r>
    </w:p>
    <w:p>
      <w:pPr>
        <w:pStyle w:val="ListParagraph"/>
      </w:pPr>
      <w:r>
        <w:rPr>
          <w:sz w:val="22"/>
        </w:rPr>
        <w:t>C. lived</w:t>
      </w:r>
    </w:p>
    <w:p>
      <w:pPr>
        <w:pStyle w:val="ListParagraph"/>
      </w:pPr>
      <w:r>
        <w:rPr>
          <w:sz w:val="22"/>
        </w:rPr>
        <w:t>D. opened</w:t>
      </w:r>
    </w:p>
    <w:p/>
    <w:p>
      <w:r>
        <w:t>──────────────────────────────────────────────────</w:t>
      </w:r>
    </w:p>
    <w:p>
      <w:r>
        <w:rPr>
          <w:b/>
        </w:rPr>
        <w:t>BẢNG ĐÁP ÁN &amp; LỜI GIẢI CHI TIẾT</w:t>
      </w:r>
    </w:p>
    <w:p>
      <w:r>
        <w:rPr>
          <w:b/>
        </w:rPr>
        <w:t>Câu 1: Đáp án đúng: B</w:t>
      </w:r>
    </w:p>
    <w:p>
      <w:r>
        <w:rPr>
          <w:b/>
        </w:rPr>
        <w:t>Câu 2: Đáp án đúng: C</w:t>
      </w:r>
    </w:p>
    <w:p>
      <w:r>
        <w:rPr>
          <w:b/>
        </w:rPr>
        <w:t>Câu 3: Đáp án đúng: A</w:t>
      </w:r>
    </w:p>
    <w:p>
      <w:r>
        <w:rPr>
          <w:b/>
        </w:rPr>
        <w:t>Câu 4: Đáp án đúng: C</w:t>
      </w:r>
    </w:p>
    <w:p>
      <w:r>
        <w:rPr>
          <w:b/>
        </w:rPr>
        <w:t>Câu 5: Đáp án đúng: C</w:t>
      </w:r>
    </w:p>
    <w:p>
      <w:r>
        <w:rPr>
          <w:b/>
        </w:rPr>
        <w:t>Câu 6: Đáp án đúng: B</w:t>
      </w:r>
    </w:p>
    <w:p>
      <w:r>
        <w:rPr>
          <w:b/>
        </w:rPr>
        <w:t>Câu 7: Đáp án đúng: A</w:t>
      </w:r>
    </w:p>
    <w:p>
      <w:r>
        <w:rPr>
          <w:b/>
        </w:rPr>
        <w:t>Câu 8: Đáp án đúng: A</w:t>
      </w:r>
    </w:p>
    <w:p>
      <w:r>
        <w:rPr>
          <w:b/>
        </w:rPr>
        <w:t>Câu 9: Đáp án đúng: D</w:t>
      </w:r>
    </w:p>
    <w:p>
      <w:r>
        <w:rPr>
          <w:b/>
        </w:rPr>
        <w:t>Câu 10: Đáp án đúng: A</w:t>
      </w:r>
    </w:p>
    <w:p>
      <w:r>
        <w:rPr>
          <w:b/>
        </w:rPr>
        <w:t>Câu 11: Đáp án đúng: C</w:t>
      </w:r>
    </w:p>
    <w:p>
      <w:r>
        <w:rPr>
          <w:b/>
        </w:rPr>
        <w:t>Câu 12: Đáp án đúng: A</w:t>
      </w:r>
    </w:p>
    <w:p>
      <w:r>
        <w:rPr>
          <w:b/>
        </w:rPr>
        <w:t>Câu 13: Đáp án đúng: A</w:t>
      </w:r>
    </w:p>
    <w:p>
      <w:r>
        <w:rPr>
          <w:b/>
        </w:rPr>
        <w:t>Câu 14: Đáp án đúng: A</w:t>
      </w:r>
    </w:p>
    <w:p>
      <w:r>
        <w:rPr>
          <w:b/>
        </w:rPr>
        <w:t>Câu 15: Đáp án đúng: C</w:t>
      </w:r>
    </w:p>
    <w:p>
      <w:r>
        <w:rPr>
          <w:b/>
        </w:rPr>
        <w:t>Câu 16: Đáp án đúng: B</w:t>
      </w:r>
    </w:p>
    <w:p>
      <w:r>
        <w:rPr>
          <w:b/>
        </w:rPr>
        <w:t>Câu 17: Đáp án đúng: B</w:t>
      </w:r>
    </w:p>
    <w:p>
      <w:r>
        <w:rPr>
          <w:b/>
        </w:rPr>
        <w:t>Câu 18: Đáp án đúng: A</w:t>
      </w:r>
    </w:p>
    <w:p>
      <w:r>
        <w:rPr>
          <w:b/>
        </w:rPr>
        <w:t>Câu 19: Đáp án đúng: A</w:t>
      </w:r>
    </w:p>
    <w:p>
      <w:r>
        <w:rPr>
          <w:b/>
        </w:rPr>
        <w:t>Câu 20: Đáp án đúng: B</w:t>
      </w:r>
    </w:p>
    <w:sectPr w:rsidR="00FC693F" w:rsidRPr="0006063C"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