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read books?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mother ______ dinner every evening.</w:t>
      </w:r>
    </w:p>
    <w:p>
      <w:pPr>
        <w:pStyle w:val="ListParagraph"/>
      </w:pPr>
      <w:r>
        <w:rPr>
          <w:sz w:val="22"/>
        </w:rPr>
        <w:t>A. cook</w:t>
      </w:r>
    </w:p>
    <w:p>
      <w:pPr>
        <w:pStyle w:val="ListParagraph"/>
      </w:pPr>
      <w:r>
        <w:rPr>
          <w:sz w:val="22"/>
        </w:rPr>
        <w:t>B. cooks</w:t>
      </w:r>
    </w:p>
    <w:p>
      <w:pPr>
        <w:pStyle w:val="ListParagraph"/>
      </w:pPr>
      <w:r>
        <w:rPr>
          <w:sz w:val="22"/>
        </w:rPr>
        <w:t>C. cooking</w:t>
      </w:r>
    </w:p>
    <w:p>
      <w:pPr>
        <w:pStyle w:val="ListParagraph"/>
      </w:pPr>
      <w:r>
        <w:rPr>
          <w:sz w:val="22"/>
        </w:rPr>
        <w:t>D. cooked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cinema on weekends.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She ______ English very well.</w:t>
      </w:r>
    </w:p>
    <w:p>
      <w:pPr>
        <w:pStyle w:val="ListParagraph"/>
      </w:pPr>
      <w:r>
        <w:rPr>
          <w:sz w:val="22"/>
        </w:rPr>
        <w:t>A. speak</w:t>
      </w:r>
    </w:p>
    <w:p>
      <w:pPr>
        <w:pStyle w:val="ListParagraph"/>
      </w:pPr>
      <w:r>
        <w:rPr>
          <w:sz w:val="22"/>
        </w:rPr>
        <w:t>B. speaks</w:t>
      </w:r>
    </w:p>
    <w:p>
      <w:pPr>
        <w:pStyle w:val="ListParagraph"/>
      </w:pPr>
      <w:r>
        <w:rPr>
          <w:sz w:val="22"/>
        </w:rPr>
        <w:t>C. speaking</w:t>
      </w:r>
    </w:p>
    <w:p>
      <w:pPr>
        <w:pStyle w:val="ListParagraph"/>
      </w:pPr>
      <w:r>
        <w:rPr>
          <w:sz w:val="22"/>
        </w:rPr>
        <w:t>D. spoke</w:t>
      </w:r>
    </w:p>
    <w:p/>
    <w:p>
      <w:r>
        <w:rPr>
          <w:b/>
          <w:sz w:val="24"/>
        </w:rPr>
        <w:t>Câu 9: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10: ______ he play soccer every day?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