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vật lý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Nội năng của một vật là</w:t>
      </w:r>
    </w:p>
    <w:p>
      <w:pPr>
        <w:pStyle w:val="ListParagraph"/>
      </w:pPr>
      <w:r>
        <w:rPr>
          <w:sz w:val="22"/>
        </w:rPr>
        <w:t>A. tổng động năng chuyển động nhiệt và thế năng tương tác giữa các phân tử cấu tạo nên vật.</w:t>
      </w:r>
    </w:p>
    <w:p>
      <w:pPr>
        <w:pStyle w:val="ListParagraph"/>
      </w:pPr>
      <w:r>
        <w:rPr>
          <w:sz w:val="22"/>
        </w:rPr>
        <w:t>B. tổng động năng và thế năng của vật trong trọng trường.</w:t>
      </w:r>
    </w:p>
    <w:p>
      <w:pPr>
        <w:pStyle w:val="ListParagraph"/>
      </w:pPr>
      <w:r>
        <w:rPr>
          <w:sz w:val="22"/>
        </w:rPr>
        <w:t>C. nhiệt lượng vật nhận được trong quá trình truyền nhiệt.</w:t>
      </w:r>
    </w:p>
    <w:p>
      <w:pPr>
        <w:pStyle w:val="ListParagraph"/>
      </w:pPr>
      <w:r>
        <w:rPr>
          <w:sz w:val="22"/>
        </w:rPr>
        <w:t>D. tổng khối lượng và vận tốc của các phân tử.</w:t>
      </w:r>
    </w:p>
    <w:p/>
    <w:p>
      <w:r>
        <w:rPr>
          <w:b/>
          <w:sz w:val="24"/>
        </w:rPr>
        <w:t>Câu 2: Nhiệt độ của vật càng cao thì</w:t>
      </w:r>
    </w:p>
    <w:p>
      <w:pPr>
        <w:pStyle w:val="ListParagraph"/>
      </w:pPr>
      <w:r>
        <w:rPr>
          <w:sz w:val="22"/>
        </w:rPr>
        <w:t>A. động năng chuyển động nhiệt trung bình của các phân tử càng lớn.</w:t>
      </w:r>
    </w:p>
    <w:p>
      <w:pPr>
        <w:pStyle w:val="ListParagraph"/>
      </w:pPr>
      <w:r>
        <w:rPr>
          <w:sz w:val="22"/>
        </w:rPr>
        <w:t>B. thế năng tương tác giữa các phân tử càng lớn.</w:t>
      </w:r>
    </w:p>
    <w:p>
      <w:pPr>
        <w:pStyle w:val="ListParagraph"/>
      </w:pPr>
      <w:r>
        <w:rPr>
          <w:sz w:val="22"/>
        </w:rPr>
        <w:t>C. nội năng của vật luôn bằng không.</w:t>
      </w:r>
    </w:p>
    <w:p>
      <w:pPr>
        <w:pStyle w:val="ListParagraph"/>
      </w:pPr>
      <w:r>
        <w:rPr>
          <w:sz w:val="22"/>
        </w:rPr>
        <w:t>D. các phân tử đứng yên.</w:t>
      </w:r>
    </w:p>
    <w:p/>
    <w:p>
      <w:r>
        <w:rPr>
          <w:b/>
          <w:sz w:val="24"/>
        </w:rPr>
        <w:t>Câu 3: Trong nhiệt giai Kelvin, nhiệt độ 0 K tương ứng với</w:t>
      </w:r>
    </w:p>
    <w:p>
      <w:pPr>
        <w:pStyle w:val="ListParagraph"/>
      </w:pPr>
      <w:r>
        <w:rPr>
          <w:sz w:val="22"/>
        </w:rPr>
        <w:t>A. 0 °C.</w:t>
      </w:r>
    </w:p>
    <w:p>
      <w:pPr>
        <w:pStyle w:val="ListParagraph"/>
      </w:pPr>
      <w:r>
        <w:rPr>
          <w:sz w:val="22"/>
        </w:rPr>
        <w:t>B. 273,15 °C.</w:t>
      </w:r>
    </w:p>
    <w:p>
      <w:pPr>
        <w:pStyle w:val="ListParagraph"/>
      </w:pPr>
      <w:r>
        <w:rPr>
          <w:sz w:val="22"/>
        </w:rPr>
        <w:t>C. -273,15 °C.</w:t>
      </w:r>
    </w:p>
    <w:p>
      <w:pPr>
        <w:pStyle w:val="ListParagraph"/>
      </w:pPr>
      <w:r>
        <w:rPr>
          <w:sz w:val="22"/>
        </w:rPr>
        <w:t>D. 100 °C.</w:t>
      </w:r>
    </w:p>
    <w:p/>
    <w:p>
      <w:r>
        <w:rPr>
          <w:b/>
          <w:sz w:val="24"/>
        </w:rPr>
        <w:t>Câu 4: Công thức của định luật I nhiệt động lực học (với quy ước A là công vật nhận được, Q là nhiệt lượng vật nhận được) là</w:t>
      </w:r>
    </w:p>
    <w:p>
      <w:pPr>
        <w:pStyle w:val="ListParagraph"/>
      </w:pPr>
      <w:r>
        <w:rPr>
          <w:sz w:val="22"/>
        </w:rPr>
        <w:t>A. $\Delta U = A + Q$.</w:t>
      </w:r>
    </w:p>
    <w:p>
      <w:pPr>
        <w:pStyle w:val="ListParagraph"/>
      </w:pPr>
      <w:r>
        <w:rPr>
          <w:sz w:val="22"/>
        </w:rPr>
        <w:t>B. $\Delta U = A - Q$.</w:t>
      </w:r>
    </w:p>
    <w:p>
      <w:pPr>
        <w:pStyle w:val="ListParagraph"/>
      </w:pPr>
      <w:r>
        <w:rPr>
          <w:sz w:val="22"/>
        </w:rPr>
        <w:t>C. $\Delta U = Q - A$.</w:t>
      </w:r>
    </w:p>
    <w:p>
      <w:pPr>
        <w:pStyle w:val="ListParagraph"/>
      </w:pPr>
      <w:r>
        <w:rPr>
          <w:sz w:val="22"/>
        </w:rPr>
        <w:t>D. $\Delta U = A Q$.</w:t>
      </w:r>
    </w:p>
    <w:p/>
    <w:p>
      <w:r>
        <w:rPr>
          <w:b/>
          <w:sz w:val="24"/>
        </w:rPr>
        <w:t>Câu 5: Quá trình đẳng nhiệt của một lượng khí lí tưởng tuân theo định luật</w:t>
      </w:r>
    </w:p>
    <w:p>
      <w:pPr>
        <w:pStyle w:val="ListParagraph"/>
      </w:pPr>
      <w:r>
        <w:rPr>
          <w:sz w:val="22"/>
        </w:rPr>
        <w:t>A. Boyle: $pV = \text{const}$.</w:t>
      </w:r>
    </w:p>
    <w:p>
      <w:pPr>
        <w:pStyle w:val="ListParagraph"/>
      </w:pPr>
      <w:r>
        <w:rPr>
          <w:sz w:val="22"/>
        </w:rPr>
        <w:t>B. Charles: $V/T = \text{const}$.</w:t>
      </w:r>
    </w:p>
    <w:p>
      <w:pPr>
        <w:pStyle w:val="ListParagraph"/>
      </w:pPr>
      <w:r>
        <w:rPr>
          <w:sz w:val="22"/>
        </w:rPr>
        <w:t>C. Gay-Lussac: $p/T = \text{const}$.</w:t>
      </w:r>
    </w:p>
    <w:p>
      <w:pPr>
        <w:pStyle w:val="ListParagraph"/>
      </w:pPr>
      <w:r>
        <w:rPr>
          <w:sz w:val="22"/>
        </w:rPr>
        <w:t>D. $p_1V_1/T_1 = p_2V_2/T_2$.</w:t>
      </w:r>
    </w:p>
    <w:p/>
    <w:p>
      <w:r>
        <w:rPr>
          <w:b/>
          <w:sz w:val="24"/>
        </w:rPr>
        <w:t>Câu 6: Quá trình đẳng áp của một lượng khí lí tưởng tuân theo hệ thức</w:t>
      </w:r>
    </w:p>
    <w:p>
      <w:pPr>
        <w:pStyle w:val="ListParagraph"/>
      </w:pPr>
      <w:r>
        <w:rPr>
          <w:sz w:val="22"/>
        </w:rPr>
        <w:t>A. $pV = \text{const}$.</w:t>
      </w:r>
    </w:p>
    <w:p>
      <w:pPr>
        <w:pStyle w:val="ListParagraph"/>
      </w:pPr>
      <w:r>
        <w:rPr>
          <w:sz w:val="22"/>
        </w:rPr>
        <w:t>B. $V/T = \text{const}$.</w:t>
      </w:r>
    </w:p>
    <w:p>
      <w:pPr>
        <w:pStyle w:val="ListParagraph"/>
      </w:pPr>
      <w:r>
        <w:rPr>
          <w:sz w:val="22"/>
        </w:rPr>
        <w:t>C. $p/T = \text{const}$.</w:t>
      </w:r>
    </w:p>
    <w:p>
      <w:pPr>
        <w:pStyle w:val="ListParagraph"/>
      </w:pPr>
      <w:r>
        <w:rPr>
          <w:sz w:val="22"/>
        </w:rPr>
        <w:t>D. $p_1V_1 = p_2V_2$.</w:t>
      </w:r>
    </w:p>
    <w:p/>
    <w:p>
      <w:r>
        <w:rPr>
          <w:b/>
          <w:sz w:val="24"/>
        </w:rPr>
        <w:t>Câu 7: Phương trình trạng thái của khí lí tưởng là</w:t>
      </w:r>
    </w:p>
    <w:p>
      <w:pPr>
        <w:pStyle w:val="ListParagraph"/>
      </w:pPr>
      <w:r>
        <w:rPr>
          <w:sz w:val="22"/>
        </w:rPr>
        <w:t>A. $\frac{pV}{T} = \text{const}$.</w:t>
      </w:r>
    </w:p>
    <w:p>
      <w:pPr>
        <w:pStyle w:val="ListParagraph"/>
      </w:pPr>
      <w:r>
        <w:rPr>
          <w:sz w:val="22"/>
        </w:rPr>
        <w:t>B. $\frac{p}{V} = \text{const}$.</w:t>
      </w:r>
    </w:p>
    <w:p>
      <w:pPr>
        <w:pStyle w:val="ListParagraph"/>
      </w:pPr>
      <w:r>
        <w:rPr>
          <w:sz w:val="22"/>
        </w:rPr>
        <w:t>C. $\frac{V}{p} = \text{const}$.</w:t>
      </w:r>
    </w:p>
    <w:p>
      <w:pPr>
        <w:pStyle w:val="ListParagraph"/>
      </w:pPr>
      <w:r>
        <w:rPr>
          <w:sz w:val="22"/>
        </w:rPr>
        <w:t>D. $\frac{T}{pV} = \text{const}$.</w:t>
      </w:r>
    </w:p>
    <w:p/>
    <w:p>
      <w:r>
        <w:rPr>
          <w:b/>
          <w:sz w:val="24"/>
        </w:rPr>
        <w:t>Câu 8: Nhiệt lượng cần cung cấp để làm nóng một vật khối lượng m từ nhiệt độ t1 đến t2 (không đổi thể tích) là</w:t>
      </w:r>
    </w:p>
    <w:p>
      <w:pPr>
        <w:pStyle w:val="ListParagraph"/>
      </w:pPr>
      <w:r>
        <w:rPr>
          <w:sz w:val="22"/>
        </w:rPr>
        <w:t>A. $Q = mc(t_2 - t_1)$.</w:t>
      </w:r>
    </w:p>
    <w:p>
      <w:pPr>
        <w:pStyle w:val="ListParagraph"/>
      </w:pPr>
      <w:r>
        <w:rPr>
          <w:sz w:val="22"/>
        </w:rPr>
        <w:t>B. $Q = m\lambda$.</w:t>
      </w:r>
    </w:p>
    <w:p>
      <w:pPr>
        <w:pStyle w:val="ListParagraph"/>
      </w:pPr>
      <w:r>
        <w:rPr>
          <w:sz w:val="22"/>
        </w:rPr>
        <w:t>C. $Q = mL$.</w:t>
      </w:r>
    </w:p>
    <w:p>
      <w:pPr>
        <w:pStyle w:val="ListParagraph"/>
      </w:pPr>
      <w:r>
        <w:rPr>
          <w:sz w:val="22"/>
        </w:rPr>
        <w:t>D. $Q = p\Delta V$.</w:t>
      </w:r>
    </w:p>
    <w:p/>
    <w:p>
      <w:r>
        <w:rPr>
          <w:b/>
          <w:sz w:val="24"/>
        </w:rPr>
        <w:t>Câu 9: Nhiệt lượng cần cung cấp để một chất khối lượng m nóng chảy hoàn toàn ở nhiệt độ nóng chảy là</w:t>
      </w:r>
    </w:p>
    <w:p>
      <w:pPr>
        <w:pStyle w:val="ListParagraph"/>
      </w:pPr>
      <w:r>
        <w:rPr>
          <w:sz w:val="22"/>
        </w:rPr>
        <w:t>A. $Q = mc\Delta t$.</w:t>
      </w:r>
    </w:p>
    <w:p>
      <w:pPr>
        <w:pStyle w:val="ListParagraph"/>
      </w:pPr>
      <w:r>
        <w:rPr>
          <w:sz w:val="22"/>
        </w:rPr>
        <w:t>B. $Q = m\lambda$.</w:t>
      </w:r>
    </w:p>
    <w:p>
      <w:pPr>
        <w:pStyle w:val="ListParagraph"/>
      </w:pPr>
      <w:r>
        <w:rPr>
          <w:sz w:val="22"/>
        </w:rPr>
        <w:t>C. $Q = mL$.</w:t>
      </w:r>
    </w:p>
    <w:p>
      <w:pPr>
        <w:pStyle w:val="ListParagraph"/>
      </w:pPr>
      <w:r>
        <w:rPr>
          <w:sz w:val="22"/>
        </w:rPr>
        <w:t>D. $Q = m/p$.</w:t>
      </w:r>
    </w:p>
    <w:p/>
    <w:p>
      <w:r>
        <w:rPr>
          <w:b/>
          <w:sz w:val="24"/>
        </w:rPr>
        <w:t>Câu 10: Nhiệt lượng cần cung cấp để một chất khối lượng m hóa hơi hoàn toàn ở nhiệt độ sôi là</w:t>
      </w:r>
    </w:p>
    <w:p>
      <w:pPr>
        <w:pStyle w:val="ListParagraph"/>
      </w:pPr>
      <w:r>
        <w:rPr>
          <w:sz w:val="22"/>
        </w:rPr>
        <w:t>A. $Q = mc\Delta t$.</w:t>
      </w:r>
    </w:p>
    <w:p>
      <w:pPr>
        <w:pStyle w:val="ListParagraph"/>
      </w:pPr>
      <w:r>
        <w:rPr>
          <w:sz w:val="22"/>
        </w:rPr>
        <w:t>B. $Q = m\lambda$.</w:t>
      </w:r>
    </w:p>
    <w:p>
      <w:pPr>
        <w:pStyle w:val="ListParagraph"/>
      </w:pPr>
      <w:r>
        <w:rPr>
          <w:sz w:val="22"/>
        </w:rPr>
        <w:t>C. $Q = mL$.</w:t>
      </w:r>
    </w:p>
    <w:p>
      <w:pPr>
        <w:pStyle w:val="ListParagraph"/>
      </w:pPr>
      <w:r>
        <w:rPr>
          <w:sz w:val="22"/>
        </w:rPr>
        <w:t>D. $Q = mC$.</w:t>
      </w:r>
    </w:p>
    <w:p/>
    <w:p>
      <w:r>
        <w:rPr>
          <w:b/>
          <w:sz w:val="24"/>
        </w:rPr>
        <w:t>Câu 11: Trong quá trình nóng chảy của chất rắn kết tinh, nhiệt độ của vật</w:t>
      </w:r>
    </w:p>
    <w:p>
      <w:pPr>
        <w:pStyle w:val="ListParagraph"/>
      </w:pPr>
      <w:r>
        <w:rPr>
          <w:sz w:val="22"/>
        </w:rPr>
        <w:t>A. không đổi trong suốt quá trình nóng chảy.</w:t>
      </w:r>
    </w:p>
    <w:p>
      <w:pPr>
        <w:pStyle w:val="ListParagraph"/>
      </w:pPr>
      <w:r>
        <w:rPr>
          <w:sz w:val="22"/>
        </w:rPr>
        <w:t>B. tăng liên tục.</w:t>
      </w:r>
    </w:p>
    <w:p>
      <w:pPr>
        <w:pStyle w:val="ListParagraph"/>
      </w:pPr>
      <w:r>
        <w:rPr>
          <w:sz w:val="22"/>
        </w:rPr>
        <w:t>C. giảm liên tục.</w:t>
      </w:r>
    </w:p>
    <w:p>
      <w:pPr>
        <w:pStyle w:val="ListParagraph"/>
      </w:pPr>
      <w:r>
        <w:rPr>
          <w:sz w:val="22"/>
        </w:rPr>
        <w:t>D. luôn bằng 0 °C.</w:t>
      </w:r>
    </w:p>
    <w:p/>
    <w:p>
      <w:r>
        <w:rPr>
          <w:b/>
          <w:sz w:val="24"/>
        </w:rPr>
        <w:t>Câu 12: Đại lượng đo bằng nhiệt lượng cần cung cấp để làm nóng 1 kg chất lên 1 K gọi là</w:t>
      </w:r>
    </w:p>
    <w:p>
      <w:pPr>
        <w:pStyle w:val="ListParagraph"/>
      </w:pPr>
      <w:r>
        <w:rPr>
          <w:sz w:val="22"/>
        </w:rPr>
        <w:t>A. nhiệt dung riêng.</w:t>
      </w:r>
    </w:p>
    <w:p>
      <w:pPr>
        <w:pStyle w:val="ListParagraph"/>
      </w:pPr>
      <w:r>
        <w:rPr>
          <w:sz w:val="22"/>
        </w:rPr>
        <w:t>B. nhiệt nóng chảy riêng.</w:t>
      </w:r>
    </w:p>
    <w:p>
      <w:pPr>
        <w:pStyle w:val="ListParagraph"/>
      </w:pPr>
      <w:r>
        <w:rPr>
          <w:sz w:val="22"/>
        </w:rPr>
        <w:t>C. nhiệt hóa hơi riêng.</w:t>
      </w:r>
    </w:p>
    <w:p>
      <w:pPr>
        <w:pStyle w:val="ListParagraph"/>
      </w:pPr>
      <w:r>
        <w:rPr>
          <w:sz w:val="22"/>
        </w:rPr>
        <w:t>D. nhiệt độ.</w:t>
      </w:r>
    </w:p>
    <w:p/>
    <w:p>
      <w:r>
        <w:rPr>
          <w:b/>
          <w:sz w:val="24"/>
        </w:rPr>
        <w:t>Câu 13: Với khí lí tưởng, nội năng của một lượng khí xác định chỉ phụ thuộc vào</w:t>
      </w:r>
    </w:p>
    <w:p>
      <w:pPr>
        <w:pStyle w:val="ListParagraph"/>
      </w:pPr>
      <w:r>
        <w:rPr>
          <w:sz w:val="22"/>
        </w:rPr>
        <w:t>A. nhiệt độ.</w:t>
      </w:r>
    </w:p>
    <w:p>
      <w:pPr>
        <w:pStyle w:val="ListParagraph"/>
      </w:pPr>
      <w:r>
        <w:rPr>
          <w:sz w:val="22"/>
        </w:rPr>
        <w:t>B. thể tích.</w:t>
      </w:r>
    </w:p>
    <w:p>
      <w:pPr>
        <w:pStyle w:val="ListParagraph"/>
      </w:pPr>
      <w:r>
        <w:rPr>
          <w:sz w:val="22"/>
        </w:rPr>
        <w:t>C. áp suất.</w:t>
      </w:r>
    </w:p>
    <w:p>
      <w:pPr>
        <w:pStyle w:val="ListParagraph"/>
      </w:pPr>
      <w:r>
        <w:rPr>
          <w:sz w:val="22"/>
        </w:rPr>
        <w:t>D. khối lượng riêng.</w:t>
      </w:r>
    </w:p>
    <w:p/>
    <w:p>
      <w:r>
        <w:rPr>
          <w:b/>
          <w:sz w:val="24"/>
        </w:rPr>
        <w:t>Câu 14: Trong quá trình đẳng tích, công của khí thực hiện lên môi trường ngoài bằng</w:t>
      </w:r>
    </w:p>
    <w:p>
      <w:pPr>
        <w:pStyle w:val="ListParagraph"/>
      </w:pPr>
      <w:r>
        <w:rPr>
          <w:sz w:val="22"/>
        </w:rPr>
        <w:t>A. $p\Delta V$.</w:t>
      </w:r>
    </w:p>
    <w:p>
      <w:pPr>
        <w:pStyle w:val="ListParagraph"/>
      </w:pPr>
      <w:r>
        <w:rPr>
          <w:sz w:val="22"/>
        </w:rPr>
        <w:t>B. 0.</w:t>
      </w:r>
    </w:p>
    <w:p>
      <w:pPr>
        <w:pStyle w:val="ListParagraph"/>
      </w:pPr>
      <w:r>
        <w:rPr>
          <w:sz w:val="22"/>
        </w:rPr>
        <w:t>C. $m\lambda$.</w:t>
      </w:r>
    </w:p>
    <w:p>
      <w:pPr>
        <w:pStyle w:val="ListParagraph"/>
      </w:pPr>
      <w:r>
        <w:rPr>
          <w:sz w:val="22"/>
        </w:rPr>
        <w:t>D. $Q$.</w:t>
      </w:r>
    </w:p>
    <w:p/>
    <w:p>
      <w:r>
        <w:rPr>
          <w:b/>
          <w:sz w:val="24"/>
        </w:rPr>
        <w:t>Câu 15: Trong quá trình đẳng nhiệt của khí lí tưởng, độ biến thiên nội năng của khí bằng</w:t>
      </w:r>
    </w:p>
    <w:p>
      <w:pPr>
        <w:pStyle w:val="ListParagraph"/>
      </w:pPr>
      <w:r>
        <w:rPr>
          <w:sz w:val="22"/>
        </w:rPr>
        <w:t>A. 0.</w:t>
      </w:r>
    </w:p>
    <w:p>
      <w:pPr>
        <w:pStyle w:val="ListParagraph"/>
      </w:pPr>
      <w:r>
        <w:rPr>
          <w:sz w:val="22"/>
        </w:rPr>
        <w:t>B. $A + Q$.</w:t>
      </w:r>
    </w:p>
    <w:p>
      <w:pPr>
        <w:pStyle w:val="ListParagraph"/>
      </w:pPr>
      <w:r>
        <w:rPr>
          <w:sz w:val="22"/>
        </w:rPr>
        <w:t>C. $Q$.</w:t>
      </w:r>
    </w:p>
    <w:p>
      <w:pPr>
        <w:pStyle w:val="ListParagraph"/>
      </w:pPr>
      <w:r>
        <w:rPr>
          <w:sz w:val="22"/>
        </w:rPr>
        <w:t>D. $p\Delta V$.</w:t>
      </w:r>
    </w:p>
    <w:p/>
    <w:p>
      <w:r>
        <w:rPr>
          <w:b/>
          <w:sz w:val="24"/>
        </w:rPr>
        <w:t>Câu 16: Trong quá trình đoạn nhiệt, hệ không trao đổi nhiệt với môi trường nên</w:t>
      </w:r>
    </w:p>
    <w:p>
      <w:pPr>
        <w:pStyle w:val="ListParagraph"/>
      </w:pPr>
      <w:r>
        <w:rPr>
          <w:sz w:val="22"/>
        </w:rPr>
        <w:t>A. $Q = 0$ và $\Delta U = A$ (với A là công nhận được).</w:t>
      </w:r>
    </w:p>
    <w:p>
      <w:pPr>
        <w:pStyle w:val="ListParagraph"/>
      </w:pPr>
      <w:r>
        <w:rPr>
          <w:sz w:val="22"/>
        </w:rPr>
        <w:t>B. $Q = 0$ và $A = 0$.</w:t>
      </w:r>
    </w:p>
    <w:p>
      <w:pPr>
        <w:pStyle w:val="ListParagraph"/>
      </w:pPr>
      <w:r>
        <w:rPr>
          <w:sz w:val="22"/>
        </w:rPr>
        <w:t>C. $\Delta U = 0$.</w:t>
      </w:r>
    </w:p>
    <w:p>
      <w:pPr>
        <w:pStyle w:val="ListParagraph"/>
      </w:pPr>
      <w:r>
        <w:rPr>
          <w:sz w:val="22"/>
        </w:rPr>
        <w:t>D. $Q &gt; 0$.</w:t>
      </w:r>
    </w:p>
    <w:p/>
    <w:p>
      <w:r>
        <w:rPr>
          <w:b/>
          <w:sz w:val="24"/>
        </w:rPr>
        <w:t>Câu 17: Áp suất của khí lí tưởng được gây ra bởi</w:t>
      </w:r>
    </w:p>
    <w:p>
      <w:pPr>
        <w:pStyle w:val="ListParagraph"/>
      </w:pPr>
      <w:r>
        <w:rPr>
          <w:sz w:val="22"/>
        </w:rPr>
        <w:t>A. sự va chạm của các phân tử khí lên thành bình.</w:t>
      </w:r>
    </w:p>
    <w:p>
      <w:pPr>
        <w:pStyle w:val="ListParagraph"/>
      </w:pPr>
      <w:r>
        <w:rPr>
          <w:sz w:val="22"/>
        </w:rPr>
        <w:t>B. lực hút giữa các phân tử khí.</w:t>
      </w:r>
    </w:p>
    <w:p>
      <w:pPr>
        <w:pStyle w:val="ListParagraph"/>
      </w:pPr>
      <w:r>
        <w:rPr>
          <w:sz w:val="22"/>
        </w:rPr>
        <w:t>C. trọng lượng của các phân tử khí.</w:t>
      </w:r>
    </w:p>
    <w:p>
      <w:pPr>
        <w:pStyle w:val="ListParagraph"/>
      </w:pPr>
      <w:r>
        <w:rPr>
          <w:sz w:val="22"/>
        </w:rPr>
        <w:t>D. sự dãn nở của thành bình.</w:t>
      </w:r>
    </w:p>
    <w:p/>
    <w:p>
      <w:r>
        <w:rPr>
          <w:b/>
          <w:sz w:val="24"/>
        </w:rPr>
        <w:t>Câu 18: Động năng tịnh tiến trung bình của một phân tử khí lí tưởng ở nhiệt độ T (k là hằng số Boltzmann) là</w:t>
      </w:r>
    </w:p>
    <w:p>
      <w:pPr>
        <w:pStyle w:val="ListParagraph"/>
      </w:pPr>
      <w:r>
        <w:rPr>
          <w:sz w:val="22"/>
        </w:rPr>
        <w:t>A. $\frac{3}{2}kT$.</w:t>
      </w:r>
    </w:p>
    <w:p>
      <w:pPr>
        <w:pStyle w:val="ListParagraph"/>
      </w:pPr>
      <w:r>
        <w:rPr>
          <w:sz w:val="22"/>
        </w:rPr>
        <w:t>B. $kT$.</w:t>
      </w:r>
    </w:p>
    <w:p>
      <w:pPr>
        <w:pStyle w:val="ListParagraph"/>
      </w:pPr>
      <w:r>
        <w:rPr>
          <w:sz w:val="22"/>
        </w:rPr>
        <w:t>C. $\frac{1}{2}kT$.</w:t>
      </w:r>
    </w:p>
    <w:p>
      <w:pPr>
        <w:pStyle w:val="ListParagraph"/>
      </w:pPr>
      <w:r>
        <w:rPr>
          <w:sz w:val="22"/>
        </w:rPr>
        <w:t>D. $\frac{3}{2}RT$.</w:t>
      </w:r>
    </w:p>
    <w:p/>
    <w:p>
      <w:r>
        <w:rPr>
          <w:b/>
          <w:sz w:val="24"/>
        </w:rPr>
        <w:t>Câu 19: Hệ thức liên hệ giữa áp suất p, thể tích V, số mol n, hằng số khí R và nhiệt độ tuyệt đối T của khí lí tưởng là</w:t>
      </w:r>
    </w:p>
    <w:p>
      <w:pPr>
        <w:pStyle w:val="ListParagraph"/>
      </w:pPr>
      <w:r>
        <w:rPr>
          <w:sz w:val="22"/>
        </w:rPr>
        <w:t>A. $pV = nRT$.</w:t>
      </w:r>
    </w:p>
    <w:p>
      <w:pPr>
        <w:pStyle w:val="ListParagraph"/>
      </w:pPr>
      <w:r>
        <w:rPr>
          <w:sz w:val="22"/>
        </w:rPr>
        <w:t>B. $pV = nR/T$.</w:t>
      </w:r>
    </w:p>
    <w:p>
      <w:pPr>
        <w:pStyle w:val="ListParagraph"/>
      </w:pPr>
      <w:r>
        <w:rPr>
          <w:sz w:val="22"/>
        </w:rPr>
        <w:t>C. $pV = RT/n$.</w:t>
      </w:r>
    </w:p>
    <w:p>
      <w:pPr>
        <w:pStyle w:val="ListParagraph"/>
      </w:pPr>
      <w:r>
        <w:rPr>
          <w:sz w:val="22"/>
        </w:rPr>
        <w:t>D. $pV = nRT^2$.</w:t>
      </w:r>
    </w:p>
    <w:p/>
    <w:p>
      <w:r>
        <w:rPr>
          <w:b/>
          <w:sz w:val="24"/>
        </w:rPr>
        <w:t>Câu 20: Trong quá trình truyền nhiệt, năng lượng được truyền từ vật có</w:t>
      </w:r>
    </w:p>
    <w:p>
      <w:pPr>
        <w:pStyle w:val="ListParagraph"/>
      </w:pPr>
      <w:r>
        <w:rPr>
          <w:sz w:val="22"/>
        </w:rPr>
        <w:t>A. nhiệt độ cao hơn sang vật có nhiệt độ thấp hơn.</w:t>
      </w:r>
    </w:p>
    <w:p>
      <w:pPr>
        <w:pStyle w:val="ListParagraph"/>
      </w:pPr>
      <w:r>
        <w:rPr>
          <w:sz w:val="22"/>
        </w:rPr>
        <w:t>B. nhiệt độ thấp hơn sang vật có nhiệt độ cao hơn.</w:t>
      </w:r>
    </w:p>
    <w:p>
      <w:pPr>
        <w:pStyle w:val="ListParagraph"/>
      </w:pPr>
      <w:r>
        <w:rPr>
          <w:sz w:val="22"/>
        </w:rPr>
        <w:t>C. khối lượng lớn hơn sang vật có khối lượng nhỏ hơn.</w:t>
      </w:r>
    </w:p>
    <w:p>
      <w:pPr>
        <w:pStyle w:val="ListParagraph"/>
      </w:pPr>
      <w:r>
        <w:rPr>
          <w:sz w:val="22"/>
        </w:rPr>
        <w:t>D. thể tích lớn hơn sang vật có thể tích nhỏ hơn.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