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A2463"/>
          <w:sz w:val="32"/>
        </w:rPr>
        <w:t>đề thi và đáp án giữa học kỳ 1 môn toán 10 th...</w:t>
      </w:r>
    </w:p>
    <w:p>
      <w:pPr>
        <w:jc w:val="center"/>
      </w:pPr>
      <w:r>
        <w:rPr>
          <w:sz w:val="22"/>
        </w:rPr>
        <w:t>Số câu: 20    Thời gian: _____ phút    Họ và tên: _________________________</w:t>
      </w:r>
    </w:p>
    <w:p/>
    <w:p>
      <w:r>
        <w:rPr>
          <w:b/>
          <w:sz w:val="24"/>
        </w:rPr>
        <w:t>Câu 1: Phủ định của mệnh đề \(\forall x \in \mathbb{R}, x^2 \ge 0\) là:</w:t>
      </w:r>
    </w:p>
    <w:p>
      <w:pPr>
        <w:pStyle w:val="ListParagraph"/>
      </w:pPr>
      <w:r>
        <w:rPr>
          <w:sz w:val="22"/>
        </w:rPr>
        <w:t>A. \(\exists x \in \mathbb{R}, x^2 &lt; 0\)</w:t>
      </w:r>
    </w:p>
    <w:p>
      <w:pPr>
        <w:pStyle w:val="ListParagraph"/>
      </w:pPr>
      <w:r>
        <w:rPr>
          <w:sz w:val="22"/>
        </w:rPr>
        <w:t>B. \(\forall x \in \mathbb{R}, x^2 &lt; 0\)</w:t>
      </w:r>
    </w:p>
    <w:p>
      <w:pPr>
        <w:pStyle w:val="ListParagraph"/>
      </w:pPr>
      <w:r>
        <w:rPr>
          <w:sz w:val="22"/>
        </w:rPr>
        <w:t>C. \(\exists x \in \mathbb{R}, x^2 \le 0\)</w:t>
      </w:r>
    </w:p>
    <w:p>
      <w:pPr>
        <w:pStyle w:val="ListParagraph"/>
      </w:pPr>
      <w:r>
        <w:rPr>
          <w:sz w:val="22"/>
        </w:rPr>
        <w:t>D. \(\forall x \in \mathbb{R}, x^2 &gt; 0\)</w:t>
      </w:r>
    </w:p>
    <w:p/>
    <w:p>
      <w:r>
        <w:rPr>
          <w:b/>
          <w:sz w:val="24"/>
        </w:rPr>
        <w:t>Câu 2: Cho tập hợp \(A = \{x \in \mathbb{N} \mid x &lt; 5\}\). Tập hợp A được viết dưới dạng liệt kê là:</w:t>
      </w:r>
    </w:p>
    <w:p>
      <w:pPr>
        <w:pStyle w:val="ListParagraph"/>
      </w:pPr>
      <w:r>
        <w:rPr>
          <w:sz w:val="22"/>
        </w:rPr>
        <w:t>A. {0, 1, 2, 3, 4}</w:t>
      </w:r>
    </w:p>
    <w:p>
      <w:pPr>
        <w:pStyle w:val="ListParagraph"/>
      </w:pPr>
      <w:r>
        <w:rPr>
          <w:sz w:val="22"/>
        </w:rPr>
        <w:t>B. {1, 2, 3, 4}</w:t>
      </w:r>
    </w:p>
    <w:p>
      <w:pPr>
        <w:pStyle w:val="ListParagraph"/>
      </w:pPr>
      <w:r>
        <w:rPr>
          <w:sz w:val="22"/>
        </w:rPr>
        <w:t>C. {0, 1, 2, 3, 4, 5}</w:t>
      </w:r>
    </w:p>
    <w:p>
      <w:pPr>
        <w:pStyle w:val="ListParagraph"/>
      </w:pPr>
      <w:r>
        <w:rPr>
          <w:sz w:val="22"/>
        </w:rPr>
        <w:t>D. {1, 2, 3, 4, 5}</w:t>
      </w:r>
    </w:p>
    <w:p/>
    <w:p>
      <w:r>
        <w:rPr>
          <w:b/>
          <w:sz w:val="24"/>
        </w:rPr>
        <w:t>Câu 3: Cho hai tập hợp \(A = \{1, 2, 3\}\) và \(B = \{2, 3, 4\}\). Tập hợp \(A \cup B\) là:</w:t>
      </w:r>
    </w:p>
    <w:p>
      <w:pPr>
        <w:pStyle w:val="ListParagraph"/>
      </w:pPr>
      <w:r>
        <w:rPr>
          <w:sz w:val="22"/>
        </w:rPr>
        <w:t>A. {1, 2, 3, 4}</w:t>
      </w:r>
    </w:p>
    <w:p>
      <w:pPr>
        <w:pStyle w:val="ListParagraph"/>
      </w:pPr>
      <w:r>
        <w:rPr>
          <w:sz w:val="22"/>
        </w:rPr>
        <w:t>B. {2, 3}</w:t>
      </w:r>
    </w:p>
    <w:p>
      <w:pPr>
        <w:pStyle w:val="ListParagraph"/>
      </w:pPr>
      <w:r>
        <w:rPr>
          <w:sz w:val="22"/>
        </w:rPr>
        <w:t>C. {1, 4}</w:t>
      </w:r>
    </w:p>
    <w:p>
      <w:pPr>
        <w:pStyle w:val="ListParagraph"/>
      </w:pPr>
      <w:r>
        <w:rPr>
          <w:sz w:val="22"/>
        </w:rPr>
        <w:t>D. {1, 2, 3}</w:t>
      </w:r>
    </w:p>
    <w:p/>
    <w:p>
      <w:r>
        <w:rPr>
          <w:b/>
          <w:sz w:val="24"/>
        </w:rPr>
        <w:t>Câu 4: Cho hai tập hợp \(A = (-\infty; 3]\) và \(B = (1; +\infty)\). Tập hợp \(A \cap B\) là:</w:t>
      </w:r>
    </w:p>
    <w:p>
      <w:pPr>
        <w:pStyle w:val="ListParagraph"/>
      </w:pPr>
      <w:r>
        <w:rPr>
          <w:sz w:val="22"/>
        </w:rPr>
        <w:t>A. (1; 3]</w:t>
      </w:r>
    </w:p>
    <w:p>
      <w:pPr>
        <w:pStyle w:val="ListParagraph"/>
      </w:pPr>
      <w:r>
        <w:rPr>
          <w:sz w:val="22"/>
        </w:rPr>
        <w:t>B. [1; 3)</w:t>
      </w:r>
    </w:p>
    <w:p>
      <w:pPr>
        <w:pStyle w:val="ListParagraph"/>
      </w:pPr>
      <w:r>
        <w:rPr>
          <w:sz w:val="22"/>
        </w:rPr>
        <w:t>C. (1; 3)</w:t>
      </w:r>
    </w:p>
    <w:p>
      <w:pPr>
        <w:pStyle w:val="ListParagraph"/>
      </w:pPr>
      <w:r>
        <w:rPr>
          <w:sz w:val="22"/>
        </w:rPr>
        <w:t>D. [1; 3]</w:t>
      </w:r>
    </w:p>
    <w:p/>
    <w:p>
      <w:r>
        <w:rPr>
          <w:b/>
          <w:sz w:val="24"/>
        </w:rPr>
        <w:t>Câu 5: Mệnh đề đảo của mệnh đề “Nếu tam giác ABC đều thì tam giác ABC cân” là:</w:t>
      </w:r>
    </w:p>
    <w:p>
      <w:pPr>
        <w:pStyle w:val="ListParagraph"/>
      </w:pPr>
      <w:r>
        <w:rPr>
          <w:sz w:val="22"/>
        </w:rPr>
        <w:t>A. Nếu tam giác ABC cân thì tam giác ABC đều</w:t>
      </w:r>
    </w:p>
    <w:p>
      <w:pPr>
        <w:pStyle w:val="ListParagraph"/>
      </w:pPr>
      <w:r>
        <w:rPr>
          <w:sz w:val="22"/>
        </w:rPr>
        <w:t>B. Nếu tam giác ABC không đều thì tam giác ABC không cân</w:t>
      </w:r>
    </w:p>
    <w:p>
      <w:pPr>
        <w:pStyle w:val="ListParagraph"/>
      </w:pPr>
      <w:r>
        <w:rPr>
          <w:sz w:val="22"/>
        </w:rPr>
        <w:t>C. Nếu tam giác ABC không cân thì tam giác ABC không đều</w:t>
      </w:r>
    </w:p>
    <w:p>
      <w:pPr>
        <w:pStyle w:val="ListParagraph"/>
      </w:pPr>
      <w:r>
        <w:rPr>
          <w:sz w:val="22"/>
        </w:rPr>
        <w:t>D. Tam giác ABC đều khi và chỉ khi tam giác ABC cân</w:t>
      </w:r>
    </w:p>
    <w:p/>
    <w:p>
      <w:r>
        <w:rPr>
          <w:b/>
          <w:sz w:val="24"/>
        </w:rPr>
        <w:t>Câu 6: Số tập con của một tập hợp có 5 phần tử là:</w:t>
      </w:r>
    </w:p>
    <w:p>
      <w:pPr>
        <w:pStyle w:val="ListParagraph"/>
      </w:pPr>
      <w:r>
        <w:rPr>
          <w:sz w:val="22"/>
        </w:rPr>
        <w:t>A. 32</w:t>
      </w:r>
    </w:p>
    <w:p>
      <w:pPr>
        <w:pStyle w:val="ListParagraph"/>
      </w:pPr>
      <w:r>
        <w:rPr>
          <w:sz w:val="22"/>
        </w:rPr>
        <w:t>B. 10</w:t>
      </w:r>
    </w:p>
    <w:p>
      <w:pPr>
        <w:pStyle w:val="ListParagraph"/>
      </w:pPr>
      <w:r>
        <w:rPr>
          <w:sz w:val="22"/>
        </w:rPr>
        <w:t>C. 25</w:t>
      </w:r>
    </w:p>
    <w:p>
      <w:pPr>
        <w:pStyle w:val="ListParagraph"/>
      </w:pPr>
      <w:r>
        <w:rPr>
          <w:sz w:val="22"/>
        </w:rPr>
        <w:t>D. 5</w:t>
      </w:r>
    </w:p>
    <w:p/>
    <w:p>
      <w:r>
        <w:rPr>
          <w:b/>
          <w:sz w:val="24"/>
        </w:rPr>
        <w:t>Câu 7: Bất phương trình nào sau đây là bất phương trình bậc nhất hai ẩn?</w:t>
      </w:r>
    </w:p>
    <w:p>
      <w:pPr>
        <w:pStyle w:val="ListParagraph"/>
      </w:pPr>
      <w:r>
        <w:rPr>
          <w:sz w:val="22"/>
        </w:rPr>
        <w:t>A. \(2x + 3y &lt; 5\)</w:t>
      </w:r>
    </w:p>
    <w:p>
      <w:pPr>
        <w:pStyle w:val="ListParagraph"/>
      </w:pPr>
      <w:r>
        <w:rPr>
          <w:sz w:val="22"/>
        </w:rPr>
        <w:t>B. \(x^2 + y &gt; 1\)</w:t>
      </w:r>
    </w:p>
    <w:p>
      <w:pPr>
        <w:pStyle w:val="ListParagraph"/>
      </w:pPr>
      <w:r>
        <w:rPr>
          <w:sz w:val="22"/>
        </w:rPr>
        <w:t>C. \(x + y^2 \le 2\)</w:t>
      </w:r>
    </w:p>
    <w:p>
      <w:pPr>
        <w:pStyle w:val="ListParagraph"/>
      </w:pPr>
      <w:r>
        <w:rPr>
          <w:sz w:val="22"/>
        </w:rPr>
        <w:t>D. \(\frac{1}{x} + y &gt; 0\)</w:t>
      </w:r>
    </w:p>
    <w:p/>
    <w:p>
      <w:r>
        <w:rPr>
          <w:b/>
          <w:sz w:val="24"/>
        </w:rPr>
        <w:t>Câu 8: Điểm nào sau đây thuộc miền nghiệm của bất phương trình \(2x - y &gt; 0\)?</w:t>
      </w:r>
    </w:p>
    <w:p>
      <w:pPr>
        <w:pStyle w:val="ListParagraph"/>
      </w:pPr>
      <w:r>
        <w:rPr>
          <w:sz w:val="22"/>
        </w:rPr>
        <w:t>A. (0; 0)</w:t>
      </w:r>
    </w:p>
    <w:p>
      <w:pPr>
        <w:pStyle w:val="ListParagraph"/>
      </w:pPr>
      <w:r>
        <w:rPr>
          <w:sz w:val="22"/>
        </w:rPr>
        <w:t>B. (1; 1)</w:t>
      </w:r>
    </w:p>
    <w:p>
      <w:pPr>
        <w:pStyle w:val="ListParagraph"/>
      </w:pPr>
      <w:r>
        <w:rPr>
          <w:sz w:val="22"/>
        </w:rPr>
        <w:t>C. (1; -1)</w:t>
      </w:r>
    </w:p>
    <w:p>
      <w:pPr>
        <w:pStyle w:val="ListParagraph"/>
      </w:pPr>
      <w:r>
        <w:rPr>
          <w:sz w:val="22"/>
        </w:rPr>
        <w:t>D. (-1; 0)</w:t>
      </w:r>
    </w:p>
    <w:p/>
    <w:p>
      <w:r>
        <w:rPr>
          <w:b/>
          <w:sz w:val="24"/>
        </w:rPr>
        <w:t>Câu 9: Miền nghiệm của bất phương trình \(x + y \le 1\) là nửa mặt phẳng chứa điểm nào sau đây?</w:t>
      </w:r>
    </w:p>
    <w:p>
      <w:pPr>
        <w:pStyle w:val="ListParagraph"/>
      </w:pPr>
      <w:r>
        <w:rPr>
          <w:sz w:val="22"/>
        </w:rPr>
        <w:t>A. (0; 0)</w:t>
      </w:r>
    </w:p>
    <w:p>
      <w:pPr>
        <w:pStyle w:val="ListParagraph"/>
      </w:pPr>
      <w:r>
        <w:rPr>
          <w:sz w:val="22"/>
        </w:rPr>
        <w:t>B. (1; 1)</w:t>
      </w:r>
    </w:p>
    <w:p>
      <w:pPr>
        <w:pStyle w:val="ListParagraph"/>
      </w:pPr>
      <w:r>
        <w:rPr>
          <w:sz w:val="22"/>
        </w:rPr>
        <w:t>C. (2; 0)</w:t>
      </w:r>
    </w:p>
    <w:p>
      <w:pPr>
        <w:pStyle w:val="ListParagraph"/>
      </w:pPr>
      <w:r>
        <w:rPr>
          <w:sz w:val="22"/>
        </w:rPr>
        <w:t>D. (0; 2)</w:t>
      </w:r>
    </w:p>
    <w:p/>
    <w:p>
      <w:r>
        <w:rPr>
          <w:b/>
          <w:sz w:val="24"/>
        </w:rPr>
        <w:t>Câu 10: Miền nghiệm của hệ bất phương trình \(\begin{cases} x \ge 0 \\ y \ge 0 \\ x + y \le 1 \end{cases}\) là hình gì?</w:t>
      </w:r>
    </w:p>
    <w:p>
      <w:pPr>
        <w:pStyle w:val="ListParagraph"/>
      </w:pPr>
      <w:r>
        <w:rPr>
          <w:sz w:val="22"/>
        </w:rPr>
        <w:t>A. Tam giác</w:t>
      </w:r>
    </w:p>
    <w:p>
      <w:pPr>
        <w:pStyle w:val="ListParagraph"/>
      </w:pPr>
      <w:r>
        <w:rPr>
          <w:sz w:val="22"/>
        </w:rPr>
        <w:t>B. Tứ giác</w:t>
      </w:r>
    </w:p>
    <w:p>
      <w:pPr>
        <w:pStyle w:val="ListParagraph"/>
      </w:pPr>
      <w:r>
        <w:rPr>
          <w:sz w:val="22"/>
        </w:rPr>
        <w:t>C. Ngũ giác</w:t>
      </w:r>
    </w:p>
    <w:p>
      <w:pPr>
        <w:pStyle w:val="ListParagraph"/>
      </w:pPr>
      <w:r>
        <w:rPr>
          <w:sz w:val="22"/>
        </w:rPr>
        <w:t>D. Lục giác</w:t>
      </w:r>
    </w:p>
    <w:p/>
    <w:p>
      <w:r>
        <w:rPr>
          <w:b/>
          <w:sz w:val="24"/>
        </w:rPr>
        <w:t>Câu 11: Giá trị lớn nhất của biểu thức \(F = x + y\) với \((x; y)\) thỏa mãn hệ bất phương trình \(\begin{cases} x \ge 0 \\ y \ge 0 \\ x + y \le 1 \end{cases}\) là:</w:t>
      </w:r>
    </w:p>
    <w:p>
      <w:pPr>
        <w:pStyle w:val="ListParagraph"/>
      </w:pPr>
      <w:r>
        <w:rPr>
          <w:sz w:val="22"/>
        </w:rPr>
        <w:t>A. 1</w:t>
      </w:r>
    </w:p>
    <w:p>
      <w:pPr>
        <w:pStyle w:val="ListParagraph"/>
      </w:pPr>
      <w:r>
        <w:rPr>
          <w:sz w:val="22"/>
        </w:rPr>
        <w:t>B. 0</w:t>
      </w:r>
    </w:p>
    <w:p>
      <w:pPr>
        <w:pStyle w:val="ListParagraph"/>
      </w:pPr>
      <w:r>
        <w:rPr>
          <w:sz w:val="22"/>
        </w:rPr>
        <w:t>C. 2</w:t>
      </w:r>
    </w:p>
    <w:p>
      <w:pPr>
        <w:pStyle w:val="ListParagraph"/>
      </w:pPr>
      <w:r>
        <w:rPr>
          <w:sz w:val="22"/>
        </w:rPr>
        <w:t>D. 3</w:t>
      </w:r>
    </w:p>
    <w:p/>
    <w:p>
      <w:r>
        <w:rPr>
          <w:b/>
          <w:sz w:val="24"/>
        </w:rPr>
        <w:t>Câu 12: Điểm nào sau đây không thuộc miền nghiệm của bất phương trình \(2x + 3y \le 6\)?</w:t>
      </w:r>
    </w:p>
    <w:p>
      <w:pPr>
        <w:pStyle w:val="ListParagraph"/>
      </w:pPr>
      <w:r>
        <w:rPr>
          <w:sz w:val="22"/>
        </w:rPr>
        <w:t>A. (0; 0)</w:t>
      </w:r>
    </w:p>
    <w:p>
      <w:pPr>
        <w:pStyle w:val="ListParagraph"/>
      </w:pPr>
      <w:r>
        <w:rPr>
          <w:sz w:val="22"/>
        </w:rPr>
        <w:t>B. (1; 1)</w:t>
      </w:r>
    </w:p>
    <w:p>
      <w:pPr>
        <w:pStyle w:val="ListParagraph"/>
      </w:pPr>
      <w:r>
        <w:rPr>
          <w:sz w:val="22"/>
        </w:rPr>
        <w:t>C. (2; 1)</w:t>
      </w:r>
    </w:p>
    <w:p>
      <w:pPr>
        <w:pStyle w:val="ListParagraph"/>
      </w:pPr>
      <w:r>
        <w:rPr>
          <w:sz w:val="22"/>
        </w:rPr>
        <w:t>D. (3; 0)</w:t>
      </w:r>
    </w:p>
    <w:p/>
    <w:p>
      <w:r>
        <w:rPr>
          <w:b/>
          <w:sz w:val="24"/>
        </w:rPr>
        <w:t>Câu 13: Hệ bất phương trình bậc nhất hai ẩn có thể có bao nhiêu nghiệm?</w:t>
      </w:r>
    </w:p>
    <w:p>
      <w:pPr>
        <w:pStyle w:val="ListParagraph"/>
      </w:pPr>
      <w:r>
        <w:rPr>
          <w:sz w:val="22"/>
        </w:rPr>
        <w:t>A. Vô số nghiệm</w:t>
      </w:r>
    </w:p>
    <w:p>
      <w:pPr>
        <w:pStyle w:val="ListParagraph"/>
      </w:pPr>
      <w:r>
        <w:rPr>
          <w:sz w:val="22"/>
        </w:rPr>
        <w:t>B. Duy nhất một nghiệm</w:t>
      </w:r>
    </w:p>
    <w:p>
      <w:pPr>
        <w:pStyle w:val="ListParagraph"/>
      </w:pPr>
      <w:r>
        <w:rPr>
          <w:sz w:val="22"/>
        </w:rPr>
        <w:t>C. Hai nghiệm</w:t>
      </w:r>
    </w:p>
    <w:p>
      <w:pPr>
        <w:pStyle w:val="ListParagraph"/>
      </w:pPr>
      <w:r>
        <w:rPr>
          <w:sz w:val="22"/>
        </w:rPr>
        <w:t>D. Không có nghiệm</w:t>
      </w:r>
    </w:p>
    <w:p/>
    <w:p>
      <w:r>
        <w:rPr>
          <w:b/>
          <w:sz w:val="24"/>
        </w:rPr>
        <w:t>Câu 14: Cho tam giác ABC có \(a = 5, b = 6, C = 60^\circ\). Độ dài cạnh c là:</w:t>
      </w:r>
    </w:p>
    <w:p>
      <w:pPr>
        <w:pStyle w:val="ListParagraph"/>
      </w:pPr>
      <w:r>
        <w:rPr>
          <w:sz w:val="22"/>
        </w:rPr>
        <w:t>A. \(\sqrt{31}\)</w:t>
      </w:r>
    </w:p>
    <w:p>
      <w:pPr>
        <w:pStyle w:val="ListParagraph"/>
      </w:pPr>
      <w:r>
        <w:rPr>
          <w:sz w:val="22"/>
        </w:rPr>
        <w:t>B. \(\sqrt{21}\)</w:t>
      </w:r>
    </w:p>
    <w:p>
      <w:pPr>
        <w:pStyle w:val="ListParagraph"/>
      </w:pPr>
      <w:r>
        <w:rPr>
          <w:sz w:val="22"/>
        </w:rPr>
        <w:t>C. \(\sqrt{41}\)</w:t>
      </w:r>
    </w:p>
    <w:p>
      <w:pPr>
        <w:pStyle w:val="ListParagraph"/>
      </w:pPr>
      <w:r>
        <w:rPr>
          <w:sz w:val="22"/>
        </w:rPr>
        <w:t>D. \(\sqrt{51}\)</w:t>
      </w:r>
    </w:p>
    <w:p/>
    <w:p>
      <w:r>
        <w:rPr>
          <w:b/>
          <w:sz w:val="24"/>
        </w:rPr>
        <w:t>Câu 15: Cho tam giác ABC có \(a = 3, b = 4, c = 5\). Số đo góc C là:</w:t>
      </w:r>
    </w:p>
    <w:p>
      <w:pPr>
        <w:pStyle w:val="ListParagraph"/>
      </w:pPr>
      <w:r>
        <w:rPr>
          <w:sz w:val="22"/>
        </w:rPr>
        <w:t>A. \(90^\circ\)</w:t>
      </w:r>
    </w:p>
    <w:p>
      <w:pPr>
        <w:pStyle w:val="ListParagraph"/>
      </w:pPr>
      <w:r>
        <w:rPr>
          <w:sz w:val="22"/>
        </w:rPr>
        <w:t>B. \(60^\circ\)</w:t>
      </w:r>
    </w:p>
    <w:p>
      <w:pPr>
        <w:pStyle w:val="ListParagraph"/>
      </w:pPr>
      <w:r>
        <w:rPr>
          <w:sz w:val="22"/>
        </w:rPr>
        <w:t>C. \(45^\circ\)</w:t>
      </w:r>
    </w:p>
    <w:p>
      <w:pPr>
        <w:pStyle w:val="ListParagraph"/>
      </w:pPr>
      <w:r>
        <w:rPr>
          <w:sz w:val="22"/>
        </w:rPr>
        <w:t>D. \(30^\circ\)</w:t>
      </w:r>
    </w:p>
    <w:p/>
    <w:p>
      <w:r>
        <w:rPr>
          <w:b/>
          <w:sz w:val="24"/>
        </w:rPr>
        <w:t>Câu 16: Cho tam giác ABC có \(A = 30^\circ, B = 45^\circ, a = 2\). Độ dài cạnh b là:</w:t>
      </w:r>
    </w:p>
    <w:p>
      <w:pPr>
        <w:pStyle w:val="ListParagraph"/>
      </w:pPr>
      <w:r>
        <w:rPr>
          <w:sz w:val="22"/>
        </w:rPr>
        <w:t>A. \(2\sqrt{2}\)</w:t>
      </w:r>
    </w:p>
    <w:p>
      <w:pPr>
        <w:pStyle w:val="ListParagraph"/>
      </w:pPr>
      <w:r>
        <w:rPr>
          <w:sz w:val="22"/>
        </w:rPr>
        <w:t>B. \(\sqrt{2}\)</w:t>
      </w:r>
    </w:p>
    <w:p>
      <w:pPr>
        <w:pStyle w:val="ListParagraph"/>
      </w:pPr>
      <w:r>
        <w:rPr>
          <w:sz w:val="22"/>
        </w:rPr>
        <w:t>C. \(2\sqrt{3}\)</w:t>
      </w:r>
    </w:p>
    <w:p>
      <w:pPr>
        <w:pStyle w:val="ListParagraph"/>
      </w:pPr>
      <w:r>
        <w:rPr>
          <w:sz w:val="22"/>
        </w:rPr>
        <w:t>D. \(\sqrt{3}\)</w:t>
      </w:r>
    </w:p>
    <w:p/>
    <w:p>
      <w:r>
        <w:rPr>
          <w:b/>
          <w:sz w:val="24"/>
        </w:rPr>
        <w:t>Câu 17: Diện tích tam giác ABC có \(a = 3, b = 4, C = 30^\circ\) là:</w:t>
      </w:r>
    </w:p>
    <w:p>
      <w:pPr>
        <w:pStyle w:val="ListParagraph"/>
      </w:pPr>
      <w:r>
        <w:rPr>
          <w:sz w:val="22"/>
        </w:rPr>
        <w:t>A. 3</w:t>
      </w:r>
    </w:p>
    <w:p>
      <w:pPr>
        <w:pStyle w:val="ListParagraph"/>
      </w:pPr>
      <w:r>
        <w:rPr>
          <w:sz w:val="22"/>
        </w:rPr>
        <w:t>B. 6</w:t>
      </w:r>
    </w:p>
    <w:p>
      <w:pPr>
        <w:pStyle w:val="ListParagraph"/>
      </w:pPr>
      <w:r>
        <w:rPr>
          <w:sz w:val="22"/>
        </w:rPr>
        <w:t>C. 12</w:t>
      </w:r>
    </w:p>
    <w:p>
      <w:pPr>
        <w:pStyle w:val="ListParagraph"/>
      </w:pPr>
      <w:r>
        <w:rPr>
          <w:sz w:val="22"/>
        </w:rPr>
        <w:t>D. 1.5</w:t>
      </w:r>
    </w:p>
    <w:p/>
    <w:p>
      <w:r>
        <w:rPr>
          <w:b/>
          <w:sz w:val="24"/>
        </w:rPr>
        <w:t>Câu 18: Cho tam giác ABC có \(a = 7, b = 8, c = 5\). Diện tích tam giác ABC là:</w:t>
      </w:r>
    </w:p>
    <w:p>
      <w:pPr>
        <w:pStyle w:val="ListParagraph"/>
      </w:pPr>
      <w:r>
        <w:rPr>
          <w:sz w:val="22"/>
        </w:rPr>
        <w:t>A. \(10\sqrt{3}\)</w:t>
      </w:r>
    </w:p>
    <w:p>
      <w:pPr>
        <w:pStyle w:val="ListParagraph"/>
      </w:pPr>
      <w:r>
        <w:rPr>
          <w:sz w:val="22"/>
        </w:rPr>
        <w:t>B. \(5\sqrt{3}\)</w:t>
      </w:r>
    </w:p>
    <w:p>
      <w:pPr>
        <w:pStyle w:val="ListParagraph"/>
      </w:pPr>
      <w:r>
        <w:rPr>
          <w:sz w:val="22"/>
        </w:rPr>
        <w:t>C. \(10\)</w:t>
      </w:r>
    </w:p>
    <w:p>
      <w:pPr>
        <w:pStyle w:val="ListParagraph"/>
      </w:pPr>
      <w:r>
        <w:rPr>
          <w:sz w:val="22"/>
        </w:rPr>
        <w:t>D. \(20\)</w:t>
      </w:r>
    </w:p>
    <w:p/>
    <w:p>
      <w:r>
        <w:rPr>
          <w:b/>
          <w:sz w:val="24"/>
        </w:rPr>
        <w:t>Câu 19: Cho tam giác ABC có bán kính đường tròn ngoại tiếp \(R = 5\), góc \(A = 60^\circ\). Độ dài cạnh a là:</w:t>
      </w:r>
    </w:p>
    <w:p>
      <w:pPr>
        <w:pStyle w:val="ListParagraph"/>
      </w:pPr>
      <w:r>
        <w:rPr>
          <w:sz w:val="22"/>
        </w:rPr>
        <w:t>A. \(5\sqrt{3}\)</w:t>
      </w:r>
    </w:p>
    <w:p>
      <w:pPr>
        <w:pStyle w:val="ListParagraph"/>
      </w:pPr>
      <w:r>
        <w:rPr>
          <w:sz w:val="22"/>
        </w:rPr>
        <w:t>B. \(5\sqrt{2}\)</w:t>
      </w:r>
    </w:p>
    <w:p>
      <w:pPr>
        <w:pStyle w:val="ListParagraph"/>
      </w:pPr>
      <w:r>
        <w:rPr>
          <w:sz w:val="22"/>
        </w:rPr>
        <w:t>C. \(10\sqrt{3}\)</w:t>
      </w:r>
    </w:p>
    <w:p>
      <w:pPr>
        <w:pStyle w:val="ListParagraph"/>
      </w:pPr>
      <w:r>
        <w:rPr>
          <w:sz w:val="22"/>
        </w:rPr>
        <w:t>D. \(10\)</w:t>
      </w:r>
    </w:p>
    <w:p/>
    <w:p>
      <w:r>
        <w:rPr>
          <w:b/>
          <w:sz w:val="24"/>
        </w:rPr>
        <w:t>Câu 20: Cho tam giác ABC có \(a = 4, b = 5, c = 6\). Giá trị của \(\cos A\) là:</w:t>
      </w:r>
    </w:p>
    <w:p>
      <w:pPr>
        <w:pStyle w:val="ListParagraph"/>
      </w:pPr>
      <w:r>
        <w:rPr>
          <w:sz w:val="22"/>
        </w:rPr>
        <w:t>A. \(\frac{3}{4}\)</w:t>
      </w:r>
    </w:p>
    <w:p>
      <w:pPr>
        <w:pStyle w:val="ListParagraph"/>
      </w:pPr>
      <w:r>
        <w:rPr>
          <w:sz w:val="22"/>
        </w:rPr>
        <w:t>B. \(\frac{4}{5}\)</w:t>
      </w:r>
    </w:p>
    <w:p>
      <w:pPr>
        <w:pStyle w:val="ListParagraph"/>
      </w:pPr>
      <w:r>
        <w:rPr>
          <w:sz w:val="22"/>
        </w:rPr>
        <w:t>C. \(\frac{5}{6}\)</w:t>
      </w:r>
    </w:p>
    <w:p>
      <w:pPr>
        <w:pStyle w:val="ListParagraph"/>
      </w:pPr>
      <w:r>
        <w:rPr>
          <w:sz w:val="22"/>
        </w:rPr>
        <w:t>D. \(\frac{1}{2}\)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</w:rPr>
        <w:t>BẢNG ĐÁP ÁN &amp; LỜI GIẢI CHI TIẾT</w:t>
      </w:r>
    </w:p>
    <w:p>
      <w:r>
        <w:rPr>
          <w:b/>
        </w:rPr>
        <w:t>Câu 1: Đáp án đúng: A</w:t>
      </w:r>
    </w:p>
    <w:p>
      <w:r>
        <w:rPr>
          <w:b/>
        </w:rPr>
        <w:t>Câu 2: Đáp án đúng: A</w:t>
      </w:r>
    </w:p>
    <w:p>
      <w:r>
        <w:rPr>
          <w:b/>
        </w:rPr>
        <w:t>Câu 3: Đáp án đúng: A</w:t>
      </w:r>
    </w:p>
    <w:p>
      <w:r>
        <w:rPr>
          <w:b/>
        </w:rPr>
        <w:t>Câu 4: Đáp án đúng: A</w:t>
      </w:r>
    </w:p>
    <w:p>
      <w:r>
        <w:rPr>
          <w:b/>
        </w:rPr>
        <w:t>Câu 5: Đáp án đúng: A</w:t>
      </w:r>
    </w:p>
    <w:p>
      <w:r>
        <w:rPr>
          <w:b/>
        </w:rPr>
        <w:t>Câu 6: Đáp án đúng: A</w:t>
      </w:r>
    </w:p>
    <w:p>
      <w:r>
        <w:rPr>
          <w:b/>
        </w:rPr>
        <w:t>Câu 7: Đáp án đúng: A</w:t>
      </w:r>
    </w:p>
    <w:p>
      <w:r>
        <w:rPr>
          <w:b/>
        </w:rPr>
        <w:t>Câu 8: Đáp án đúng: C</w:t>
      </w:r>
    </w:p>
    <w:p>
      <w:r>
        <w:rPr>
          <w:b/>
        </w:rPr>
        <w:t>Câu 9: Đáp án đúng: A</w:t>
      </w:r>
    </w:p>
    <w:p>
      <w:r>
        <w:rPr>
          <w:b/>
        </w:rPr>
        <w:t>Câu 10: Đáp án đúng: A</w:t>
      </w:r>
    </w:p>
    <w:p>
      <w:r>
        <w:rPr>
          <w:b/>
        </w:rPr>
        <w:t>Câu 11: Đáp án đúng: A</w:t>
      </w:r>
    </w:p>
    <w:p>
      <w:r>
        <w:rPr>
          <w:b/>
        </w:rPr>
        <w:t>Câu 12: Đáp án đúng: C</w:t>
      </w:r>
    </w:p>
    <w:p>
      <w:r>
        <w:rPr>
          <w:b/>
        </w:rPr>
        <w:t>Câu 13: Đáp án đúng: A</w:t>
      </w:r>
    </w:p>
    <w:p>
      <w:r>
        <w:rPr>
          <w:b/>
        </w:rPr>
        <w:t>Câu 14: Đáp án đúng: A</w:t>
      </w:r>
    </w:p>
    <w:p>
      <w:r>
        <w:rPr>
          <w:b/>
        </w:rPr>
        <w:t>Câu 15: Đáp án đúng: A</w:t>
      </w:r>
    </w:p>
    <w:p>
      <w:r>
        <w:rPr>
          <w:b/>
        </w:rPr>
        <w:t>Câu 16: Đáp án đúng: A</w:t>
      </w:r>
    </w:p>
    <w:p>
      <w:r>
        <w:rPr>
          <w:b/>
        </w:rPr>
        <w:t>Câu 17: Đáp án đúng: A</w:t>
      </w:r>
    </w:p>
    <w:p>
      <w:r>
        <w:rPr>
          <w:b/>
        </w:rPr>
        <w:t>Câu 18: Đáp án đúng: A</w:t>
      </w:r>
    </w:p>
    <w:p>
      <w:r>
        <w:rPr>
          <w:b/>
        </w:rPr>
        <w:t>Câu 19: Đáp án đúng: A</w:t>
      </w:r>
    </w:p>
    <w:p>
      <w:r>
        <w:rPr>
          <w:b/>
        </w:rPr>
        <w:t>Câu 20: Đáp án đúng: A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