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toán tuần 4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Biểu thức nào dưới đây là biểu thức chứa một chữ?</w:t>
      </w:r>
    </w:p>
    <w:p>
      <w:pPr>
        <w:pStyle w:val="ListParagraph"/>
      </w:pPr>
      <w:r>
        <w:rPr>
          <w:sz w:val="22"/>
        </w:rPr>
        <w:t>A. $5 + 3 \times 2$</w:t>
      </w:r>
    </w:p>
    <w:p>
      <w:pPr>
        <w:pStyle w:val="ListParagraph"/>
      </w:pPr>
      <w:r>
        <w:rPr>
          <w:sz w:val="22"/>
        </w:rPr>
        <w:t>B. $12 + a$</w:t>
      </w:r>
    </w:p>
    <w:p>
      <w:pPr>
        <w:pStyle w:val="ListParagraph"/>
      </w:pPr>
      <w:r>
        <w:rPr>
          <w:sz w:val="22"/>
        </w:rPr>
        <w:t>C. $15 : 3 + 7$</w:t>
      </w:r>
    </w:p>
    <w:p>
      <w:pPr>
        <w:pStyle w:val="ListParagraph"/>
      </w:pPr>
      <w:r>
        <w:rPr>
          <w:sz w:val="22"/>
        </w:rPr>
        <w:t>D. $(4 + 6) \times 2$</w:t>
      </w:r>
    </w:p>
    <w:p/>
    <w:p>
      <w:r>
        <w:rPr>
          <w:b/>
          <w:sz w:val="24"/>
        </w:rPr>
        <w:t>Câu 2: Giá trị của biểu thức $35 + a$ khi $a = 18$ là:</w:t>
      </w:r>
    </w:p>
    <w:p>
      <w:pPr>
        <w:pStyle w:val="ListParagraph"/>
      </w:pPr>
      <w:r>
        <w:rPr>
          <w:sz w:val="22"/>
        </w:rPr>
        <w:t>A. 43</w:t>
      </w:r>
    </w:p>
    <w:p>
      <w:pPr>
        <w:pStyle w:val="ListParagraph"/>
      </w:pPr>
      <w:r>
        <w:rPr>
          <w:sz w:val="22"/>
        </w:rPr>
        <w:t>B. 53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23</w:t>
      </w:r>
    </w:p>
    <w:p/>
    <w:p>
      <w:r>
        <w:rPr>
          <w:b/>
          <w:sz w:val="24"/>
        </w:rPr>
        <w:t>Câu 3: Giá trị của biểu thức $b \times 6$ khi $b = 7$ là: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13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48</w:t>
      </w:r>
    </w:p>
    <w:p/>
    <w:p>
      <w:r>
        <w:rPr>
          <w:b/>
          <w:sz w:val="24"/>
        </w:rPr>
        <w:t>Câu 4: Biểu thức $100 - c$ có giá trị bằng 75 khi $c$ bằng: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175</w:t>
      </w:r>
    </w:p>
    <w:p>
      <w:pPr>
        <w:pStyle w:val="ListParagraph"/>
      </w:pPr>
      <w:r>
        <w:rPr>
          <w:sz w:val="22"/>
        </w:rPr>
        <w:t>D. 15</w:t>
      </w:r>
    </w:p>
    <w:p/>
    <w:p>
      <w:r>
        <w:rPr>
          <w:b/>
          <w:sz w:val="24"/>
        </w:rPr>
        <w:t>Câu 5: Một hình chữ nhật có chiều dài $a$ cm, chiều rộng 5 cm. Biểu thức tính chu vi hình chữ nhật đó là:</w:t>
      </w:r>
    </w:p>
    <w:p>
      <w:pPr>
        <w:pStyle w:val="ListParagraph"/>
      </w:pPr>
      <w:r>
        <w:rPr>
          <w:sz w:val="22"/>
        </w:rPr>
        <w:t>A. $a + 5$</w:t>
      </w:r>
    </w:p>
    <w:p>
      <w:pPr>
        <w:pStyle w:val="ListParagraph"/>
      </w:pPr>
      <w:r>
        <w:rPr>
          <w:sz w:val="22"/>
        </w:rPr>
        <w:t>B. $(a + 5) \times 2$</w:t>
      </w:r>
    </w:p>
    <w:p>
      <w:pPr>
        <w:pStyle w:val="ListParagraph"/>
      </w:pPr>
      <w:r>
        <w:rPr>
          <w:sz w:val="22"/>
        </w:rPr>
        <w:t>C. $a \times 5$</w:t>
      </w:r>
    </w:p>
    <w:p>
      <w:pPr>
        <w:pStyle w:val="ListParagraph"/>
      </w:pPr>
      <w:r>
        <w:rPr>
          <w:sz w:val="22"/>
        </w:rPr>
        <w:t>D. $a \times 2 + 5$</w:t>
      </w:r>
    </w:p>
    <w:p/>
    <w:p>
      <w:r>
        <w:rPr>
          <w:b/>
          <w:sz w:val="24"/>
        </w:rPr>
        <w:t>Câu 6: Với $m = 8$, giá trị của biểu thức $m \times 4 + 12$ là:</w:t>
      </w:r>
    </w:p>
    <w:p>
      <w:pPr>
        <w:pStyle w:val="ListParagraph"/>
      </w:pPr>
      <w:r>
        <w:rPr>
          <w:sz w:val="22"/>
        </w:rPr>
        <w:t>A. 44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52</w:t>
      </w:r>
    </w:p>
    <w:p/>
    <w:p>
      <w:r>
        <w:rPr>
          <w:b/>
          <w:sz w:val="24"/>
        </w:rPr>
        <w:t>Câu 7: Nếu $n = 6$ thì giá trị của biểu thức $72 : n$ là: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66</w:t>
      </w:r>
    </w:p>
    <w:p>
      <w:pPr>
        <w:pStyle w:val="ListParagraph"/>
      </w:pPr>
      <w:r>
        <w:rPr>
          <w:sz w:val="22"/>
        </w:rPr>
        <w:t>C. 78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8: Biểu thức nào có giá trị lớn nhất khi $x = 5$?</w:t>
      </w:r>
    </w:p>
    <w:p>
      <w:pPr>
        <w:pStyle w:val="ListParagraph"/>
      </w:pPr>
      <w:r>
        <w:rPr>
          <w:sz w:val="22"/>
        </w:rPr>
        <w:t>A. $x + 20$</w:t>
      </w:r>
    </w:p>
    <w:p>
      <w:pPr>
        <w:pStyle w:val="ListParagraph"/>
      </w:pPr>
      <w:r>
        <w:rPr>
          <w:sz w:val="22"/>
        </w:rPr>
        <w:t>B. $x \times 5$</w:t>
      </w:r>
    </w:p>
    <w:p>
      <w:pPr>
        <w:pStyle w:val="ListParagraph"/>
      </w:pPr>
      <w:r>
        <w:rPr>
          <w:sz w:val="22"/>
        </w:rPr>
        <w:t>C. $60 - x$</w:t>
      </w:r>
    </w:p>
    <w:p>
      <w:pPr>
        <w:pStyle w:val="ListParagraph"/>
      </w:pPr>
      <w:r>
        <w:rPr>
          <w:sz w:val="22"/>
        </w:rPr>
        <w:t>D. $x : 5$</w:t>
      </w:r>
    </w:p>
    <w:p/>
    <w:p>
      <w:r>
        <w:rPr>
          <w:b/>
          <w:sz w:val="24"/>
        </w:rPr>
        <w:t>Câu 9: An có 15 quyển vở. Bình có nhiều hơn An $x$ quyển vở. Biểu thức biểu thị số vở của Bình là:</w:t>
      </w:r>
    </w:p>
    <w:p>
      <w:pPr>
        <w:pStyle w:val="ListParagraph"/>
      </w:pPr>
      <w:r>
        <w:rPr>
          <w:sz w:val="22"/>
        </w:rPr>
        <w:t>A. $15 + x$</w:t>
      </w:r>
    </w:p>
    <w:p>
      <w:pPr>
        <w:pStyle w:val="ListParagraph"/>
      </w:pPr>
      <w:r>
        <w:rPr>
          <w:sz w:val="22"/>
        </w:rPr>
        <w:t>B. $15 - x$</w:t>
      </w:r>
    </w:p>
    <w:p>
      <w:pPr>
        <w:pStyle w:val="ListParagraph"/>
      </w:pPr>
      <w:r>
        <w:rPr>
          <w:sz w:val="22"/>
        </w:rPr>
        <w:t>C. $15 \times x$</w:t>
      </w:r>
    </w:p>
    <w:p>
      <w:pPr>
        <w:pStyle w:val="ListParagraph"/>
      </w:pPr>
      <w:r>
        <w:rPr>
          <w:sz w:val="22"/>
        </w:rPr>
        <w:t>D. $15 : x$</w:t>
      </w:r>
    </w:p>
    <w:p/>
    <w:p>
      <w:r>
        <w:rPr>
          <w:b/>
          <w:sz w:val="24"/>
        </w:rPr>
        <w:t>Câu 10: Giá trị của biểu thức $(a + 7) \times 3$ khi $a = 5$ là: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22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26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