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nhanh 10 câu trắc nghiệm toán lớp 3, phép...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Kết quả của phép chia 56 : 7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2: Số dư của phép chia 47 : 5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2</w:t>
      </w:r>
    </w:p>
    <w:p>
      <w:pPr>
        <w:pStyle w:val="ListParagraph"/>
      </w:pPr>
      <w:r>
        <w:rPr>
          <w:sz w:val="22"/>
        </w:rPr>
        <w:t>C. 3</w:t>
      </w:r>
    </w:p>
    <w:p>
      <w:pPr>
        <w:pStyle w:val="ListParagraph"/>
      </w:pPr>
      <w:r>
        <w:rPr>
          <w:sz w:val="22"/>
        </w:rPr>
        <w:t>D. 4</w:t>
      </w:r>
    </w:p>
    <w:p/>
    <w:p>
      <w:r>
        <w:rPr>
          <w:b/>
          <w:sz w:val="24"/>
        </w:rPr>
        <w:t>Câu 3: Tìm x, biết: x : 4 = 9.</w:t>
      </w:r>
    </w:p>
    <w:p>
      <w:pPr>
        <w:pStyle w:val="ListParagraph"/>
      </w:pPr>
      <w:r>
        <w:rPr>
          <w:sz w:val="22"/>
        </w:rPr>
        <w:t>A. x = 32</w:t>
      </w:r>
    </w:p>
    <w:p>
      <w:pPr>
        <w:pStyle w:val="ListParagraph"/>
      </w:pPr>
      <w:r>
        <w:rPr>
          <w:sz w:val="22"/>
        </w:rPr>
        <w:t>B. x = 36</w:t>
      </w:r>
    </w:p>
    <w:p>
      <w:pPr>
        <w:pStyle w:val="ListParagraph"/>
      </w:pPr>
      <w:r>
        <w:rPr>
          <w:sz w:val="22"/>
        </w:rPr>
        <w:t>C. x = 45</w:t>
      </w:r>
    </w:p>
    <w:p>
      <w:pPr>
        <w:pStyle w:val="ListParagraph"/>
      </w:pPr>
      <w:r>
        <w:rPr>
          <w:sz w:val="22"/>
        </w:rPr>
        <w:t>D. x = 40</w:t>
      </w:r>
    </w:p>
    <w:p/>
    <w:p>
      <w:r>
        <w:rPr>
          <w:b/>
          <w:sz w:val="24"/>
        </w:rPr>
        <w:t>Câu 4: Có 72 cái kẹo chia đều cho 8 bạn. Hỏi mỗi bạn nhận được bao nhiêu cái kẹo?</w:t>
      </w:r>
    </w:p>
    <w:p>
      <w:pPr>
        <w:pStyle w:val="ListParagraph"/>
      </w:pPr>
      <w:r>
        <w:rPr>
          <w:sz w:val="22"/>
        </w:rPr>
        <w:t>A. 8 cái kẹo</w:t>
      </w:r>
    </w:p>
    <w:p>
      <w:pPr>
        <w:pStyle w:val="ListParagraph"/>
      </w:pPr>
      <w:r>
        <w:rPr>
          <w:sz w:val="22"/>
        </w:rPr>
        <w:t>B. 9 cái kẹo</w:t>
      </w:r>
    </w:p>
    <w:p>
      <w:pPr>
        <w:pStyle w:val="ListParagraph"/>
      </w:pPr>
      <w:r>
        <w:rPr>
          <w:sz w:val="22"/>
        </w:rPr>
        <w:t>C. 7 cái kẹo</w:t>
      </w:r>
    </w:p>
    <w:p>
      <w:pPr>
        <w:pStyle w:val="ListParagraph"/>
      </w:pPr>
      <w:r>
        <w:rPr>
          <w:sz w:val="22"/>
        </w:rPr>
        <w:t>D. 6 cái kẹo</w:t>
      </w:r>
    </w:p>
    <w:p/>
    <w:p>
      <w:r>
        <w:rPr>
          <w:b/>
          <w:sz w:val="24"/>
        </w:rPr>
        <w:t>Câu 5: Phép chia nào sau đây là đúng?</w:t>
      </w:r>
    </w:p>
    <w:p>
      <w:pPr>
        <w:pStyle w:val="ListParagraph"/>
      </w:pPr>
      <w:r>
        <w:rPr>
          <w:sz w:val="22"/>
        </w:rPr>
        <w:t>A. 81 : 9 = 8</w:t>
      </w:r>
    </w:p>
    <w:p>
      <w:pPr>
        <w:pStyle w:val="ListParagraph"/>
      </w:pPr>
      <w:r>
        <w:rPr>
          <w:sz w:val="22"/>
        </w:rPr>
        <w:t>B. 64 : 8 = 7</w:t>
      </w:r>
    </w:p>
    <w:p>
      <w:pPr>
        <w:pStyle w:val="ListParagraph"/>
      </w:pPr>
      <w:r>
        <w:rPr>
          <w:sz w:val="22"/>
        </w:rPr>
        <w:t>C. 49 : 7 = 7</w:t>
      </w:r>
    </w:p>
    <w:p>
      <w:pPr>
        <w:pStyle w:val="ListParagraph"/>
      </w:pPr>
      <w:r>
        <w:rPr>
          <w:sz w:val="22"/>
        </w:rPr>
        <w:t>D. 36 : 6 = 5</w:t>
      </w:r>
    </w:p>
    <w:p/>
    <w:p>
      <w:r>
        <w:rPr>
          <w:b/>
          <w:sz w:val="24"/>
        </w:rPr>
        <w:t>Câu 6: Kết quả của phép chia 0 : 9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9</w:t>
      </w:r>
    </w:p>
    <w:p>
      <w:pPr>
        <w:pStyle w:val="ListParagraph"/>
      </w:pPr>
      <w:r>
        <w:rPr>
          <w:sz w:val="22"/>
        </w:rPr>
        <w:t>D. Không thực hiện được</w:t>
      </w:r>
    </w:p>
    <w:p/>
    <w:p>
      <w:r>
        <w:rPr>
          <w:b/>
          <w:sz w:val="24"/>
        </w:rPr>
        <w:t>Câu 7: Điền số thích hợp vào chỗ chấm: ... : 6 = 7 (dư 3).</w:t>
      </w:r>
    </w:p>
    <w:p>
      <w:pPr>
        <w:pStyle w:val="ListParagraph"/>
      </w:pPr>
      <w:r>
        <w:rPr>
          <w:sz w:val="22"/>
        </w:rPr>
        <w:t>A. 45</w:t>
      </w:r>
    </w:p>
    <w:p>
      <w:pPr>
        <w:pStyle w:val="ListParagraph"/>
      </w:pPr>
      <w:r>
        <w:rPr>
          <w:sz w:val="22"/>
        </w:rPr>
        <w:t>B. 42</w:t>
      </w:r>
    </w:p>
    <w:p>
      <w:pPr>
        <w:pStyle w:val="ListParagraph"/>
      </w:pPr>
      <w:r>
        <w:rPr>
          <w:sz w:val="22"/>
        </w:rPr>
        <w:t>C. 39</w:t>
      </w:r>
    </w:p>
    <w:p>
      <w:pPr>
        <w:pStyle w:val="ListParagraph"/>
      </w:pPr>
      <w:r>
        <w:rPr>
          <w:sz w:val="22"/>
        </w:rPr>
        <w:t>D. 48</w:t>
      </w:r>
    </w:p>
    <w:p/>
    <w:p>
      <w:r>
        <w:rPr>
          <w:b/>
          <w:sz w:val="24"/>
        </w:rPr>
        <w:t>Câu 8: Một đội công nhân có 40 người xếp thành 5 hàng đều nhau. Hỏi mỗi hàng có bao nhiêu người?</w:t>
      </w:r>
    </w:p>
    <w:p>
      <w:pPr>
        <w:pStyle w:val="ListParagraph"/>
      </w:pPr>
      <w:r>
        <w:rPr>
          <w:sz w:val="22"/>
        </w:rPr>
        <w:t>A. 6 người</w:t>
      </w:r>
    </w:p>
    <w:p>
      <w:pPr>
        <w:pStyle w:val="ListParagraph"/>
      </w:pPr>
      <w:r>
        <w:rPr>
          <w:sz w:val="22"/>
        </w:rPr>
        <w:t>B. 7 người</w:t>
      </w:r>
    </w:p>
    <w:p>
      <w:pPr>
        <w:pStyle w:val="ListParagraph"/>
      </w:pPr>
      <w:r>
        <w:rPr>
          <w:sz w:val="22"/>
        </w:rPr>
        <w:t>C. 8 người</w:t>
      </w:r>
    </w:p>
    <w:p>
      <w:pPr>
        <w:pStyle w:val="ListParagraph"/>
      </w:pPr>
      <w:r>
        <w:rPr>
          <w:sz w:val="22"/>
        </w:rPr>
        <w:t>D. 9 người</w:t>
      </w:r>
    </w:p>
    <w:p/>
    <w:p>
      <w:r>
        <w:rPr>
          <w:b/>
          <w:sz w:val="24"/>
        </w:rPr>
        <w:t>Câu 9: Trong phép chia hết, số bị chia là 63, số chia là 9. Thương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10: Trong một phép chia có số chia là 8, thương là 6, số dư là số dư lớn nhất có thể. Số bị chia là:</w:t>
      </w:r>
    </w:p>
    <w:p>
      <w:pPr>
        <w:pStyle w:val="ListParagraph"/>
      </w:pPr>
      <w:r>
        <w:rPr>
          <w:sz w:val="22"/>
        </w:rPr>
        <w:t>A. 54</w:t>
      </w:r>
    </w:p>
    <w:p>
      <w:pPr>
        <w:pStyle w:val="ListParagraph"/>
      </w:pPr>
      <w:r>
        <w:rPr>
          <w:sz w:val="22"/>
        </w:rPr>
        <w:t>B. 55</w:t>
      </w:r>
    </w:p>
    <w:p>
      <w:pPr>
        <w:pStyle w:val="ListParagraph"/>
      </w:pPr>
      <w:r>
        <w:rPr>
          <w:sz w:val="22"/>
        </w:rPr>
        <w:t>C. 56</w:t>
      </w:r>
    </w:p>
    <w:p>
      <w:pPr>
        <w:pStyle w:val="ListParagraph"/>
      </w:pPr>
      <w:r>
        <w:rPr>
          <w:sz w:val="22"/>
        </w:rPr>
        <w:t>D. 48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