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Trắc nghiệm 10 câu tiếng Anh về thì hiện tại ...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She ___ to school every day.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went</w:t>
      </w:r>
    </w:p>
    <w:p/>
    <w:p>
      <w:r>
        <w:rPr>
          <w:b/>
          <w:sz w:val="24"/>
        </w:rPr>
        <w:t>Câu 2: They ___ like coffee.</w:t>
      </w:r>
    </w:p>
    <w:p>
      <w:pPr>
        <w:pStyle w:val="ListParagraph"/>
      </w:pPr>
      <w:r>
        <w:rPr>
          <w:sz w:val="22"/>
        </w:rPr>
        <w:t>A. don't</w:t>
      </w:r>
    </w:p>
    <w:p>
      <w:pPr>
        <w:pStyle w:val="ListParagraph"/>
      </w:pPr>
      <w:r>
        <w:rPr>
          <w:sz w:val="22"/>
        </w:rPr>
        <w:t>B. doesn't</w:t>
      </w:r>
    </w:p>
    <w:p>
      <w:pPr>
        <w:pStyle w:val="ListParagraph"/>
      </w:pPr>
      <w:r>
        <w:rPr>
          <w:sz w:val="22"/>
        </w:rPr>
        <w:t>C. not</w:t>
      </w:r>
    </w:p>
    <w:p>
      <w:pPr>
        <w:pStyle w:val="ListParagraph"/>
      </w:pPr>
      <w:r>
        <w:rPr>
          <w:sz w:val="22"/>
        </w:rPr>
        <w:t>D. aren't</w:t>
      </w:r>
    </w:p>
    <w:p/>
    <w:p>
      <w:r>
        <w:rPr>
          <w:b/>
          <w:sz w:val="24"/>
        </w:rPr>
        <w:t>Câu 3: ___ he play tennis?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rPr>
          <w:b/>
          <w:sz w:val="24"/>
        </w:rPr>
        <w:t>Câu 4: My brother ___ a new car.</w:t>
      </w:r>
    </w:p>
    <w:p>
      <w:pPr>
        <w:pStyle w:val="ListParagraph"/>
      </w:pPr>
      <w:r>
        <w:rPr>
          <w:sz w:val="22"/>
        </w:rPr>
        <w:t>A. have</w:t>
      </w:r>
    </w:p>
    <w:p>
      <w:pPr>
        <w:pStyle w:val="ListParagraph"/>
      </w:pPr>
      <w:r>
        <w:rPr>
          <w:sz w:val="22"/>
        </w:rPr>
        <w:t>B. has</w:t>
      </w:r>
    </w:p>
    <w:p>
      <w:pPr>
        <w:pStyle w:val="ListParagraph"/>
      </w:pPr>
      <w:r>
        <w:rPr>
          <w:sz w:val="22"/>
        </w:rPr>
        <w:t>C. is having</w:t>
      </w:r>
    </w:p>
    <w:p>
      <w:pPr>
        <w:pStyle w:val="ListParagraph"/>
      </w:pPr>
      <w:r>
        <w:rPr>
          <w:sz w:val="22"/>
        </w:rPr>
        <w:t>D. had</w:t>
      </w:r>
    </w:p>
    <w:p/>
    <w:p>
      <w:r>
        <w:rPr>
          <w:b/>
          <w:sz w:val="24"/>
        </w:rPr>
        <w:t>Câu 5: We ___(not/watch) TV in the morning.</w:t>
      </w:r>
    </w:p>
    <w:p>
      <w:pPr>
        <w:pStyle w:val="ListParagraph"/>
      </w:pPr>
      <w:r>
        <w:rPr>
          <w:sz w:val="22"/>
        </w:rPr>
        <w:t>A. don't watch</w:t>
      </w:r>
    </w:p>
    <w:p>
      <w:pPr>
        <w:pStyle w:val="ListParagraph"/>
      </w:pPr>
      <w:r>
        <w:rPr>
          <w:sz w:val="22"/>
        </w:rPr>
        <w:t>B. doesn't watch</w:t>
      </w:r>
    </w:p>
    <w:p>
      <w:pPr>
        <w:pStyle w:val="ListParagraph"/>
      </w:pPr>
      <w:r>
        <w:rPr>
          <w:sz w:val="22"/>
        </w:rPr>
        <w:t>C. not watch</w:t>
      </w:r>
    </w:p>
    <w:p>
      <w:pPr>
        <w:pStyle w:val="ListParagraph"/>
      </w:pPr>
      <w:r>
        <w:rPr>
          <w:sz w:val="22"/>
        </w:rPr>
        <w:t>D. aren't watch</w:t>
      </w:r>
    </w:p>
    <w:p/>
    <w:p>
      <w:r>
        <w:rPr>
          <w:b/>
          <w:sz w:val="24"/>
        </w:rPr>
        <w:t>Câu 6: ___ you like pizza?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Are</w:t>
      </w:r>
    </w:p>
    <w:p>
      <w:pPr>
        <w:pStyle w:val="ListParagraph"/>
      </w:pPr>
      <w:r>
        <w:rPr>
          <w:sz w:val="22"/>
        </w:rPr>
        <w:t>D. Is</w:t>
      </w:r>
    </w:p>
    <w:p/>
    <w:p>
      <w:r>
        <w:rPr>
          <w:b/>
          <w:sz w:val="24"/>
        </w:rPr>
        <w:t>Câu 7: The sun ___ in the east.</w:t>
      </w:r>
    </w:p>
    <w:p>
      <w:pPr>
        <w:pStyle w:val="ListParagraph"/>
      </w:pPr>
      <w:r>
        <w:rPr>
          <w:sz w:val="22"/>
        </w:rPr>
        <w:t>A. rise</w:t>
      </w:r>
    </w:p>
    <w:p>
      <w:pPr>
        <w:pStyle w:val="ListParagraph"/>
      </w:pPr>
      <w:r>
        <w:rPr>
          <w:sz w:val="22"/>
        </w:rPr>
        <w:t>B. rises</w:t>
      </w:r>
    </w:p>
    <w:p>
      <w:pPr>
        <w:pStyle w:val="ListParagraph"/>
      </w:pPr>
      <w:r>
        <w:rPr>
          <w:sz w:val="22"/>
        </w:rPr>
        <w:t>C. is rising</w:t>
      </w:r>
    </w:p>
    <w:p>
      <w:pPr>
        <w:pStyle w:val="ListParagraph"/>
      </w:pPr>
      <w:r>
        <w:rPr>
          <w:sz w:val="22"/>
        </w:rPr>
        <w:t>D. rose</w:t>
      </w:r>
    </w:p>
    <w:p/>
    <w:p>
      <w:r>
        <w:rPr>
          <w:b/>
          <w:sz w:val="24"/>
        </w:rPr>
        <w:t>Câu 8: I ___ (not/be) a doctor.</w:t>
      </w:r>
    </w:p>
    <w:p>
      <w:pPr>
        <w:pStyle w:val="ListParagraph"/>
      </w:pPr>
      <w:r>
        <w:rPr>
          <w:sz w:val="22"/>
        </w:rPr>
        <w:t>A. am not</w:t>
      </w:r>
    </w:p>
    <w:p>
      <w:pPr>
        <w:pStyle w:val="ListParagraph"/>
      </w:pPr>
      <w:r>
        <w:rPr>
          <w:sz w:val="22"/>
        </w:rPr>
        <w:t>B. don't be</w:t>
      </w:r>
    </w:p>
    <w:p>
      <w:pPr>
        <w:pStyle w:val="ListParagraph"/>
      </w:pPr>
      <w:r>
        <w:rPr>
          <w:sz w:val="22"/>
        </w:rPr>
        <w:t>C. isn't</w:t>
      </w:r>
    </w:p>
    <w:p>
      <w:pPr>
        <w:pStyle w:val="ListParagraph"/>
      </w:pPr>
      <w:r>
        <w:rPr>
          <w:sz w:val="22"/>
        </w:rPr>
        <w:t>D. aren't</w:t>
      </w:r>
    </w:p>
    <w:p/>
    <w:p>
      <w:r>
        <w:rPr>
          <w:b/>
          <w:sz w:val="24"/>
        </w:rPr>
        <w:t>Câu 9: How often ___ you go to the gym?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are</w:t>
      </w:r>
    </w:p>
    <w:p>
      <w:pPr>
        <w:pStyle w:val="ListParagraph"/>
      </w:pPr>
      <w:r>
        <w:rPr>
          <w:sz w:val="22"/>
        </w:rPr>
        <w:t>D. is</w:t>
      </w:r>
    </w:p>
    <w:p/>
    <w:p>
      <w:r>
        <w:rPr>
          <w:b/>
          <w:sz w:val="24"/>
        </w:rPr>
        <w:t>Câu 10: Kate and Tom ___ (be) happy.</w:t>
      </w:r>
    </w:p>
    <w:p>
      <w:pPr>
        <w:pStyle w:val="ListParagraph"/>
      </w:pPr>
      <w:r>
        <w:rPr>
          <w:sz w:val="22"/>
        </w:rPr>
        <w:t>A. is</w:t>
      </w:r>
    </w:p>
    <w:p>
      <w:pPr>
        <w:pStyle w:val="ListParagraph"/>
      </w:pPr>
      <w:r>
        <w:rPr>
          <w:sz w:val="22"/>
        </w:rPr>
        <w:t>B. are</w:t>
      </w:r>
    </w:p>
    <w:p>
      <w:pPr>
        <w:pStyle w:val="ListParagraph"/>
      </w:pPr>
      <w:r>
        <w:rPr>
          <w:sz w:val="22"/>
        </w:rPr>
        <w:t>C. am</w:t>
      </w:r>
    </w:p>
    <w:p>
      <w:pPr>
        <w:pStyle w:val="ListParagraph"/>
      </w:pPr>
      <w:r>
        <w:rPr>
          <w:sz w:val="22"/>
        </w:rPr>
        <w:t>D. be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