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Unit2 Getting+Language+Reading</w:t>
      </w:r>
    </w:p>
    <w:p>
      <w:pPr>
        <w:jc w:val="center"/>
      </w:pPr>
      <w:r>
        <w:rPr>
          <w:sz w:val="22"/>
        </w:rPr>
        <w:t>Số câu: 74    Thời gian: _____ phút    Họ và tên: _________________________</w:t>
      </w:r>
    </w:p>
    <w:p/>
    <w:p>
      <w:r>
        <w:rPr>
          <w:b/>
          <w:sz w:val="24"/>
        </w:rPr>
        <w:t>Câu 1: Từ nào có nghĩa là "đa văn hóa"?</w:t>
      </w:r>
    </w:p>
    <w:p>
      <w:pPr>
        <w:pStyle w:val="ListParagraph"/>
      </w:pPr>
      <w:r>
        <w:rPr>
          <w:sz w:val="22"/>
        </w:rPr>
        <w:t>A. international</w:t>
      </w:r>
    </w:p>
    <w:p>
      <w:pPr>
        <w:pStyle w:val="ListParagraph"/>
      </w:pPr>
      <w:r>
        <w:rPr>
          <w:sz w:val="22"/>
        </w:rPr>
        <w:t>B. multicultural</w:t>
      </w:r>
    </w:p>
    <w:p>
      <w:pPr>
        <w:pStyle w:val="ListParagraph"/>
      </w:pPr>
      <w:r>
        <w:rPr>
          <w:sz w:val="22"/>
        </w:rPr>
        <w:t>C. popular</w:t>
      </w:r>
    </w:p>
    <w:p>
      <w:pPr>
        <w:pStyle w:val="ListParagraph"/>
      </w:pPr>
      <w:r>
        <w:rPr>
          <w:sz w:val="22"/>
        </w:rPr>
        <w:t>D. traditional</w:t>
      </w:r>
    </w:p>
    <w:p/>
    <w:p>
      <w:r>
        <w:rPr>
          <w:b/>
          <w:sz w:val="24"/>
        </w:rPr>
        <w:t>Câu 2: Từ nào có nghĩa là "quốc tế"?</w:t>
      </w:r>
    </w:p>
    <w:p>
      <w:pPr>
        <w:pStyle w:val="ListParagraph"/>
      </w:pPr>
      <w:r>
        <w:rPr>
          <w:sz w:val="22"/>
        </w:rPr>
        <w:t>A. multicultural</w:t>
      </w:r>
    </w:p>
    <w:p>
      <w:pPr>
        <w:pStyle w:val="ListParagraph"/>
      </w:pPr>
      <w:r>
        <w:rPr>
          <w:sz w:val="22"/>
        </w:rPr>
        <w:t>B. popular</w:t>
      </w:r>
    </w:p>
    <w:p>
      <w:pPr>
        <w:pStyle w:val="ListParagraph"/>
      </w:pPr>
      <w:r>
        <w:rPr>
          <w:sz w:val="22"/>
        </w:rPr>
        <w:t>C. international</w:t>
      </w:r>
    </w:p>
    <w:p>
      <w:pPr>
        <w:pStyle w:val="ListParagraph"/>
      </w:pPr>
      <w:r>
        <w:rPr>
          <w:sz w:val="22"/>
        </w:rPr>
        <w:t>D. worldwide</w:t>
      </w:r>
    </w:p>
    <w:p/>
    <w:p>
      <w:r>
        <w:rPr>
          <w:b/>
          <w:sz w:val="24"/>
        </w:rPr>
        <w:t>Câu 3: Từ nào có nghĩa là "phổ biến"?</w:t>
      </w:r>
    </w:p>
    <w:p>
      <w:pPr>
        <w:pStyle w:val="ListParagraph"/>
      </w:pPr>
      <w:r>
        <w:rPr>
          <w:sz w:val="22"/>
        </w:rPr>
        <w:t>A. popular</w:t>
      </w:r>
    </w:p>
    <w:p>
      <w:pPr>
        <w:pStyle w:val="ListParagraph"/>
      </w:pPr>
      <w:r>
        <w:rPr>
          <w:sz w:val="22"/>
        </w:rPr>
        <w:t>B. traditional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global</w:t>
      </w:r>
    </w:p>
    <w:p/>
    <w:p>
      <w:r>
        <w:rPr>
          <w:b/>
          <w:sz w:val="24"/>
        </w:rPr>
        <w:t>Câu 4: Từ nào có nghĩa là "sự kiện"?</w:t>
      </w:r>
    </w:p>
    <w:p>
      <w:pPr>
        <w:pStyle w:val="ListParagraph"/>
      </w:pPr>
      <w:r>
        <w:rPr>
          <w:sz w:val="22"/>
        </w:rPr>
        <w:t>A. fair</w:t>
      </w:r>
    </w:p>
    <w:p>
      <w:pPr>
        <w:pStyle w:val="ListParagraph"/>
      </w:pPr>
      <w:r>
        <w:rPr>
          <w:sz w:val="22"/>
        </w:rPr>
        <w:t>B. festivity</w:t>
      </w:r>
    </w:p>
    <w:p>
      <w:pPr>
        <w:pStyle w:val="ListParagraph"/>
      </w:pPr>
      <w:r>
        <w:rPr>
          <w:sz w:val="22"/>
        </w:rPr>
        <w:t>C. event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5: Từ nào có nghĩa là "mang"?</w:t>
      </w:r>
    </w:p>
    <w:p>
      <w:pPr>
        <w:pStyle w:val="ListParagraph"/>
      </w:pPr>
      <w:r>
        <w:rPr>
          <w:sz w:val="22"/>
        </w:rPr>
        <w:t>A. bring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6: Từ nào có nghĩa là "địa điểm"?</w:t>
      </w:r>
    </w:p>
    <w:p>
      <w:pPr>
        <w:pStyle w:val="ListParagraph"/>
      </w:pPr>
      <w:r>
        <w:rPr>
          <w:sz w:val="22"/>
        </w:rPr>
        <w:t>A. location</w:t>
      </w:r>
    </w:p>
    <w:p>
      <w:pPr>
        <w:pStyle w:val="ListParagraph"/>
      </w:pPr>
      <w:r>
        <w:rPr>
          <w:sz w:val="22"/>
        </w:rPr>
        <w:t>B. stage</w:t>
      </w:r>
    </w:p>
    <w:p>
      <w:pPr>
        <w:pStyle w:val="ListParagraph"/>
      </w:pPr>
      <w:r>
        <w:rPr>
          <w:sz w:val="22"/>
        </w:rPr>
        <w:t>C. border</w:t>
      </w:r>
    </w:p>
    <w:p>
      <w:pPr>
        <w:pStyle w:val="ListParagraph"/>
      </w:pPr>
      <w:r>
        <w:rPr>
          <w:sz w:val="22"/>
        </w:rPr>
        <w:t>D. origin</w:t>
      </w:r>
    </w:p>
    <w:p/>
    <w:p>
      <w:r>
        <w:rPr>
          <w:b/>
          <w:sz w:val="24"/>
        </w:rPr>
        <w:t>Câu 7: Từ nào có nghĩa là "đa dạng"?</w:t>
      </w:r>
    </w:p>
    <w:p>
      <w:pPr>
        <w:pStyle w:val="ListParagraph"/>
      </w:pPr>
      <w:r>
        <w:rPr>
          <w:sz w:val="22"/>
        </w:rPr>
        <w:t>A. variety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8: Từ nào có nghĩa là "thưởng thức; hương vị"?</w:t>
      </w:r>
    </w:p>
    <w:p>
      <w:pPr>
        <w:pStyle w:val="ListParagraph"/>
      </w:pPr>
      <w:r>
        <w:rPr>
          <w:sz w:val="22"/>
        </w:rPr>
        <w:t>A. taste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cuisine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9: Từ nào có nghĩa là "ẩm thực"?</w:t>
      </w:r>
    </w:p>
    <w:p>
      <w:pPr>
        <w:pStyle w:val="ListParagraph"/>
      </w:pPr>
      <w:r>
        <w:rPr>
          <w:sz w:val="22"/>
        </w:rPr>
        <w:t>A. dish</w:t>
      </w:r>
    </w:p>
    <w:p>
      <w:pPr>
        <w:pStyle w:val="ListParagraph"/>
      </w:pPr>
      <w:r>
        <w:rPr>
          <w:sz w:val="22"/>
        </w:rPr>
        <w:t>B. cuisine</w:t>
      </w:r>
    </w:p>
    <w:p>
      <w:pPr>
        <w:pStyle w:val="ListParagraph"/>
      </w:pPr>
      <w:r>
        <w:rPr>
          <w:sz w:val="22"/>
        </w:rPr>
        <w:t>C. taste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10: Từ nào có nghĩa là "truyền thống"?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11: Từ nào có nghĩa là "nổi tiếng thế giới"?</w:t>
      </w:r>
    </w:p>
    <w:p>
      <w:pPr>
        <w:pStyle w:val="ListParagraph"/>
      </w:pPr>
      <w:r>
        <w:rPr>
          <w:sz w:val="22"/>
        </w:rPr>
        <w:t>A. world-famous</w:t>
      </w:r>
    </w:p>
    <w:p>
      <w:pPr>
        <w:pStyle w:val="ListParagraph"/>
      </w:pPr>
      <w:r>
        <w:rPr>
          <w:sz w:val="22"/>
        </w:rPr>
        <w:t>B. worldwide</w:t>
      </w:r>
    </w:p>
    <w:p>
      <w:pPr>
        <w:pStyle w:val="ListParagraph"/>
      </w:pPr>
      <w:r>
        <w:rPr>
          <w:sz w:val="22"/>
        </w:rPr>
        <w:t>C. popular</w:t>
      </w:r>
    </w:p>
    <w:p>
      <w:pPr>
        <w:pStyle w:val="ListParagraph"/>
      </w:pPr>
      <w:r>
        <w:rPr>
          <w:sz w:val="22"/>
        </w:rPr>
        <w:t>D. international</w:t>
      </w:r>
    </w:p>
    <w:p/>
    <w:p>
      <w:r>
        <w:rPr>
          <w:b/>
          <w:sz w:val="24"/>
        </w:rPr>
        <w:t>Câu 12: Từ nào có nghĩa là "khỏe mạnh"?</w:t>
      </w:r>
    </w:p>
    <w:p>
      <w:pPr>
        <w:pStyle w:val="ListParagraph"/>
      </w:pPr>
      <w:r>
        <w:rPr>
          <w:sz w:val="22"/>
        </w:rPr>
        <w:t>A. healthy</w:t>
      </w:r>
    </w:p>
    <w:p>
      <w:pPr>
        <w:pStyle w:val="ListParagraph"/>
      </w:pPr>
      <w:r>
        <w:rPr>
          <w:sz w:val="22"/>
        </w:rPr>
        <w:t>B. spicy</w:t>
      </w:r>
    </w:p>
    <w:p>
      <w:pPr>
        <w:pStyle w:val="ListParagraph"/>
      </w:pPr>
      <w:r>
        <w:rPr>
          <w:sz w:val="22"/>
        </w:rPr>
        <w:t>C. amazing</w:t>
      </w:r>
    </w:p>
    <w:p>
      <w:pPr>
        <w:pStyle w:val="ListParagraph"/>
      </w:pPr>
      <w:r>
        <w:rPr>
          <w:sz w:val="22"/>
        </w:rPr>
        <w:t>D. unique</w:t>
      </w:r>
    </w:p>
    <w:p/>
    <w:p>
      <w:r>
        <w:rPr>
          <w:b/>
          <w:sz w:val="24"/>
        </w:rPr>
        <w:t>Câu 13: Từ nào có nghĩa là "quầy / quán lề đường"?</w:t>
      </w:r>
    </w:p>
    <w:p>
      <w:pPr>
        <w:pStyle w:val="ListParagraph"/>
      </w:pPr>
      <w:r>
        <w:rPr>
          <w:sz w:val="22"/>
        </w:rPr>
        <w:t>A. booth</w:t>
      </w:r>
    </w:p>
    <w:p>
      <w:pPr>
        <w:pStyle w:val="ListParagraph"/>
      </w:pPr>
      <w:r>
        <w:rPr>
          <w:sz w:val="22"/>
        </w:rPr>
        <w:t>B. stage</w:t>
      </w:r>
    </w:p>
    <w:p>
      <w:pPr>
        <w:pStyle w:val="ListParagraph"/>
      </w:pPr>
      <w:r>
        <w:rPr>
          <w:sz w:val="22"/>
        </w:rPr>
        <w:t>C. fair</w:t>
      </w:r>
    </w:p>
    <w:p>
      <w:pPr>
        <w:pStyle w:val="ListParagraph"/>
      </w:pPr>
      <w:r>
        <w:rPr>
          <w:sz w:val="22"/>
        </w:rPr>
        <w:t>D. location</w:t>
      </w:r>
    </w:p>
    <w:p/>
    <w:p>
      <w:r>
        <w:rPr>
          <w:b/>
          <w:sz w:val="24"/>
        </w:rPr>
        <w:t>Câu 14: Từ nào có nghĩa là "bánh gạo cay"?</w:t>
      </w:r>
    </w:p>
    <w:p>
      <w:pPr>
        <w:pStyle w:val="ListParagraph"/>
      </w:pPr>
      <w:r>
        <w:rPr>
          <w:sz w:val="22"/>
        </w:rPr>
        <w:t>A. spring roll</w:t>
      </w:r>
    </w:p>
    <w:p>
      <w:pPr>
        <w:pStyle w:val="ListParagraph"/>
      </w:pPr>
      <w:r>
        <w:rPr>
          <w:sz w:val="22"/>
        </w:rPr>
        <w:t>B. spicy rice cake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15: Từ nào có nghĩa là "tuyệt vời"?</w:t>
      </w:r>
    </w:p>
    <w:p>
      <w:pPr>
        <w:pStyle w:val="ListParagraph"/>
      </w:pPr>
      <w:r>
        <w:rPr>
          <w:sz w:val="22"/>
        </w:rPr>
        <w:t>A. amazing</w:t>
      </w:r>
    </w:p>
    <w:p>
      <w:pPr>
        <w:pStyle w:val="ListParagraph"/>
      </w:pPr>
      <w:r>
        <w:rPr>
          <w:sz w:val="22"/>
        </w:rPr>
        <w:t>B. healthy</w:t>
      </w:r>
    </w:p>
    <w:p>
      <w:pPr>
        <w:pStyle w:val="ListParagraph"/>
      </w:pPr>
      <w:r>
        <w:rPr>
          <w:sz w:val="22"/>
        </w:rPr>
        <w:t>C. spicy</w:t>
      </w:r>
    </w:p>
    <w:p>
      <w:pPr>
        <w:pStyle w:val="ListParagraph"/>
      </w:pPr>
      <w:r>
        <w:rPr>
          <w:sz w:val="22"/>
        </w:rPr>
        <w:t>D. unique</w:t>
      </w:r>
    </w:p>
    <w:p/>
    <w:p>
      <w:r>
        <w:rPr>
          <w:b/>
          <w:sz w:val="24"/>
        </w:rPr>
        <w:t>Câu 16: Từ nào có nghĩa là "chữ ký, bút tích"?</w:t>
      </w:r>
    </w:p>
    <w:p>
      <w:pPr>
        <w:pStyle w:val="ListParagraph"/>
      </w:pPr>
      <w:r>
        <w:rPr>
          <w:sz w:val="22"/>
        </w:rPr>
        <w:t>A. autograph</w:t>
      </w:r>
    </w:p>
    <w:p>
      <w:pPr>
        <w:pStyle w:val="ListParagraph"/>
      </w:pPr>
      <w:r>
        <w:rPr>
          <w:sz w:val="22"/>
        </w:rPr>
        <w:t>B. souvenir</w:t>
      </w:r>
    </w:p>
    <w:p>
      <w:pPr>
        <w:pStyle w:val="ListParagraph"/>
      </w:pPr>
      <w:r>
        <w:rPr>
          <w:sz w:val="22"/>
        </w:rPr>
        <w:t>C. designer</w:t>
      </w:r>
    </w:p>
    <w:p>
      <w:pPr>
        <w:pStyle w:val="ListParagraph"/>
      </w:pPr>
      <w:r>
        <w:rPr>
          <w:sz w:val="22"/>
        </w:rPr>
        <w:t>D. identity</w:t>
      </w:r>
    </w:p>
    <w:p/>
    <w:p>
      <w:r>
        <w:rPr>
          <w:b/>
          <w:sz w:val="24"/>
        </w:rPr>
        <w:t>Câu 17: Từ nào có nghĩa là "món ăn"?</w:t>
      </w:r>
    </w:p>
    <w:p>
      <w:pPr>
        <w:pStyle w:val="ListParagraph"/>
      </w:pPr>
      <w:r>
        <w:rPr>
          <w:sz w:val="22"/>
        </w:rPr>
        <w:t>A. dish</w:t>
      </w:r>
    </w:p>
    <w:p>
      <w:pPr>
        <w:pStyle w:val="ListParagraph"/>
      </w:pPr>
      <w:r>
        <w:rPr>
          <w:sz w:val="22"/>
        </w:rPr>
        <w:t>B. cuisine</w:t>
      </w:r>
    </w:p>
    <w:p>
      <w:pPr>
        <w:pStyle w:val="ListParagraph"/>
      </w:pPr>
      <w:r>
        <w:rPr>
          <w:sz w:val="22"/>
        </w:rPr>
        <w:t>C. taste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18: Từ nào có nghĩa là "đồ lưu niệm"?</w:t>
      </w:r>
    </w:p>
    <w:p>
      <w:pPr>
        <w:pStyle w:val="ListParagraph"/>
      </w:pPr>
      <w:r>
        <w:rPr>
          <w:sz w:val="22"/>
        </w:rPr>
        <w:t>A. souvenir</w:t>
      </w:r>
    </w:p>
    <w:p>
      <w:pPr>
        <w:pStyle w:val="ListParagraph"/>
      </w:pPr>
      <w:r>
        <w:rPr>
          <w:sz w:val="22"/>
        </w:rPr>
        <w:t>B. autograph</w:t>
      </w:r>
    </w:p>
    <w:p>
      <w:pPr>
        <w:pStyle w:val="ListParagraph"/>
      </w:pPr>
      <w:r>
        <w:rPr>
          <w:sz w:val="22"/>
        </w:rPr>
        <w:t>C. booth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19: Từ nào có nghĩa là "điểm thu hút khách du lịch"?</w:t>
      </w:r>
    </w:p>
    <w:p>
      <w:pPr>
        <w:pStyle w:val="ListParagraph"/>
      </w:pPr>
      <w:r>
        <w:rPr>
          <w:sz w:val="22"/>
        </w:rPr>
        <w:t>A. tourist attraction</w:t>
      </w:r>
    </w:p>
    <w:p>
      <w:pPr>
        <w:pStyle w:val="ListParagraph"/>
      </w:pPr>
      <w:r>
        <w:rPr>
          <w:sz w:val="22"/>
        </w:rPr>
        <w:t>B. location</w:t>
      </w:r>
    </w:p>
    <w:p>
      <w:pPr>
        <w:pStyle w:val="ListParagraph"/>
      </w:pPr>
      <w:r>
        <w:rPr>
          <w:sz w:val="22"/>
        </w:rPr>
        <w:t>C. stage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20: Từ nào có nghĩa là "bản đồ"?</w:t>
      </w:r>
    </w:p>
    <w:p>
      <w:pPr>
        <w:pStyle w:val="ListParagraph"/>
      </w:pPr>
      <w:r>
        <w:rPr>
          <w:sz w:val="22"/>
        </w:rPr>
        <w:t>A. map</w:t>
      </w:r>
    </w:p>
    <w:p>
      <w:pPr>
        <w:pStyle w:val="ListParagraph"/>
      </w:pPr>
      <w:r>
        <w:rPr>
          <w:sz w:val="22"/>
        </w:rPr>
        <w:t>B. border</w:t>
      </w:r>
    </w:p>
    <w:p>
      <w:pPr>
        <w:pStyle w:val="ListParagraph"/>
      </w:pPr>
      <w:r>
        <w:rPr>
          <w:sz w:val="22"/>
        </w:rPr>
        <w:t>C. location</w:t>
      </w:r>
    </w:p>
    <w:p>
      <w:pPr>
        <w:pStyle w:val="ListParagraph"/>
      </w:pPr>
      <w:r>
        <w:rPr>
          <w:sz w:val="22"/>
        </w:rPr>
        <w:t>D. origin</w:t>
      </w:r>
    </w:p>
    <w:p/>
    <w:p>
      <w:r>
        <w:rPr>
          <w:b/>
          <w:sz w:val="24"/>
        </w:rPr>
        <w:t>Câu 21: Từ nào có nghĩa là "kéo co"?</w:t>
      </w:r>
    </w:p>
    <w:p>
      <w:pPr>
        <w:pStyle w:val="ListParagraph"/>
      </w:pPr>
      <w:r>
        <w:rPr>
          <w:sz w:val="22"/>
        </w:rPr>
        <w:t>A. tug of war</w:t>
      </w:r>
    </w:p>
    <w:p>
      <w:pPr>
        <w:pStyle w:val="ListParagraph"/>
      </w:pPr>
      <w:r>
        <w:rPr>
          <w:sz w:val="22"/>
        </w:rPr>
        <w:t>B. bamboo dancing</w:t>
      </w:r>
    </w:p>
    <w:p>
      <w:pPr>
        <w:pStyle w:val="ListParagraph"/>
      </w:pPr>
      <w:r>
        <w:rPr>
          <w:sz w:val="22"/>
        </w:rPr>
        <w:t>C. spring roll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22: Từ nào có nghĩa là "nhảy sạp"?</w:t>
      </w:r>
    </w:p>
    <w:p>
      <w:pPr>
        <w:pStyle w:val="ListParagraph"/>
      </w:pPr>
      <w:r>
        <w:rPr>
          <w:sz w:val="22"/>
        </w:rPr>
        <w:t>A. tug of war</w:t>
      </w:r>
    </w:p>
    <w:p>
      <w:pPr>
        <w:pStyle w:val="ListParagraph"/>
      </w:pPr>
      <w:r>
        <w:rPr>
          <w:sz w:val="22"/>
        </w:rPr>
        <w:t>B. bamboo dancing</w:t>
      </w:r>
    </w:p>
    <w:p>
      <w:pPr>
        <w:pStyle w:val="ListParagraph"/>
      </w:pPr>
      <w:r>
        <w:rPr>
          <w:sz w:val="22"/>
        </w:rPr>
        <w:t>C. spring roll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23: Từ nào có nghĩa là "nghe có vẻ hay"?</w:t>
      </w:r>
    </w:p>
    <w:p>
      <w:pPr>
        <w:pStyle w:val="ListParagraph"/>
      </w:pPr>
      <w:r>
        <w:rPr>
          <w:sz w:val="22"/>
        </w:rPr>
        <w:t>A. sound fun</w:t>
      </w:r>
    </w:p>
    <w:p>
      <w:pPr>
        <w:pStyle w:val="ListParagraph"/>
      </w:pPr>
      <w:r>
        <w:rPr>
          <w:sz w:val="22"/>
        </w:rPr>
        <w:t>B. That's a nice idea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24: Từ nào có nghĩa là "phở cuốn"?</w:t>
      </w:r>
    </w:p>
    <w:p>
      <w:pPr>
        <w:pStyle w:val="ListParagraph"/>
      </w:pPr>
      <w:r>
        <w:rPr>
          <w:sz w:val="22"/>
        </w:rPr>
        <w:t>A. spring roll</w:t>
      </w:r>
    </w:p>
    <w:p>
      <w:pPr>
        <w:pStyle w:val="ListParagraph"/>
      </w:pPr>
      <w:r>
        <w:rPr>
          <w:sz w:val="22"/>
        </w:rPr>
        <w:t>B. spicy rice cake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25: Từ nào có nghĩa là "thịt viên"?</w:t>
      </w:r>
    </w:p>
    <w:p>
      <w:pPr>
        <w:pStyle w:val="ListParagraph"/>
      </w:pPr>
      <w:r>
        <w:rPr>
          <w:sz w:val="22"/>
        </w:rPr>
        <w:t>A. meatball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spicy rice cake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26: Từ nào có nghĩa là "mì"?</w:t>
      </w:r>
    </w:p>
    <w:p>
      <w:pPr>
        <w:pStyle w:val="ListParagraph"/>
      </w:pPr>
      <w:r>
        <w:rPr>
          <w:sz w:val="22"/>
        </w:rPr>
        <w:t>A. noodles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spicy rice cake</w:t>
      </w:r>
    </w:p>
    <w:p>
      <w:pPr>
        <w:pStyle w:val="ListParagraph"/>
      </w:pPr>
      <w:r>
        <w:rPr>
          <w:sz w:val="22"/>
        </w:rPr>
        <w:t>D. meatball</w:t>
      </w:r>
    </w:p>
    <w:p/>
    <w:p>
      <w:r>
        <w:rPr>
          <w:b/>
          <w:sz w:val="24"/>
        </w:rPr>
        <w:t>Câu 27: Từ nào có nghĩa là "thật là một ý kiến hay"?</w:t>
      </w:r>
    </w:p>
    <w:p>
      <w:pPr>
        <w:pStyle w:val="ListParagraph"/>
      </w:pPr>
      <w:r>
        <w:rPr>
          <w:sz w:val="22"/>
        </w:rPr>
        <w:t>A. That's a nice idea</w:t>
      </w:r>
    </w:p>
    <w:p>
      <w:pPr>
        <w:pStyle w:val="ListParagraph"/>
      </w:pPr>
      <w:r>
        <w:rPr>
          <w:sz w:val="22"/>
        </w:rPr>
        <w:t>B. sound fun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28: Từ nào có nghĩa là "đa dạng"?</w:t>
      </w:r>
    </w:p>
    <w:p>
      <w:pPr>
        <w:pStyle w:val="ListParagraph"/>
      </w:pPr>
      <w:r>
        <w:rPr>
          <w:sz w:val="22"/>
        </w:rPr>
        <w:t>A. variety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29: Từ nào có nghĩa là "tự hào"?</w:t>
      </w:r>
    </w:p>
    <w:p>
      <w:pPr>
        <w:pStyle w:val="ListParagraph"/>
      </w:pPr>
      <w:r>
        <w:rPr>
          <w:sz w:val="22"/>
        </w:rPr>
        <w:t>A. proud</w:t>
      </w:r>
    </w:p>
    <w:p>
      <w:pPr>
        <w:pStyle w:val="ListParagraph"/>
      </w:pPr>
      <w:r>
        <w:rPr>
          <w:sz w:val="22"/>
        </w:rPr>
        <w:t>B. popular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amazing</w:t>
      </w:r>
    </w:p>
    <w:p/>
    <w:p>
      <w:r>
        <w:rPr>
          <w:b/>
          <w:sz w:val="24"/>
        </w:rPr>
        <w:t>Câu 30: Từ nào có nghĩa là "nhà thiết kế"?</w:t>
      </w:r>
    </w:p>
    <w:p>
      <w:pPr>
        <w:pStyle w:val="ListParagraph"/>
      </w:pPr>
      <w:r>
        <w:rPr>
          <w:sz w:val="22"/>
        </w:rPr>
        <w:t>A. designer</w:t>
      </w:r>
    </w:p>
    <w:p>
      <w:pPr>
        <w:pStyle w:val="ListParagraph"/>
      </w:pPr>
      <w:r>
        <w:rPr>
          <w:sz w:val="22"/>
        </w:rPr>
        <w:t>B. autograph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31: Từ nào có nghĩa là "bản sắc"?</w:t>
      </w:r>
    </w:p>
    <w:p>
      <w:pPr>
        <w:pStyle w:val="ListParagraph"/>
      </w:pPr>
      <w:r>
        <w:rPr>
          <w:sz w:val="22"/>
        </w:rPr>
        <w:t>A. identity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variety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32: Từ nào có nghĩa là "hội chợ"?</w:t>
      </w:r>
    </w:p>
    <w:p>
      <w:pPr>
        <w:pStyle w:val="ListParagraph"/>
      </w:pPr>
      <w:r>
        <w:rPr>
          <w:sz w:val="22"/>
        </w:rPr>
        <w:t>A. fair</w:t>
      </w:r>
    </w:p>
    <w:p>
      <w:pPr>
        <w:pStyle w:val="ListParagraph"/>
      </w:pPr>
      <w:r>
        <w:rPr>
          <w:sz w:val="22"/>
        </w:rPr>
        <w:t>B. festivity</w:t>
      </w:r>
    </w:p>
    <w:p>
      <w:pPr>
        <w:pStyle w:val="ListParagraph"/>
      </w:pPr>
      <w:r>
        <w:rPr>
          <w:sz w:val="22"/>
        </w:rPr>
        <w:t>C. event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33: Từ nào có nghĩa là "cổ vũ"?</w:t>
      </w:r>
    </w:p>
    <w:p>
      <w:pPr>
        <w:pStyle w:val="ListParagraph"/>
      </w:pPr>
      <w:r>
        <w:rPr>
          <w:sz w:val="22"/>
        </w:rPr>
        <w:t>A. cheer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captivate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34: Từ nào có nghĩa là "một đám đông ồn ào"?</w:t>
      </w:r>
    </w:p>
    <w:p>
      <w:pPr>
        <w:pStyle w:val="ListParagraph"/>
      </w:pPr>
      <w:r>
        <w:rPr>
          <w:sz w:val="22"/>
        </w:rPr>
        <w:t>A. a noisy crowd</w:t>
      </w:r>
    </w:p>
    <w:p>
      <w:pPr>
        <w:pStyle w:val="ListParagraph"/>
      </w:pPr>
      <w:r>
        <w:rPr>
          <w:sz w:val="22"/>
        </w:rPr>
        <w:t>B. a wide range of</w:t>
      </w:r>
    </w:p>
    <w:p>
      <w:pPr>
        <w:pStyle w:val="ListParagraph"/>
      </w:pPr>
      <w:r>
        <w:rPr>
          <w:sz w:val="22"/>
        </w:rPr>
        <w:t>C. special occasion</w:t>
      </w:r>
    </w:p>
    <w:p>
      <w:pPr>
        <w:pStyle w:val="ListParagraph"/>
      </w:pPr>
      <w:r>
        <w:rPr>
          <w:sz w:val="22"/>
        </w:rPr>
        <w:t>D. tourist attraction</w:t>
      </w:r>
    </w:p>
    <w:p/>
    <w:p>
      <w:r>
        <w:rPr>
          <w:b/>
          <w:sz w:val="24"/>
        </w:rPr>
        <w:t>Câu 35: Từ nào có nghĩa là "xuất hiện"?</w:t>
      </w:r>
    </w:p>
    <w:p>
      <w:pPr>
        <w:pStyle w:val="ListParagraph"/>
      </w:pPr>
      <w:r>
        <w:rPr>
          <w:sz w:val="22"/>
        </w:rPr>
        <w:t>A. appear</w:t>
      </w:r>
    </w:p>
    <w:p>
      <w:pPr>
        <w:pStyle w:val="ListParagraph"/>
      </w:pPr>
      <w:r>
        <w:rPr>
          <w:sz w:val="22"/>
        </w:rPr>
        <w:t>B. cheer</w:t>
      </w:r>
    </w:p>
    <w:p>
      <w:pPr>
        <w:pStyle w:val="ListParagraph"/>
      </w:pPr>
      <w:r>
        <w:rPr>
          <w:sz w:val="22"/>
        </w:rPr>
        <w:t>C. captivate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36: Từ nào có nghĩa là "sân khấu"?</w:t>
      </w:r>
    </w:p>
    <w:p>
      <w:pPr>
        <w:pStyle w:val="ListParagraph"/>
      </w:pPr>
      <w:r>
        <w:rPr>
          <w:sz w:val="22"/>
        </w:rPr>
        <w:t>A. stage</w:t>
      </w:r>
    </w:p>
    <w:p>
      <w:pPr>
        <w:pStyle w:val="ListParagraph"/>
      </w:pPr>
      <w:r>
        <w:rPr>
          <w:sz w:val="22"/>
        </w:rPr>
        <w:t>B. booth</w:t>
      </w:r>
    </w:p>
    <w:p>
      <w:pPr>
        <w:pStyle w:val="ListParagraph"/>
      </w:pPr>
      <w:r>
        <w:rPr>
          <w:sz w:val="22"/>
        </w:rPr>
        <w:t>C. location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37: Từ nào có nghĩa là "nguồn gốc"?</w:t>
      </w:r>
    </w:p>
    <w:p>
      <w:pPr>
        <w:pStyle w:val="ListParagraph"/>
      </w:pPr>
      <w:r>
        <w:rPr>
          <w:sz w:val="22"/>
        </w:rPr>
        <w:t>A. origin</w:t>
      </w:r>
    </w:p>
    <w:p>
      <w:pPr>
        <w:pStyle w:val="ListParagraph"/>
      </w:pPr>
      <w:r>
        <w:rPr>
          <w:sz w:val="22"/>
        </w:rPr>
        <w:t>B. feature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mystery</w:t>
      </w:r>
    </w:p>
    <w:p/>
    <w:p>
      <w:r>
        <w:rPr>
          <w:b/>
          <w:sz w:val="24"/>
        </w:rPr>
        <w:t>Câu 38: Từ nào có nghĩa là "sự phổ biến"?</w:t>
      </w:r>
    </w:p>
    <w:p>
      <w:pPr>
        <w:pStyle w:val="ListParagraph"/>
      </w:pPr>
      <w:r>
        <w:rPr>
          <w:sz w:val="22"/>
        </w:rPr>
        <w:t>A. popularity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39: Từ nào có nghĩa là "sự hân hoan, lễ hội"?</w:t>
      </w:r>
    </w:p>
    <w:p>
      <w:pPr>
        <w:pStyle w:val="ListParagraph"/>
      </w:pPr>
      <w:r>
        <w:rPr>
          <w:sz w:val="22"/>
        </w:rPr>
        <w:t>A. festivity</w:t>
      </w:r>
    </w:p>
    <w:p>
      <w:pPr>
        <w:pStyle w:val="ListParagraph"/>
      </w:pPr>
      <w:r>
        <w:rPr>
          <w:sz w:val="22"/>
        </w:rPr>
        <w:t>B. fair</w:t>
      </w:r>
    </w:p>
    <w:p>
      <w:pPr>
        <w:pStyle w:val="ListParagraph"/>
      </w:pPr>
      <w:r>
        <w:rPr>
          <w:sz w:val="22"/>
        </w:rPr>
        <w:t>C. event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40: Từ nào có nghĩa là "xu hướng"?</w:t>
      </w:r>
    </w:p>
    <w:p>
      <w:pPr>
        <w:pStyle w:val="ListParagraph"/>
      </w:pPr>
      <w:r>
        <w:rPr>
          <w:sz w:val="22"/>
        </w:rPr>
        <w:t>A. trend</w:t>
      </w:r>
    </w:p>
    <w:p>
      <w:pPr>
        <w:pStyle w:val="ListParagraph"/>
      </w:pPr>
      <w:r>
        <w:rPr>
          <w:sz w:val="22"/>
        </w:rPr>
        <w:t>B. feature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origin</w:t>
      </w:r>
    </w:p>
    <w:p/>
    <w:p>
      <w:r>
        <w:rPr>
          <w:b/>
          <w:sz w:val="24"/>
        </w:rPr>
        <w:t>Câu 41: Từ nào có nghĩa là "được coi là"?</w:t>
      </w:r>
    </w:p>
    <w:p>
      <w:pPr>
        <w:pStyle w:val="ListParagraph"/>
      </w:pPr>
      <w:r>
        <w:rPr>
          <w:sz w:val="22"/>
        </w:rPr>
        <w:t>A. to be considered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42: Từ nào có nghĩa là "đặc trưng"?</w:t>
      </w:r>
    </w:p>
    <w:p>
      <w:pPr>
        <w:pStyle w:val="ListParagraph"/>
      </w:pPr>
      <w:r>
        <w:rPr>
          <w:sz w:val="22"/>
        </w:rPr>
        <w:t>A. feature</w:t>
      </w:r>
    </w:p>
    <w:p>
      <w:pPr>
        <w:pStyle w:val="ListParagraph"/>
      </w:pPr>
      <w:r>
        <w:rPr>
          <w:sz w:val="22"/>
        </w:rPr>
        <w:t>B. origin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mystery</w:t>
      </w:r>
    </w:p>
    <w:p/>
    <w:p>
      <w:r>
        <w:rPr>
          <w:b/>
          <w:sz w:val="24"/>
        </w:rPr>
        <w:t>Câu 43: Từ nào có nghĩa là "điều bí ẩn"?</w:t>
      </w:r>
    </w:p>
    <w:p>
      <w:pPr>
        <w:pStyle w:val="ListParagraph"/>
      </w:pPr>
      <w:r>
        <w:rPr>
          <w:sz w:val="22"/>
        </w:rPr>
        <w:t>A. mystery</w:t>
      </w:r>
    </w:p>
    <w:p>
      <w:pPr>
        <w:pStyle w:val="ListParagraph"/>
      </w:pPr>
      <w:r>
        <w:rPr>
          <w:sz w:val="22"/>
        </w:rPr>
        <w:t>B. feature</w:t>
      </w:r>
    </w:p>
    <w:p>
      <w:pPr>
        <w:pStyle w:val="ListParagraph"/>
      </w:pPr>
      <w:r>
        <w:rPr>
          <w:sz w:val="22"/>
        </w:rPr>
        <w:t>C. origin</w:t>
      </w:r>
    </w:p>
    <w:p>
      <w:pPr>
        <w:pStyle w:val="ListParagraph"/>
      </w:pPr>
      <w:r>
        <w:rPr>
          <w:sz w:val="22"/>
        </w:rPr>
        <w:t>D. identity</w:t>
      </w:r>
    </w:p>
    <w:p/>
    <w:p>
      <w:r>
        <w:rPr>
          <w:b/>
          <w:sz w:val="24"/>
        </w:rPr>
        <w:t>Câu 44: Từ nào có nghĩa là "phong tục"?</w:t>
      </w:r>
    </w:p>
    <w:p>
      <w:pPr>
        <w:pStyle w:val="ListParagraph"/>
      </w:pPr>
      <w:r>
        <w:rPr>
          <w:sz w:val="22"/>
        </w:rPr>
        <w:t>A. custom</w:t>
      </w:r>
    </w:p>
    <w:p>
      <w:pPr>
        <w:pStyle w:val="ListParagraph"/>
      </w:pPr>
      <w:r>
        <w:rPr>
          <w:sz w:val="22"/>
        </w:rPr>
        <w:t>B. tradition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45: Từ nào có nghĩa là "phong cách thời trang"?</w:t>
      </w:r>
    </w:p>
    <w:p>
      <w:pPr>
        <w:pStyle w:val="ListParagraph"/>
      </w:pPr>
      <w:r>
        <w:rPr>
          <w:sz w:val="22"/>
        </w:rPr>
        <w:t>A. fashion style</w:t>
      </w:r>
    </w:p>
    <w:p>
      <w:pPr>
        <w:pStyle w:val="ListParagraph"/>
      </w:pPr>
      <w:r>
        <w:rPr>
          <w:sz w:val="22"/>
        </w:rPr>
        <w:t>B. trend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46: Từ nào có nghĩa là "Thái Bình Dương"?</w:t>
      </w:r>
    </w:p>
    <w:p>
      <w:pPr>
        <w:pStyle w:val="ListParagraph"/>
      </w:pPr>
      <w:r>
        <w:rPr>
          <w:sz w:val="22"/>
        </w:rPr>
        <w:t>A. Pacific</w:t>
      </w:r>
    </w:p>
    <w:p>
      <w:pPr>
        <w:pStyle w:val="ListParagraph"/>
      </w:pPr>
      <w:r>
        <w:rPr>
          <w:sz w:val="22"/>
        </w:rPr>
        <w:t>B. Atlantic</w:t>
      </w:r>
    </w:p>
    <w:p>
      <w:pPr>
        <w:pStyle w:val="ListParagraph"/>
      </w:pPr>
      <w:r>
        <w:rPr>
          <w:sz w:val="22"/>
        </w:rPr>
        <w:t>C. worldwide</w:t>
      </w:r>
    </w:p>
    <w:p>
      <w:pPr>
        <w:pStyle w:val="ListParagraph"/>
      </w:pPr>
      <w:r>
        <w:rPr>
          <w:sz w:val="22"/>
        </w:rPr>
        <w:t>D. global</w:t>
      </w:r>
    </w:p>
    <w:p/>
    <w:p>
      <w:r>
        <w:rPr>
          <w:b/>
          <w:sz w:val="24"/>
        </w:rPr>
        <w:t>Câu 47: Từ nào có nghĩa là "truyền thống"?</w:t>
      </w:r>
    </w:p>
    <w:p>
      <w:pPr>
        <w:pStyle w:val="ListParagraph"/>
      </w:pPr>
      <w:r>
        <w:rPr>
          <w:sz w:val="22"/>
        </w:rPr>
        <w:t>A. tradition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48: Từ nào có nghĩa là "Đại Tây Dương"?</w:t>
      </w:r>
    </w:p>
    <w:p>
      <w:pPr>
        <w:pStyle w:val="ListParagraph"/>
      </w:pPr>
      <w:r>
        <w:rPr>
          <w:sz w:val="22"/>
        </w:rPr>
        <w:t>A. Atlantic</w:t>
      </w:r>
    </w:p>
    <w:p>
      <w:pPr>
        <w:pStyle w:val="ListParagraph"/>
      </w:pPr>
      <w:r>
        <w:rPr>
          <w:sz w:val="22"/>
        </w:rPr>
        <w:t>B. Pacific</w:t>
      </w:r>
    </w:p>
    <w:p>
      <w:pPr>
        <w:pStyle w:val="ListParagraph"/>
      </w:pPr>
      <w:r>
        <w:rPr>
          <w:sz w:val="22"/>
        </w:rPr>
        <w:t>C. worldwide</w:t>
      </w:r>
    </w:p>
    <w:p>
      <w:pPr>
        <w:pStyle w:val="ListParagraph"/>
      </w:pPr>
      <w:r>
        <w:rPr>
          <w:sz w:val="22"/>
        </w:rPr>
        <w:t>D. global</w:t>
      </w:r>
    </w:p>
    <w:p/>
    <w:p>
      <w:r>
        <w:rPr>
          <w:b/>
          <w:sz w:val="24"/>
        </w:rPr>
        <w:t>Câu 49: Từ nào có nghĩa là "dịp đặc biệt"?</w:t>
      </w:r>
    </w:p>
    <w:p>
      <w:pPr>
        <w:pStyle w:val="ListParagraph"/>
      </w:pPr>
      <w:r>
        <w:rPr>
          <w:sz w:val="22"/>
        </w:rPr>
        <w:t>A. special occasion</w:t>
      </w:r>
    </w:p>
    <w:p>
      <w:pPr>
        <w:pStyle w:val="ListParagraph"/>
      </w:pPr>
      <w:r>
        <w:rPr>
          <w:sz w:val="22"/>
        </w:rPr>
        <w:t>B. event</w:t>
      </w:r>
    </w:p>
    <w:p>
      <w:pPr>
        <w:pStyle w:val="ListParagraph"/>
      </w:pPr>
      <w:r>
        <w:rPr>
          <w:sz w:val="22"/>
        </w:rPr>
        <w:t>C. fair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50: Từ nào có nghĩa là "trải nghiệm"?</w:t>
      </w:r>
    </w:p>
    <w:p>
      <w:pPr>
        <w:pStyle w:val="ListParagraph"/>
      </w:pPr>
      <w:r>
        <w:rPr>
          <w:sz w:val="22"/>
        </w:rPr>
        <w:t>A. experience</w:t>
      </w:r>
    </w:p>
    <w:p>
      <w:pPr>
        <w:pStyle w:val="ListParagraph"/>
      </w:pPr>
      <w:r>
        <w:rPr>
          <w:sz w:val="22"/>
        </w:rPr>
        <w:t>B. opportunity</w:t>
      </w:r>
    </w:p>
    <w:p>
      <w:pPr>
        <w:pStyle w:val="ListParagraph"/>
      </w:pPr>
      <w:r>
        <w:rPr>
          <w:sz w:val="22"/>
        </w:rPr>
        <w:t>C. interaction</w:t>
      </w:r>
    </w:p>
    <w:p>
      <w:pPr>
        <w:pStyle w:val="ListParagraph"/>
      </w:pPr>
      <w:r>
        <w:rPr>
          <w:sz w:val="22"/>
        </w:rPr>
        <w:t>D. integration</w:t>
      </w:r>
    </w:p>
    <w:p/>
    <w:p>
      <w:r>
        <w:rPr>
          <w:b/>
          <w:sz w:val="24"/>
        </w:rPr>
        <w:t>Câu 51: Từ nào có nghĩa là "toàn cầu hóa"?</w:t>
      </w:r>
    </w:p>
    <w:p>
      <w:pPr>
        <w:pStyle w:val="ListParagraph"/>
      </w:pPr>
      <w:r>
        <w:rPr>
          <w:sz w:val="22"/>
        </w:rPr>
        <w:t>A. globalisation</w:t>
      </w:r>
    </w:p>
    <w:p>
      <w:pPr>
        <w:pStyle w:val="ListParagraph"/>
      </w:pPr>
      <w:r>
        <w:rPr>
          <w:sz w:val="22"/>
        </w:rPr>
        <w:t>B. cultural diversity</w:t>
      </w:r>
    </w:p>
    <w:p>
      <w:pPr>
        <w:pStyle w:val="ListParagraph"/>
      </w:pPr>
      <w:r>
        <w:rPr>
          <w:sz w:val="22"/>
        </w:rPr>
        <w:t>C. trade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52: Từ nào có nghĩa là "đa dạng văn hóa"?</w:t>
      </w:r>
    </w:p>
    <w:p>
      <w:pPr>
        <w:pStyle w:val="ListParagraph"/>
      </w:pPr>
      <w:r>
        <w:rPr>
          <w:sz w:val="22"/>
        </w:rPr>
        <w:t>A. cultural diversity</w:t>
      </w:r>
    </w:p>
    <w:p>
      <w:pPr>
        <w:pStyle w:val="ListParagraph"/>
      </w:pPr>
      <w:r>
        <w:rPr>
          <w:sz w:val="22"/>
        </w:rPr>
        <w:t>B. globalisation</w:t>
      </w:r>
    </w:p>
    <w:p>
      <w:pPr>
        <w:pStyle w:val="ListParagraph"/>
      </w:pPr>
      <w:r>
        <w:rPr>
          <w:sz w:val="22"/>
        </w:rPr>
        <w:t>C. trade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53: Từ nào có nghĩa là "thương mại"?</w:t>
      </w:r>
    </w:p>
    <w:p>
      <w:pPr>
        <w:pStyle w:val="ListParagraph"/>
      </w:pPr>
      <w:r>
        <w:rPr>
          <w:sz w:val="22"/>
        </w:rPr>
        <w:t>A. trade</w:t>
      </w:r>
    </w:p>
    <w:p>
      <w:pPr>
        <w:pStyle w:val="ListParagraph"/>
      </w:pPr>
      <w:r>
        <w:rPr>
          <w:sz w:val="22"/>
        </w:rPr>
        <w:t>B. nation</w:t>
      </w:r>
    </w:p>
    <w:p>
      <w:pPr>
        <w:pStyle w:val="ListParagraph"/>
      </w:pPr>
      <w:r>
        <w:rPr>
          <w:sz w:val="22"/>
        </w:rPr>
        <w:t>C. limit</w:t>
      </w:r>
    </w:p>
    <w:p>
      <w:pPr>
        <w:pStyle w:val="ListParagraph"/>
      </w:pPr>
      <w:r>
        <w:rPr>
          <w:sz w:val="22"/>
        </w:rPr>
        <w:t>D. interaction</w:t>
      </w:r>
    </w:p>
    <w:p/>
    <w:p>
      <w:r>
        <w:rPr>
          <w:b/>
          <w:sz w:val="24"/>
        </w:rPr>
        <w:t>Câu 54: Từ nào có nghĩa là "quốc gia"?</w:t>
      </w:r>
    </w:p>
    <w:p>
      <w:pPr>
        <w:pStyle w:val="ListParagraph"/>
      </w:pPr>
      <w:r>
        <w:rPr>
          <w:sz w:val="22"/>
        </w:rPr>
        <w:t>A. nation</w:t>
      </w:r>
    </w:p>
    <w:p>
      <w:pPr>
        <w:pStyle w:val="ListParagraph"/>
      </w:pPr>
      <w:r>
        <w:rPr>
          <w:sz w:val="22"/>
        </w:rPr>
        <w:t>B. trade</w:t>
      </w:r>
    </w:p>
    <w:p>
      <w:pPr>
        <w:pStyle w:val="ListParagraph"/>
      </w:pPr>
      <w:r>
        <w:rPr>
          <w:sz w:val="22"/>
        </w:rPr>
        <w:t>C. limit</w:t>
      </w:r>
    </w:p>
    <w:p>
      <w:pPr>
        <w:pStyle w:val="ListParagraph"/>
      </w:pPr>
      <w:r>
        <w:rPr>
          <w:sz w:val="22"/>
        </w:rPr>
        <w:t>D. interaction</w:t>
      </w:r>
    </w:p>
    <w:p/>
    <w:p>
      <w:r>
        <w:rPr>
          <w:b/>
          <w:sz w:val="24"/>
        </w:rPr>
        <w:t>Câu 55: Từ nào có nghĩa là "giới hạn"?</w:t>
      </w:r>
    </w:p>
    <w:p>
      <w:pPr>
        <w:pStyle w:val="ListParagraph"/>
      </w:pPr>
      <w:r>
        <w:rPr>
          <w:sz w:val="22"/>
        </w:rPr>
        <w:t>A. limit</w:t>
      </w:r>
    </w:p>
    <w:p>
      <w:pPr>
        <w:pStyle w:val="ListParagraph"/>
      </w:pPr>
      <w:r>
        <w:rPr>
          <w:sz w:val="22"/>
        </w:rPr>
        <w:t>B. border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interaction</w:t>
      </w:r>
    </w:p>
    <w:p/>
    <w:p>
      <w:r>
        <w:rPr>
          <w:b/>
          <w:sz w:val="24"/>
        </w:rPr>
        <w:t>Câu 56: Từ nào có nghĩa là "tương tác"?</w:t>
      </w:r>
    </w:p>
    <w:p>
      <w:pPr>
        <w:pStyle w:val="ListParagraph"/>
      </w:pPr>
      <w:r>
        <w:rPr>
          <w:sz w:val="22"/>
        </w:rPr>
        <w:t>A. interaction</w:t>
      </w:r>
    </w:p>
    <w:p>
      <w:pPr>
        <w:pStyle w:val="ListParagraph"/>
      </w:pPr>
      <w:r>
        <w:rPr>
          <w:sz w:val="22"/>
        </w:rPr>
        <w:t>B. integration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57: Từ nào có nghĩa là "sự hòa nhập"?</w:t>
      </w:r>
    </w:p>
    <w:p>
      <w:pPr>
        <w:pStyle w:val="ListParagraph"/>
      </w:pPr>
      <w:r>
        <w:rPr>
          <w:sz w:val="22"/>
        </w:rPr>
        <w:t>A. integration</w:t>
      </w:r>
    </w:p>
    <w:p>
      <w:pPr>
        <w:pStyle w:val="ListParagraph"/>
      </w:pPr>
      <w:r>
        <w:rPr>
          <w:sz w:val="22"/>
        </w:rPr>
        <w:t>B. interaction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58: Từ nào có nghĩa là "ảnh hưởng tới"?</w:t>
      </w:r>
    </w:p>
    <w:p>
      <w:pPr>
        <w:pStyle w:val="ListParagraph"/>
      </w:pPr>
      <w:r>
        <w:rPr>
          <w:sz w:val="22"/>
        </w:rPr>
        <w:t>A. impact on</w:t>
      </w:r>
    </w:p>
    <w:p>
      <w:pPr>
        <w:pStyle w:val="ListParagraph"/>
      </w:pPr>
      <w:r>
        <w:rPr>
          <w:sz w:val="22"/>
        </w:rPr>
        <w:t>B. interaction</w:t>
      </w:r>
    </w:p>
    <w:p>
      <w:pPr>
        <w:pStyle w:val="ListParagraph"/>
      </w:pPr>
      <w:r>
        <w:rPr>
          <w:sz w:val="22"/>
        </w:rPr>
        <w:t>C. integration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59: Từ nào có nghĩa là "biên giới"?</w:t>
      </w:r>
    </w:p>
    <w:p>
      <w:pPr>
        <w:pStyle w:val="ListParagraph"/>
      </w:pPr>
      <w:r>
        <w:rPr>
          <w:sz w:val="22"/>
        </w:rPr>
        <w:t>A. border</w:t>
      </w:r>
    </w:p>
    <w:p>
      <w:pPr>
        <w:pStyle w:val="ListParagraph"/>
      </w:pPr>
      <w:r>
        <w:rPr>
          <w:sz w:val="22"/>
        </w:rPr>
        <w:t>B. limit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interaction</w:t>
      </w:r>
    </w:p>
    <w:p/>
    <w:p>
      <w:r>
        <w:rPr>
          <w:b/>
          <w:sz w:val="24"/>
        </w:rPr>
        <w:t>Câu 60: Từ nào có nghĩa là "đặc sản"?</w:t>
      </w:r>
    </w:p>
    <w:p>
      <w:pPr>
        <w:pStyle w:val="ListParagraph"/>
      </w:pPr>
      <w:r>
        <w:rPr>
          <w:sz w:val="22"/>
        </w:rPr>
        <w:t>A. speciality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cuisine</w:t>
      </w:r>
    </w:p>
    <w:p>
      <w:pPr>
        <w:pStyle w:val="ListParagraph"/>
      </w:pPr>
      <w:r>
        <w:rPr>
          <w:sz w:val="22"/>
        </w:rPr>
        <w:t>D. taste</w:t>
      </w:r>
    </w:p>
    <w:p/>
    <w:p>
      <w:r>
        <w:rPr>
          <w:b/>
          <w:sz w:val="24"/>
        </w:rPr>
        <w:t>Câu 61: Từ nào có nghĩa là "niềm tin"?</w:t>
      </w:r>
    </w:p>
    <w:p>
      <w:pPr>
        <w:pStyle w:val="ListParagraph"/>
      </w:pPr>
      <w:r>
        <w:rPr>
          <w:sz w:val="22"/>
        </w:rPr>
        <w:t>A. belief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tradition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62: Từ nào có nghĩa là "phong tục"?</w:t>
      </w:r>
    </w:p>
    <w:p>
      <w:pPr>
        <w:pStyle w:val="ListParagraph"/>
      </w:pPr>
      <w:r>
        <w:rPr>
          <w:sz w:val="22"/>
        </w:rPr>
        <w:t>A. customs</w:t>
      </w:r>
    </w:p>
    <w:p>
      <w:pPr>
        <w:pStyle w:val="ListParagraph"/>
      </w:pPr>
      <w:r>
        <w:rPr>
          <w:sz w:val="22"/>
        </w:rPr>
        <w:t>B. tradition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63: Từ nào có nghĩa là "nhiều..."?</w:t>
      </w:r>
    </w:p>
    <w:p>
      <w:pPr>
        <w:pStyle w:val="ListParagraph"/>
      </w:pPr>
      <w:r>
        <w:rPr>
          <w:sz w:val="22"/>
        </w:rPr>
        <w:t>A. a wide range of...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64: Từ nào có nghĩa là "thêm vào..."?</w:t>
      </w:r>
    </w:p>
    <w:p>
      <w:pPr>
        <w:pStyle w:val="ListParagraph"/>
      </w:pPr>
      <w:r>
        <w:rPr>
          <w:sz w:val="22"/>
        </w:rPr>
        <w:t>A. in addition to</w:t>
      </w:r>
    </w:p>
    <w:p>
      <w:pPr>
        <w:pStyle w:val="ListParagraph"/>
      </w:pPr>
      <w:r>
        <w:rPr>
          <w:sz w:val="22"/>
        </w:rPr>
        <w:t>B. a wide range of...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65: Từ nào có nghĩa là "đặc sắc, độc đáo"?</w:t>
      </w:r>
    </w:p>
    <w:p>
      <w:pPr>
        <w:pStyle w:val="ListParagraph"/>
      </w:pPr>
      <w:r>
        <w:rPr>
          <w:sz w:val="22"/>
        </w:rPr>
        <w:t>A. unique</w:t>
      </w:r>
    </w:p>
    <w:p>
      <w:pPr>
        <w:pStyle w:val="ListParagraph"/>
      </w:pPr>
      <w:r>
        <w:rPr>
          <w:sz w:val="22"/>
        </w:rPr>
        <w:t>B. amazing</w:t>
      </w:r>
    </w:p>
    <w:p>
      <w:pPr>
        <w:pStyle w:val="ListParagraph"/>
      </w:pPr>
      <w:r>
        <w:rPr>
          <w:sz w:val="22"/>
        </w:rPr>
        <w:t>C. popular</w:t>
      </w:r>
    </w:p>
    <w:p>
      <w:pPr>
        <w:pStyle w:val="ListParagraph"/>
      </w:pPr>
      <w:r>
        <w:rPr>
          <w:sz w:val="22"/>
        </w:rPr>
        <w:t>D. traditional</w:t>
      </w:r>
    </w:p>
    <w:p/>
    <w:p>
      <w:r>
        <w:rPr>
          <w:b/>
          <w:sz w:val="24"/>
        </w:rPr>
        <w:t>Câu 66: Từ nào có nghĩa là "toàn cầu"?</w:t>
      </w:r>
    </w:p>
    <w:p>
      <w:pPr>
        <w:pStyle w:val="ListParagraph"/>
      </w:pPr>
      <w:r>
        <w:rPr>
          <w:sz w:val="22"/>
        </w:rPr>
        <w:t>A. worldwide</w:t>
      </w:r>
    </w:p>
    <w:p>
      <w:pPr>
        <w:pStyle w:val="ListParagraph"/>
      </w:pPr>
      <w:r>
        <w:rPr>
          <w:sz w:val="22"/>
        </w:rPr>
        <w:t>B. international</w:t>
      </w:r>
    </w:p>
    <w:p>
      <w:pPr>
        <w:pStyle w:val="ListParagraph"/>
      </w:pPr>
      <w:r>
        <w:rPr>
          <w:sz w:val="22"/>
        </w:rPr>
        <w:t>C. multicultural</w:t>
      </w:r>
    </w:p>
    <w:p>
      <w:pPr>
        <w:pStyle w:val="ListParagraph"/>
      </w:pPr>
      <w:r>
        <w:rPr>
          <w:sz w:val="22"/>
        </w:rPr>
        <w:t>D. popular</w:t>
      </w:r>
    </w:p>
    <w:p/>
    <w:p>
      <w:r>
        <w:rPr>
          <w:b/>
          <w:sz w:val="24"/>
        </w:rPr>
        <w:t>Câu 67: Từ nào có nghĩa là "yếu tố"?</w:t>
      </w:r>
    </w:p>
    <w:p>
      <w:pPr>
        <w:pStyle w:val="ListParagraph"/>
      </w:pPr>
      <w:r>
        <w:rPr>
          <w:sz w:val="22"/>
        </w:rPr>
        <w:t>A. element</w:t>
      </w:r>
    </w:p>
    <w:p>
      <w:pPr>
        <w:pStyle w:val="ListParagraph"/>
      </w:pPr>
      <w:r>
        <w:rPr>
          <w:sz w:val="22"/>
        </w:rPr>
        <w:t>B. feature</w:t>
      </w:r>
    </w:p>
    <w:p>
      <w:pPr>
        <w:pStyle w:val="ListParagraph"/>
      </w:pPr>
      <w:r>
        <w:rPr>
          <w:sz w:val="22"/>
        </w:rPr>
        <w:t>C. origin</w:t>
      </w:r>
    </w:p>
    <w:p>
      <w:pPr>
        <w:pStyle w:val="ListParagraph"/>
      </w:pPr>
      <w:r>
        <w:rPr>
          <w:sz w:val="22"/>
        </w:rPr>
        <w:t>D. identity</w:t>
      </w:r>
    </w:p>
    <w:p/>
    <w:p>
      <w:r>
        <w:rPr>
          <w:b/>
          <w:sz w:val="24"/>
        </w:rPr>
        <w:t>Câu 68: Từ nào có nghĩa là "quyến rũ"?</w:t>
      </w:r>
    </w:p>
    <w:p>
      <w:pPr>
        <w:pStyle w:val="ListParagraph"/>
      </w:pPr>
      <w:r>
        <w:rPr>
          <w:sz w:val="22"/>
        </w:rPr>
        <w:t>A. captivate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cheer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69: Từ nào có nghĩa là "tóm lại"?</w:t>
      </w:r>
    </w:p>
    <w:p>
      <w:pPr>
        <w:pStyle w:val="ListParagraph"/>
      </w:pPr>
      <w:r>
        <w:rPr>
          <w:sz w:val="22"/>
        </w:rPr>
        <w:t>A. in conclusion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a wide range of...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70: Từ nào có nghĩa là "làm mạnh"?</w:t>
      </w:r>
    </w:p>
    <w:p>
      <w:pPr>
        <w:pStyle w:val="ListParagraph"/>
      </w:pPr>
      <w:r>
        <w:rPr>
          <w:sz w:val="22"/>
        </w:rPr>
        <w:t>A. strengthen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cheer</w:t>
      </w:r>
    </w:p>
    <w:p>
      <w:pPr>
        <w:pStyle w:val="ListParagraph"/>
      </w:pPr>
      <w:r>
        <w:rPr>
          <w:sz w:val="22"/>
        </w:rPr>
        <w:t>D. captivate</w:t>
      </w:r>
    </w:p>
    <w:p/>
    <w:p>
      <w:r>
        <w:rPr>
          <w:b/>
          <w:sz w:val="24"/>
        </w:rPr>
        <w:t>Câu 71: Từ nào có nghĩa là "đánh giá cao"?</w:t>
      </w:r>
    </w:p>
    <w:p>
      <w:pPr>
        <w:pStyle w:val="ListParagraph"/>
      </w:pPr>
      <w:r>
        <w:rPr>
          <w:sz w:val="22"/>
        </w:rPr>
        <w:t>A. appreciate</w:t>
      </w:r>
    </w:p>
    <w:p>
      <w:pPr>
        <w:pStyle w:val="ListParagraph"/>
      </w:pPr>
      <w:r>
        <w:rPr>
          <w:sz w:val="22"/>
        </w:rPr>
        <w:t>B. strengthen</w:t>
      </w:r>
    </w:p>
    <w:p>
      <w:pPr>
        <w:pStyle w:val="ListParagraph"/>
      </w:pPr>
      <w:r>
        <w:rPr>
          <w:sz w:val="22"/>
        </w:rPr>
        <w:t>C. captivate</w:t>
      </w:r>
    </w:p>
    <w:p>
      <w:pPr>
        <w:pStyle w:val="ListParagraph"/>
      </w:pPr>
      <w:r>
        <w:rPr>
          <w:sz w:val="22"/>
        </w:rPr>
        <w:t>D. blend</w:t>
      </w:r>
    </w:p>
    <w:p/>
    <w:p>
      <w:r>
        <w:rPr>
          <w:b/>
          <w:sz w:val="24"/>
        </w:rPr>
        <w:t>Câu 72: Từ nào có nghĩa là "bắt kịp với"?</w:t>
      </w:r>
    </w:p>
    <w:p>
      <w:pPr>
        <w:pStyle w:val="ListParagraph"/>
      </w:pPr>
      <w:r>
        <w:rPr>
          <w:sz w:val="22"/>
        </w:rPr>
        <w:t>A. keep up with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a wide range of...</w:t>
      </w:r>
    </w:p>
    <w:p/>
    <w:p>
      <w:r>
        <w:rPr>
          <w:b/>
          <w:sz w:val="24"/>
        </w:rPr>
        <w:t>Câu 73: Từ nào có nghĩa là "pha trộn"?</w:t>
      </w:r>
    </w:p>
    <w:p>
      <w:pPr>
        <w:pStyle w:val="ListParagraph"/>
      </w:pPr>
      <w:r>
        <w:rPr>
          <w:sz w:val="22"/>
        </w:rPr>
        <w:t>A. blend</w:t>
      </w:r>
    </w:p>
    <w:p>
      <w:pPr>
        <w:pStyle w:val="ListParagraph"/>
      </w:pPr>
      <w:r>
        <w:rPr>
          <w:sz w:val="22"/>
        </w:rPr>
        <w:t>B. strengthen</w:t>
      </w:r>
    </w:p>
    <w:p>
      <w:pPr>
        <w:pStyle w:val="ListParagraph"/>
      </w:pPr>
      <w:r>
        <w:rPr>
          <w:sz w:val="22"/>
        </w:rPr>
        <w:t>C. appreciate</w:t>
      </w:r>
    </w:p>
    <w:p>
      <w:pPr>
        <w:pStyle w:val="ListParagraph"/>
      </w:pPr>
      <w:r>
        <w:rPr>
          <w:sz w:val="22"/>
        </w:rPr>
        <w:t>D. captivate</w:t>
      </w:r>
    </w:p>
    <w:p/>
    <w:p>
      <w:r>
        <w:rPr>
          <w:b/>
          <w:sz w:val="24"/>
        </w:rPr>
        <w:t>Câu 74: Từ nào có nghĩa là "cơ hội"?</w:t>
      </w:r>
    </w:p>
    <w:p>
      <w:pPr>
        <w:pStyle w:val="ListParagraph"/>
      </w:pPr>
      <w:r>
        <w:rPr>
          <w:sz w:val="22"/>
        </w:rPr>
        <w:t>A. opportunity</w:t>
      </w:r>
    </w:p>
    <w:p>
      <w:pPr>
        <w:pStyle w:val="ListParagraph"/>
      </w:pPr>
      <w:r>
        <w:rPr>
          <w:sz w:val="22"/>
        </w:rPr>
        <w:t>B. experience</w:t>
      </w:r>
    </w:p>
    <w:p>
      <w:pPr>
        <w:pStyle w:val="ListParagraph"/>
      </w:pPr>
      <w:r>
        <w:rPr>
          <w:sz w:val="22"/>
        </w:rPr>
        <w:t>C. interaction</w:t>
      </w:r>
    </w:p>
    <w:p>
      <w:pPr>
        <w:pStyle w:val="ListParagraph"/>
      </w:pPr>
      <w:r>
        <w:rPr>
          <w:sz w:val="22"/>
        </w:rPr>
        <w:t>D. integration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