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hỏi trắc nghiệm toán 4 tuần 4 bài Đơn vị đo góc, góc nhọn, góc tù góc bẹt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Đơn vị đo góc thường dùng là gì?</w:t>
      </w:r>
    </w:p>
    <w:p>
      <w:pPr>
        <w:pStyle w:val="ListParagraph"/>
      </w:pPr>
      <w:r>
        <w:rPr>
          <w:sz w:val="22"/>
        </w:rPr>
        <w:t>A. Mét (m)</w:t>
      </w:r>
    </w:p>
    <w:p>
      <w:pPr>
        <w:pStyle w:val="ListParagraph"/>
      </w:pPr>
      <w:r>
        <w:rPr>
          <w:sz w:val="22"/>
        </w:rPr>
        <w:t>B. Độ (°)</w:t>
      </w:r>
    </w:p>
    <w:p>
      <w:pPr>
        <w:pStyle w:val="ListParagraph"/>
      </w:pPr>
      <w:r>
        <w:rPr>
          <w:sz w:val="22"/>
        </w:rPr>
        <w:t>C. Ki-lô-gam (kg)</w:t>
      </w:r>
    </w:p>
    <w:p>
      <w:pPr>
        <w:pStyle w:val="ListParagraph"/>
      </w:pPr>
      <w:r>
        <w:rPr>
          <w:sz w:val="22"/>
        </w:rPr>
        <w:t>D. Lít (l)</w:t>
      </w:r>
    </w:p>
    <w:p/>
    <w:p>
      <w:r>
        <w:rPr>
          <w:b/>
          <w:sz w:val="24"/>
        </w:rPr>
        <w:t>Câu 2: Góc có số đo bằng $90^\circ$ được gọi là:</w:t>
      </w:r>
    </w:p>
    <w:p>
      <w:pPr>
        <w:pStyle w:val="ListParagraph"/>
      </w:pPr>
      <w:r>
        <w:rPr>
          <w:sz w:val="22"/>
        </w:rPr>
        <w:t>A. Góc nhọn</w:t>
      </w:r>
    </w:p>
    <w:p>
      <w:pPr>
        <w:pStyle w:val="ListParagraph"/>
      </w:pPr>
      <w:r>
        <w:rPr>
          <w:sz w:val="22"/>
        </w:rPr>
        <w:t>B. Góc tù</w:t>
      </w:r>
    </w:p>
    <w:p>
      <w:pPr>
        <w:pStyle w:val="ListParagraph"/>
      </w:pPr>
      <w:r>
        <w:rPr>
          <w:sz w:val="22"/>
        </w:rPr>
        <w:t>C. Góc vuông</w:t>
      </w:r>
    </w:p>
    <w:p>
      <w:pPr>
        <w:pStyle w:val="ListParagraph"/>
      </w:pPr>
      <w:r>
        <w:rPr>
          <w:sz w:val="22"/>
        </w:rPr>
        <w:t>D. Góc bẹt</w:t>
      </w:r>
    </w:p>
    <w:p/>
    <w:p>
      <w:r>
        <w:rPr>
          <w:b/>
          <w:sz w:val="24"/>
        </w:rPr>
        <w:t>Câu 3: Góc nhọn là góc có số đo:</w:t>
      </w:r>
    </w:p>
    <w:p>
      <w:pPr>
        <w:pStyle w:val="ListParagraph"/>
      </w:pPr>
      <w:r>
        <w:rPr>
          <w:sz w:val="22"/>
        </w:rPr>
        <w:t>A. Lớn hơn $90^\circ$</w:t>
      </w:r>
    </w:p>
    <w:p>
      <w:pPr>
        <w:pStyle w:val="ListParagraph"/>
      </w:pPr>
      <w:r>
        <w:rPr>
          <w:sz w:val="22"/>
        </w:rPr>
        <w:t>B. Bé hơn $90^\circ$</w:t>
      </w:r>
    </w:p>
    <w:p>
      <w:pPr>
        <w:pStyle w:val="ListParagraph"/>
      </w:pPr>
      <w:r>
        <w:rPr>
          <w:sz w:val="22"/>
        </w:rPr>
        <w:t>C. Bằng $180^\circ$</w:t>
      </w:r>
    </w:p>
    <w:p>
      <w:pPr>
        <w:pStyle w:val="ListParagraph"/>
      </w:pPr>
      <w:r>
        <w:rPr>
          <w:sz w:val="22"/>
        </w:rPr>
        <w:t>D. Bằng $90^\circ$</w:t>
      </w:r>
    </w:p>
    <w:p/>
    <w:p>
      <w:r>
        <w:rPr>
          <w:b/>
          <w:sz w:val="24"/>
        </w:rPr>
        <w:t>Câu 4: Góc tù là góc có số đo:</w:t>
      </w:r>
    </w:p>
    <w:p>
      <w:pPr>
        <w:pStyle w:val="ListParagraph"/>
      </w:pPr>
      <w:r>
        <w:rPr>
          <w:sz w:val="22"/>
        </w:rPr>
        <w:t>A. Bé hơn $90^\circ$</w:t>
      </w:r>
    </w:p>
    <w:p>
      <w:pPr>
        <w:pStyle w:val="ListParagraph"/>
      </w:pPr>
      <w:r>
        <w:rPr>
          <w:sz w:val="22"/>
        </w:rPr>
        <w:t>B. Lớn hơn $90^\circ$ và bé hơn $180^\circ$</w:t>
      </w:r>
    </w:p>
    <w:p>
      <w:pPr>
        <w:pStyle w:val="ListParagraph"/>
      </w:pPr>
      <w:r>
        <w:rPr>
          <w:sz w:val="22"/>
        </w:rPr>
        <w:t>C. Bằng $180^\circ$</w:t>
      </w:r>
    </w:p>
    <w:p>
      <w:pPr>
        <w:pStyle w:val="ListParagraph"/>
      </w:pPr>
      <w:r>
        <w:rPr>
          <w:sz w:val="22"/>
        </w:rPr>
        <w:t>D. Bằng $90^\circ$</w:t>
      </w:r>
    </w:p>
    <w:p/>
    <w:p>
      <w:r>
        <w:rPr>
          <w:b/>
          <w:sz w:val="24"/>
        </w:rPr>
        <w:t>Câu 5: Góc bẹt có số đo bằng:</w:t>
      </w:r>
    </w:p>
    <w:p>
      <w:pPr>
        <w:pStyle w:val="ListParagraph"/>
      </w:pPr>
      <w:r>
        <w:rPr>
          <w:sz w:val="22"/>
        </w:rPr>
        <w:t>A. $45^\circ$</w:t>
      </w:r>
    </w:p>
    <w:p>
      <w:pPr>
        <w:pStyle w:val="ListParagraph"/>
      </w:pPr>
      <w:r>
        <w:rPr>
          <w:sz w:val="22"/>
        </w:rPr>
        <w:t>B. $90^\circ$</w:t>
      </w:r>
    </w:p>
    <w:p>
      <w:pPr>
        <w:pStyle w:val="ListParagraph"/>
      </w:pPr>
      <w:r>
        <w:rPr>
          <w:sz w:val="22"/>
        </w:rPr>
        <w:t>C. $180^\circ$</w:t>
      </w:r>
    </w:p>
    <w:p>
      <w:pPr>
        <w:pStyle w:val="ListParagraph"/>
      </w:pPr>
      <w:r>
        <w:rPr>
          <w:sz w:val="22"/>
        </w:rPr>
        <w:t>D. $360^\circ$</w:t>
      </w:r>
    </w:p>
    <w:p/>
    <w:p>
      <w:r>
        <w:rPr>
          <w:b/>
          <w:sz w:val="24"/>
        </w:rPr>
        <w:t>Câu 6: Trong các góc sau, góc nào là góc nhọn?</w:t>
      </w:r>
    </w:p>
    <w:p>
      <w:pPr>
        <w:pStyle w:val="ListParagraph"/>
      </w:pPr>
      <w:r>
        <w:rPr>
          <w:sz w:val="22"/>
        </w:rPr>
        <w:t>A. $120^\circ$</w:t>
      </w:r>
    </w:p>
    <w:p>
      <w:pPr>
        <w:pStyle w:val="ListParagraph"/>
      </w:pPr>
      <w:r>
        <w:rPr>
          <w:sz w:val="22"/>
        </w:rPr>
        <w:t>B. $180^\circ$</w:t>
      </w:r>
    </w:p>
    <w:p>
      <w:pPr>
        <w:pStyle w:val="ListParagraph"/>
      </w:pPr>
      <w:r>
        <w:rPr>
          <w:sz w:val="22"/>
        </w:rPr>
        <w:t>C. $75^\circ$</w:t>
      </w:r>
    </w:p>
    <w:p>
      <w:pPr>
        <w:pStyle w:val="ListParagraph"/>
      </w:pPr>
      <w:r>
        <w:rPr>
          <w:sz w:val="22"/>
        </w:rPr>
        <w:t>D. $90^\circ$</w:t>
      </w:r>
    </w:p>
    <w:p/>
    <w:p>
      <w:r>
        <w:rPr>
          <w:b/>
          <w:sz w:val="24"/>
        </w:rPr>
        <w:t>Câu 7: Trong các góc sau, góc nào là góc tù?</w:t>
      </w:r>
    </w:p>
    <w:p>
      <w:pPr>
        <w:pStyle w:val="ListParagraph"/>
      </w:pPr>
      <w:r>
        <w:rPr>
          <w:sz w:val="22"/>
        </w:rPr>
        <w:t>A. $30^\circ$</w:t>
      </w:r>
    </w:p>
    <w:p>
      <w:pPr>
        <w:pStyle w:val="ListParagraph"/>
      </w:pPr>
      <w:r>
        <w:rPr>
          <w:sz w:val="22"/>
        </w:rPr>
        <w:t>B. $90^\circ$</w:t>
      </w:r>
    </w:p>
    <w:p>
      <w:pPr>
        <w:pStyle w:val="ListParagraph"/>
      </w:pPr>
      <w:r>
        <w:rPr>
          <w:sz w:val="22"/>
        </w:rPr>
        <w:t>C. $135^\circ$</w:t>
      </w:r>
    </w:p>
    <w:p>
      <w:pPr>
        <w:pStyle w:val="ListParagraph"/>
      </w:pPr>
      <w:r>
        <w:rPr>
          <w:sz w:val="22"/>
        </w:rPr>
        <w:t>D. $180^\circ$</w:t>
      </w:r>
    </w:p>
    <w:p/>
    <w:p>
      <w:r>
        <w:rPr>
          <w:b/>
          <w:sz w:val="24"/>
        </w:rPr>
        <w:t>Câu 8: Góc có số đo $180^\circ$ gọi là:</w:t>
      </w:r>
    </w:p>
    <w:p>
      <w:pPr>
        <w:pStyle w:val="ListParagraph"/>
      </w:pPr>
      <w:r>
        <w:rPr>
          <w:sz w:val="22"/>
        </w:rPr>
        <w:t>A. Góc nhọn</w:t>
      </w:r>
    </w:p>
    <w:p>
      <w:pPr>
        <w:pStyle w:val="ListParagraph"/>
      </w:pPr>
      <w:r>
        <w:rPr>
          <w:sz w:val="22"/>
        </w:rPr>
        <w:t>B. Góc vuông</w:t>
      </w:r>
    </w:p>
    <w:p>
      <w:pPr>
        <w:pStyle w:val="ListParagraph"/>
      </w:pPr>
      <w:r>
        <w:rPr>
          <w:sz w:val="22"/>
        </w:rPr>
        <w:t>C. Góc tù</w:t>
      </w:r>
    </w:p>
    <w:p>
      <w:pPr>
        <w:pStyle w:val="ListParagraph"/>
      </w:pPr>
      <w:r>
        <w:rPr>
          <w:sz w:val="22"/>
        </w:rPr>
        <w:t>D. Góc bẹt</w:t>
      </w:r>
    </w:p>
    <w:p/>
    <w:p>
      <w:r>
        <w:rPr>
          <w:b/>
          <w:sz w:val="24"/>
        </w:rPr>
        <w:t>Câu 9: Số đo của góc vuông là:</w:t>
      </w:r>
    </w:p>
    <w:p>
      <w:pPr>
        <w:pStyle w:val="ListParagraph"/>
      </w:pPr>
      <w:r>
        <w:rPr>
          <w:sz w:val="22"/>
        </w:rPr>
        <w:t>A. $60^\circ$</w:t>
      </w:r>
    </w:p>
    <w:p>
      <w:pPr>
        <w:pStyle w:val="ListParagraph"/>
      </w:pPr>
      <w:r>
        <w:rPr>
          <w:sz w:val="22"/>
        </w:rPr>
        <w:t>B. $90^\circ$</w:t>
      </w:r>
    </w:p>
    <w:p>
      <w:pPr>
        <w:pStyle w:val="ListParagraph"/>
      </w:pPr>
      <w:r>
        <w:rPr>
          <w:sz w:val="22"/>
        </w:rPr>
        <w:t>C. $120^\circ$</w:t>
      </w:r>
    </w:p>
    <w:p>
      <w:pPr>
        <w:pStyle w:val="ListParagraph"/>
      </w:pPr>
      <w:r>
        <w:rPr>
          <w:sz w:val="22"/>
        </w:rPr>
        <w:t>D. $180^\circ$</w:t>
      </w:r>
    </w:p>
    <w:p/>
    <w:p>
      <w:r>
        <w:rPr>
          <w:b/>
          <w:sz w:val="24"/>
        </w:rPr>
        <w:t>Câu 10: Câu nào đúng?</w:t>
      </w:r>
    </w:p>
    <w:p>
      <w:pPr>
        <w:pStyle w:val="ListParagraph"/>
      </w:pPr>
      <w:r>
        <w:rPr>
          <w:sz w:val="22"/>
        </w:rPr>
        <w:t>A. Góc nhọn lớn hơn góc vuông.</w:t>
      </w:r>
    </w:p>
    <w:p>
      <w:pPr>
        <w:pStyle w:val="ListParagraph"/>
      </w:pPr>
      <w:r>
        <w:rPr>
          <w:sz w:val="22"/>
        </w:rPr>
        <w:t>B. Góc tù bé hơn góc nhọn.</w:t>
      </w:r>
    </w:p>
    <w:p>
      <w:pPr>
        <w:pStyle w:val="ListParagraph"/>
      </w:pPr>
      <w:r>
        <w:rPr>
          <w:sz w:val="22"/>
        </w:rPr>
        <w:t>C. Góc bẹt bằng hai góc vuông.</w:t>
      </w:r>
    </w:p>
    <w:p>
      <w:pPr>
        <w:pStyle w:val="ListParagraph"/>
      </w:pPr>
      <w:r>
        <w:rPr>
          <w:sz w:val="22"/>
        </w:rPr>
        <w:t>D. Góc vuông bằng góc bẹt.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