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tin học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ChatGPT là sản phẩm của công ty nào?</w:t>
      </w:r>
    </w:p>
    <w:p>
      <w:pPr>
        <w:pStyle w:val="ListParagraph"/>
      </w:pPr>
      <w:r>
        <w:rPr>
          <w:sz w:val="22"/>
        </w:rPr>
        <w:t>A. OpenAI</w:t>
      </w:r>
    </w:p>
    <w:p>
      <w:pPr>
        <w:pStyle w:val="ListParagraph"/>
      </w:pPr>
      <w:r>
        <w:rPr>
          <w:sz w:val="22"/>
        </w:rPr>
        <w:t>B. Google</w:t>
      </w:r>
    </w:p>
    <w:p>
      <w:pPr>
        <w:pStyle w:val="ListParagraph"/>
      </w:pPr>
      <w:r>
        <w:rPr>
          <w:sz w:val="22"/>
        </w:rPr>
        <w:t>C. Microsoft</w:t>
      </w:r>
    </w:p>
    <w:p>
      <w:pPr>
        <w:pStyle w:val="ListParagraph"/>
      </w:pPr>
      <w:r>
        <w:rPr>
          <w:sz w:val="22"/>
        </w:rPr>
        <w:t>D. Meta</w:t>
      </w:r>
    </w:p>
    <w:p/>
    <w:p>
      <w:r>
        <w:rPr>
          <w:b/>
          <w:sz w:val="24"/>
        </w:rPr>
        <w:t>Câu 2: Tính năng Library trong ChatGPT cho phép người dùng làm gì?</w:t>
      </w:r>
    </w:p>
    <w:p>
      <w:pPr>
        <w:pStyle w:val="ListParagraph"/>
      </w:pPr>
      <w:r>
        <w:rPr>
          <w:sz w:val="22"/>
        </w:rPr>
        <w:t>A. Lưu trữ và chia sẻ các tệp tin</w:t>
      </w:r>
    </w:p>
    <w:p>
      <w:pPr>
        <w:pStyle w:val="ListParagraph"/>
      </w:pPr>
      <w:r>
        <w:rPr>
          <w:sz w:val="22"/>
        </w:rPr>
        <w:t>B. Tạo nhạc chuông</w:t>
      </w:r>
    </w:p>
    <w:p>
      <w:pPr>
        <w:pStyle w:val="ListParagraph"/>
      </w:pPr>
      <w:r>
        <w:rPr>
          <w:sz w:val="22"/>
        </w:rPr>
        <w:t>C. Chơi trò chơi điện tử</w:t>
      </w:r>
    </w:p>
    <w:p>
      <w:pPr>
        <w:pStyle w:val="ListParagraph"/>
      </w:pPr>
      <w:r>
        <w:rPr>
          <w:sz w:val="22"/>
        </w:rPr>
        <w:t>D. Dịch văn bản sang tiếng Latinh</w:t>
      </w:r>
    </w:p>
    <w:p/>
    <w:p>
      <w:r>
        <w:rPr>
          <w:b/>
          <w:sz w:val="24"/>
        </w:rPr>
        <w:t>Câu 3: Khi muốn ChatGPT tạo đề kiểm tra từ một tệp, bạn cần cung cấp gì?</w:t>
      </w:r>
    </w:p>
    <w:p>
      <w:pPr>
        <w:pStyle w:val="ListParagraph"/>
      </w:pPr>
      <w:r>
        <w:rPr>
          <w:sz w:val="22"/>
        </w:rPr>
        <w:t>A. Nội dung tệp hoặc mô tả rõ ràng về tệp</w:t>
      </w:r>
    </w:p>
    <w:p>
      <w:pPr>
        <w:pStyle w:val="ListParagraph"/>
      </w:pPr>
      <w:r>
        <w:rPr>
          <w:sz w:val="22"/>
        </w:rPr>
        <w:t>B. Chỉ cần tên tệp</w:t>
      </w:r>
    </w:p>
    <w:p>
      <w:pPr>
        <w:pStyle w:val="ListParagraph"/>
      </w:pPr>
      <w:r>
        <w:rPr>
          <w:sz w:val="22"/>
        </w:rPr>
        <w:t>C. Không cần cung cấp gì</w:t>
      </w:r>
    </w:p>
    <w:p>
      <w:pPr>
        <w:pStyle w:val="ListParagraph"/>
      </w:pPr>
      <w:r>
        <w:rPr>
          <w:sz w:val="22"/>
        </w:rPr>
        <w:t>D. Chỉ cần đường dẫn đến một trang web bất kỳ</w:t>
      </w:r>
    </w:p>
    <w:p/>
    <w:p>
      <w:r>
        <w:rPr>
          <w:b/>
          <w:sz w:val="24"/>
        </w:rPr>
        <w:t>Câu 4: Trong JSON, trường "correctAnswer" dùng để lưu thông tin gì?</w:t>
      </w:r>
    </w:p>
    <w:p>
      <w:pPr>
        <w:pStyle w:val="ListParagraph"/>
      </w:pPr>
      <w:r>
        <w:rPr>
          <w:sz w:val="22"/>
        </w:rPr>
        <w:t>A. Đáp án đúng của câu hỏi</w:t>
      </w:r>
    </w:p>
    <w:p>
      <w:pPr>
        <w:pStyle w:val="ListParagraph"/>
      </w:pPr>
      <w:r>
        <w:rPr>
          <w:sz w:val="22"/>
        </w:rPr>
        <w:t>B. Nội dung câu hỏi</w:t>
      </w:r>
    </w:p>
    <w:p>
      <w:pPr>
        <w:pStyle w:val="ListParagraph"/>
      </w:pPr>
      <w:r>
        <w:rPr>
          <w:sz w:val="22"/>
        </w:rPr>
        <w:t>C. Các lựa chọn sai</w:t>
      </w:r>
    </w:p>
    <w:p>
      <w:pPr>
        <w:pStyle w:val="ListParagraph"/>
      </w:pPr>
      <w:r>
        <w:rPr>
          <w:sz w:val="22"/>
        </w:rPr>
        <w:t>D. Thời gian làm bài</w:t>
      </w:r>
    </w:p>
    <w:p/>
    <w:p>
      <w:r>
        <w:rPr>
          <w:b/>
          <w:sz w:val="24"/>
        </w:rPr>
        <w:t>Câu 5: LaTeX thường được sử dụng để làm gì trong soạn thảo?</w:t>
      </w:r>
    </w:p>
    <w:p>
      <w:pPr>
        <w:pStyle w:val="ListParagraph"/>
      </w:pPr>
      <w:r>
        <w:rPr>
          <w:sz w:val="22"/>
        </w:rPr>
        <w:t>A. Viết công thức toán học</w:t>
      </w:r>
    </w:p>
    <w:p>
      <w:pPr>
        <w:pStyle w:val="ListParagraph"/>
      </w:pPr>
      <w:r>
        <w:rPr>
          <w:sz w:val="22"/>
        </w:rPr>
        <w:t>B. Chỉnh sửa video</w:t>
      </w:r>
    </w:p>
    <w:p>
      <w:pPr>
        <w:pStyle w:val="ListParagraph"/>
      </w:pPr>
      <w:r>
        <w:rPr>
          <w:sz w:val="22"/>
        </w:rPr>
        <w:t>C. Quản lý email</w:t>
      </w:r>
    </w:p>
    <w:p>
      <w:pPr>
        <w:pStyle w:val="ListParagraph"/>
      </w:pPr>
      <w:r>
        <w:rPr>
          <w:sz w:val="22"/>
        </w:rPr>
        <w:t>D. Thiết kế đồ họa 3D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