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sử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Liên hợp quốc được thành lập vào thời gian nào?</w:t>
      </w:r>
    </w:p>
    <w:p>
      <w:pPr>
        <w:pStyle w:val="ListParagraph"/>
      </w:pPr>
      <w:r>
        <w:rPr>
          <w:sz w:val="22"/>
        </w:rPr>
        <w:t>A. 24/10/1945</w:t>
      </w:r>
    </w:p>
    <w:p>
      <w:pPr>
        <w:pStyle w:val="ListParagraph"/>
      </w:pPr>
      <w:r>
        <w:rPr>
          <w:sz w:val="22"/>
        </w:rPr>
        <w:t>B. 26/6/1945</w:t>
      </w:r>
    </w:p>
    <w:p>
      <w:pPr>
        <w:pStyle w:val="ListParagraph"/>
      </w:pPr>
      <w:r>
        <w:rPr>
          <w:sz w:val="22"/>
        </w:rPr>
        <w:t>C. 2/9/1945</w:t>
      </w:r>
    </w:p>
    <w:p>
      <w:pPr>
        <w:pStyle w:val="ListParagraph"/>
      </w:pPr>
      <w:r>
        <w:rPr>
          <w:sz w:val="22"/>
        </w:rPr>
        <w:t>D. 1/1/1942</w:t>
      </w:r>
    </w:p>
    <w:p/>
    <w:p>
      <w:r>
        <w:rPr>
          <w:b/>
          <w:sz w:val="24"/>
        </w:rPr>
        <w:t>Câu 2: Tại Hội nghị Ianta (2/1945), các nước tham dự đã quyết định thành lập tổ chức nào?</w:t>
      </w:r>
    </w:p>
    <w:p>
      <w:pPr>
        <w:pStyle w:val="ListParagraph"/>
      </w:pPr>
      <w:r>
        <w:rPr>
          <w:sz w:val="22"/>
        </w:rPr>
        <w:t>A. Liên hợp quốc</w:t>
      </w:r>
    </w:p>
    <w:p>
      <w:pPr>
        <w:pStyle w:val="ListParagraph"/>
      </w:pPr>
      <w:r>
        <w:rPr>
          <w:sz w:val="22"/>
        </w:rPr>
        <w:t>B. Hội Quốc liên</w:t>
      </w:r>
    </w:p>
    <w:p>
      <w:pPr>
        <w:pStyle w:val="ListParagraph"/>
      </w:pPr>
      <w:r>
        <w:rPr>
          <w:sz w:val="22"/>
        </w:rPr>
        <w:t>C. NATO</w:t>
      </w:r>
    </w:p>
    <w:p>
      <w:pPr>
        <w:pStyle w:val="ListParagraph"/>
      </w:pPr>
      <w:r>
        <w:rPr>
          <w:sz w:val="22"/>
        </w:rPr>
        <w:t>D. Vácsava</w:t>
      </w:r>
    </w:p>
    <w:p/>
    <w:p>
      <w:r>
        <w:rPr>
          <w:b/>
          <w:sz w:val="24"/>
        </w:rPr>
        <w:t>Câu 3: Mục tiêu chính của Liên hợp quốc là gì?</w:t>
      </w:r>
    </w:p>
    <w:p>
      <w:pPr>
        <w:pStyle w:val="ListParagraph"/>
      </w:pPr>
      <w:r>
        <w:rPr>
          <w:sz w:val="22"/>
        </w:rPr>
        <w:t>A. Duy trì hòa bình và an ninh thế giới</w:t>
      </w:r>
    </w:p>
    <w:p>
      <w:pPr>
        <w:pStyle w:val="ListParagraph"/>
      </w:pPr>
      <w:r>
        <w:rPr>
          <w:sz w:val="22"/>
        </w:rPr>
        <w:t>B. Phát triển kinh tế tư bản chủ nghĩa</w:t>
      </w:r>
    </w:p>
    <w:p>
      <w:pPr>
        <w:pStyle w:val="ListParagraph"/>
      </w:pPr>
      <w:r>
        <w:rPr>
          <w:sz w:val="22"/>
        </w:rPr>
        <w:t>C. Thành lập phe xã hội chủ nghĩa</w:t>
      </w:r>
    </w:p>
    <w:p>
      <w:pPr>
        <w:pStyle w:val="ListParagraph"/>
      </w:pPr>
      <w:r>
        <w:rPr>
          <w:sz w:val="22"/>
        </w:rPr>
        <w:t>D. Chống chủ nghĩa thực dân kiểu cũ</w:t>
      </w:r>
    </w:p>
    <w:p/>
    <w:p>
      <w:r>
        <w:rPr>
          <w:b/>
          <w:sz w:val="24"/>
        </w:rPr>
        <w:t>Câu 4: Việt Nam gia nhập Liên hợp quốc vào năm nào?</w:t>
      </w:r>
    </w:p>
    <w:p>
      <w:pPr>
        <w:pStyle w:val="ListParagraph"/>
      </w:pPr>
      <w:r>
        <w:rPr>
          <w:sz w:val="22"/>
        </w:rPr>
        <w:t>A. 1975</w:t>
      </w:r>
    </w:p>
    <w:p>
      <w:pPr>
        <w:pStyle w:val="ListParagraph"/>
      </w:pPr>
      <w:r>
        <w:rPr>
          <w:sz w:val="22"/>
        </w:rPr>
        <w:t>B. 1977</w:t>
      </w:r>
    </w:p>
    <w:p>
      <w:pPr>
        <w:pStyle w:val="ListParagraph"/>
      </w:pPr>
      <w:r>
        <w:rPr>
          <w:sz w:val="22"/>
        </w:rPr>
        <w:t>C. 1976</w:t>
      </w:r>
    </w:p>
    <w:p>
      <w:pPr>
        <w:pStyle w:val="ListParagraph"/>
      </w:pPr>
      <w:r>
        <w:rPr>
          <w:sz w:val="22"/>
        </w:rPr>
        <w:t>D. 1978</w:t>
      </w:r>
    </w:p>
    <w:p/>
    <w:p>
      <w:r>
        <w:rPr>
          <w:b/>
          <w:sz w:val="24"/>
        </w:rPr>
        <w:t>Câu 5: Cơ quan nào của Liên hợp quốc giữ vai trò trọng yếu trong việc duy trì hòa bình và an ninh thế giới?</w:t>
      </w:r>
    </w:p>
    <w:p>
      <w:pPr>
        <w:pStyle w:val="ListParagraph"/>
      </w:pPr>
      <w:r>
        <w:rPr>
          <w:sz w:val="22"/>
        </w:rPr>
        <w:t>A. Đại hội đồng</w:t>
      </w:r>
    </w:p>
    <w:p>
      <w:pPr>
        <w:pStyle w:val="ListParagraph"/>
      </w:pPr>
      <w:r>
        <w:rPr>
          <w:sz w:val="22"/>
        </w:rPr>
        <w:t>B. Hội đồng Bảo an</w:t>
      </w:r>
    </w:p>
    <w:p>
      <w:pPr>
        <w:pStyle w:val="ListParagraph"/>
      </w:pPr>
      <w:r>
        <w:rPr>
          <w:sz w:val="22"/>
        </w:rPr>
        <w:t>C. Ban Thư ký</w:t>
      </w:r>
    </w:p>
    <w:p>
      <w:pPr>
        <w:pStyle w:val="ListParagraph"/>
      </w:pPr>
      <w:r>
        <w:rPr>
          <w:sz w:val="22"/>
        </w:rPr>
        <w:t>D. Tòa án Quốc tế</w:t>
      </w:r>
    </w:p>
    <w:p/>
    <w:p>
      <w:r>
        <w:rPr>
          <w:b/>
          <w:sz w:val="24"/>
        </w:rPr>
        <w:t>Câu 6: Số thành viên thường trực của Hội đồng Bảo an Liên hợp quốc là bao nhiêu?</w:t>
      </w:r>
    </w:p>
    <w:p>
      <w:pPr>
        <w:pStyle w:val="ListParagraph"/>
      </w:pPr>
      <w:r>
        <w:rPr>
          <w:sz w:val="22"/>
        </w:rPr>
        <w:t>A. 5</w:t>
      </w:r>
    </w:p>
    <w:p>
      <w:pPr>
        <w:pStyle w:val="ListParagraph"/>
      </w:pPr>
      <w:r>
        <w:rPr>
          <w:sz w:val="22"/>
        </w:rPr>
        <w:t>B. 6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15</w:t>
      </w:r>
    </w:p>
    <w:p/>
    <w:p>
      <w:r>
        <w:rPr>
          <w:b/>
          <w:sz w:val="24"/>
        </w:rPr>
        <w:t>Câu 7: Một trong những nguyên tắc hoạt động của Liên hợp quốc là gì?</w:t>
      </w:r>
    </w:p>
    <w:p>
      <w:pPr>
        <w:pStyle w:val="ListParagraph"/>
      </w:pPr>
      <w:r>
        <w:rPr>
          <w:sz w:val="22"/>
        </w:rPr>
        <w:t>A. Không can thiệp vào công việc nội bộ của các nước</w:t>
      </w:r>
    </w:p>
    <w:p>
      <w:pPr>
        <w:pStyle w:val="ListParagraph"/>
      </w:pPr>
      <w:r>
        <w:rPr>
          <w:sz w:val="22"/>
        </w:rPr>
        <w:t>B. Can thiệp quân sự vào mọi quốc gia</w:t>
      </w:r>
    </w:p>
    <w:p>
      <w:pPr>
        <w:pStyle w:val="ListParagraph"/>
      </w:pPr>
      <w:r>
        <w:rPr>
          <w:sz w:val="22"/>
        </w:rPr>
        <w:t>C. Chỉ giải quyết tranh chấp bằng vũ lực</w:t>
      </w:r>
    </w:p>
    <w:p>
      <w:pPr>
        <w:pStyle w:val="ListParagraph"/>
      </w:pPr>
      <w:r>
        <w:rPr>
          <w:sz w:val="22"/>
        </w:rPr>
        <w:t>D. Duy trì độc quyền vũ khí hạt nhân</w:t>
      </w:r>
    </w:p>
    <w:p/>
    <w:p>
      <w:r>
        <w:rPr>
          <w:b/>
          <w:sz w:val="24"/>
        </w:rPr>
        <w:t>Câu 8: Trụ sở của Liên hợp quốc đặt tại thành phố nào?</w:t>
      </w:r>
    </w:p>
    <w:p>
      <w:pPr>
        <w:pStyle w:val="ListParagraph"/>
      </w:pPr>
      <w:r>
        <w:rPr>
          <w:sz w:val="22"/>
        </w:rPr>
        <w:t>A. New York (Mỹ)</w:t>
      </w:r>
    </w:p>
    <w:p>
      <w:pPr>
        <w:pStyle w:val="ListParagraph"/>
      </w:pPr>
      <w:r>
        <w:rPr>
          <w:sz w:val="22"/>
        </w:rPr>
        <w:t>B. Geneva (Thụy Sĩ)</w:t>
      </w:r>
    </w:p>
    <w:p>
      <w:pPr>
        <w:pStyle w:val="ListParagraph"/>
      </w:pPr>
      <w:r>
        <w:rPr>
          <w:sz w:val="22"/>
        </w:rPr>
        <w:t>C. Paris (Pháp)</w:t>
      </w:r>
    </w:p>
    <w:p>
      <w:pPr>
        <w:pStyle w:val="ListParagraph"/>
      </w:pPr>
      <w:r>
        <w:rPr>
          <w:sz w:val="22"/>
        </w:rPr>
        <w:t>D. London (Anh)</w:t>
      </w:r>
    </w:p>
    <w:p/>
    <w:p>
      <w:r>
        <w:rPr>
          <w:b/>
          <w:sz w:val="24"/>
        </w:rPr>
        <w:t>Câu 9: Việc Việt Nam đảm nhận vai trò Ủy viên không thường trực Hội đồng Bảo an Liên hợp quốc nhiệm kỳ 2020 - 2021 thể hiện điều gì?</w:t>
      </w:r>
    </w:p>
    <w:p>
      <w:pPr>
        <w:pStyle w:val="ListParagraph"/>
      </w:pPr>
      <w:r>
        <w:rPr>
          <w:sz w:val="22"/>
        </w:rPr>
        <w:t>A. Vai trò và vị thế quốc tế ngày càng được nâng cao</w:t>
      </w:r>
    </w:p>
    <w:p>
      <w:pPr>
        <w:pStyle w:val="ListParagraph"/>
      </w:pPr>
      <w:r>
        <w:rPr>
          <w:sz w:val="22"/>
        </w:rPr>
        <w:t>B. Sự phụ thuộc vào các nước lớn</w:t>
      </w:r>
    </w:p>
    <w:p>
      <w:pPr>
        <w:pStyle w:val="ListParagraph"/>
      </w:pPr>
      <w:r>
        <w:rPr>
          <w:sz w:val="22"/>
        </w:rPr>
        <w:t>C. Tham gia vào các liên minh quân sự</w:t>
      </w:r>
    </w:p>
    <w:p>
      <w:pPr>
        <w:pStyle w:val="ListParagraph"/>
      </w:pPr>
      <w:r>
        <w:rPr>
          <w:sz w:val="22"/>
        </w:rPr>
        <w:t>D. Từ bỏ đường lối đối ngoại độc lập</w:t>
      </w:r>
    </w:p>
    <w:p/>
    <w:p>
      <w:r>
        <w:rPr>
          <w:b/>
          <w:sz w:val="24"/>
        </w:rPr>
        <w:t>Câu 10: Một trong những biện pháp của Liên hợp quốc nhằm duy trì hòa bình là gì?</w:t>
      </w:r>
    </w:p>
    <w:p>
      <w:pPr>
        <w:pStyle w:val="ListParagraph"/>
      </w:pPr>
      <w:r>
        <w:rPr>
          <w:sz w:val="22"/>
        </w:rPr>
        <w:t>A. Giải quyết các tranh chấp quốc tế bằng biện pháp hòa bình</w:t>
      </w:r>
    </w:p>
    <w:p>
      <w:pPr>
        <w:pStyle w:val="ListParagraph"/>
      </w:pPr>
      <w:r>
        <w:rPr>
          <w:sz w:val="22"/>
        </w:rPr>
        <w:t>B. Tiến hành chiến tranh xâm lược</w:t>
      </w:r>
    </w:p>
    <w:p>
      <w:pPr>
        <w:pStyle w:val="ListParagraph"/>
      </w:pPr>
      <w:r>
        <w:rPr>
          <w:sz w:val="22"/>
        </w:rPr>
        <w:t>C. Thành lập các khối quân sự đối đầu</w:t>
      </w:r>
    </w:p>
    <w:p>
      <w:pPr>
        <w:pStyle w:val="ListParagraph"/>
      </w:pPr>
      <w:r>
        <w:rPr>
          <w:sz w:val="22"/>
        </w:rPr>
        <w:t>D. Duy trì chạy đua vũ trang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