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20 bài trắc nghiệm về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Quá trình quang hợp ở thực vật diễn ra ở bào quan nào?</w:t>
      </w:r>
    </w:p>
    <w:p>
      <w:pPr>
        <w:pStyle w:val="ListParagraph"/>
      </w:pPr>
      <w:r>
        <w:rPr>
          <w:sz w:val="22"/>
        </w:rPr>
        <w:t>A. Ti thể</w:t>
      </w:r>
    </w:p>
    <w:p>
      <w:pPr>
        <w:pStyle w:val="ListParagraph"/>
      </w:pPr>
      <w:r>
        <w:rPr>
          <w:sz w:val="22"/>
        </w:rPr>
        <w:t>B. Lục lạp</w:t>
      </w:r>
    </w:p>
    <w:p>
      <w:pPr>
        <w:pStyle w:val="ListParagraph"/>
      </w:pPr>
      <w:r>
        <w:rPr>
          <w:sz w:val="22"/>
        </w:rPr>
        <w:t>C. Không bào</w:t>
      </w:r>
    </w:p>
    <w:p>
      <w:pPr>
        <w:pStyle w:val="ListParagraph"/>
      </w:pPr>
      <w:r>
        <w:rPr>
          <w:sz w:val="22"/>
        </w:rPr>
        <w:t>D. Nhân</w:t>
      </w:r>
    </w:p>
    <w:p/>
    <w:p>
      <w:r>
        <w:rPr>
          <w:b/>
          <w:sz w:val="24"/>
        </w:rPr>
        <w:t>Câu 2: Sắc tố nào sau đây tham gia trực tiếp vào chuyển hóa quang năng thành hóa năng?</w:t>
      </w:r>
    </w:p>
    <w:p>
      <w:pPr>
        <w:pStyle w:val="ListParagraph"/>
      </w:pPr>
      <w:r>
        <w:rPr>
          <w:sz w:val="22"/>
        </w:rPr>
        <w:t>A. Diệp lục a</w:t>
      </w:r>
    </w:p>
    <w:p>
      <w:pPr>
        <w:pStyle w:val="ListParagraph"/>
      </w:pPr>
      <w:r>
        <w:rPr>
          <w:sz w:val="22"/>
        </w:rPr>
        <w:t>B. Diệp lục b</w:t>
      </w:r>
    </w:p>
    <w:p>
      <w:pPr>
        <w:pStyle w:val="ListParagraph"/>
      </w:pPr>
      <w:r>
        <w:rPr>
          <w:sz w:val="22"/>
        </w:rPr>
        <w:t>C. Carotenoid</w:t>
      </w:r>
    </w:p>
    <w:p>
      <w:pPr>
        <w:pStyle w:val="ListParagraph"/>
      </w:pPr>
      <w:r>
        <w:rPr>
          <w:sz w:val="22"/>
        </w:rPr>
        <w:t>D. Xanthophyll</w:t>
      </w:r>
    </w:p>
    <w:p/>
    <w:p>
      <w:r>
        <w:rPr>
          <w:b/>
          <w:sz w:val="24"/>
        </w:rPr>
        <w:t>Câu 3: Pha sáng của quang hợp diễn ra ở đâu?</w:t>
      </w:r>
    </w:p>
    <w:p>
      <w:pPr>
        <w:pStyle w:val="ListParagraph"/>
      </w:pPr>
      <w:r>
        <w:rPr>
          <w:sz w:val="22"/>
        </w:rPr>
        <w:t>A. Chất nền lục lạp</w:t>
      </w:r>
    </w:p>
    <w:p>
      <w:pPr>
        <w:pStyle w:val="ListParagraph"/>
      </w:pPr>
      <w:r>
        <w:rPr>
          <w:sz w:val="22"/>
        </w:rPr>
        <w:t>B. Màng tilacoid</w:t>
      </w:r>
    </w:p>
    <w:p>
      <w:pPr>
        <w:pStyle w:val="ListParagraph"/>
      </w:pPr>
      <w:r>
        <w:rPr>
          <w:sz w:val="22"/>
        </w:rPr>
        <w:t>C. Tế bào chất</w:t>
      </w:r>
    </w:p>
    <w:p>
      <w:pPr>
        <w:pStyle w:val="ListParagraph"/>
      </w:pPr>
      <w:r>
        <w:rPr>
          <w:sz w:val="22"/>
        </w:rPr>
        <w:t>D. Ti thể</w:t>
      </w:r>
    </w:p>
    <w:p/>
    <w:p>
      <w:r>
        <w:rPr>
          <w:b/>
          <w:sz w:val="24"/>
        </w:rPr>
        <w:t>Câu 4: Sản phẩm của pha sáng được sử dụng trong pha tối là:</w:t>
      </w:r>
    </w:p>
    <w:p>
      <w:pPr>
        <w:pStyle w:val="ListParagraph"/>
      </w:pPr>
      <w:r>
        <w:rPr>
          <w:sz w:val="22"/>
        </w:rPr>
        <w:t>A. ATP và NADPH</w:t>
      </w:r>
    </w:p>
    <w:p>
      <w:pPr>
        <w:pStyle w:val="ListParagraph"/>
      </w:pPr>
      <w:r>
        <w:rPr>
          <w:sz w:val="22"/>
        </w:rPr>
        <w:t>B. ATP và NADH</w:t>
      </w:r>
    </w:p>
    <w:p>
      <w:pPr>
        <w:pStyle w:val="ListParagraph"/>
      </w:pPr>
      <w:r>
        <w:rPr>
          <w:sz w:val="22"/>
        </w:rPr>
        <w:t>C. NADPH và FADH2</w:t>
      </w:r>
    </w:p>
    <w:p>
      <w:pPr>
        <w:pStyle w:val="ListParagraph"/>
      </w:pPr>
      <w:r>
        <w:rPr>
          <w:sz w:val="22"/>
        </w:rPr>
        <w:t>D. ATP và glucose</w:t>
      </w:r>
    </w:p>
    <w:p/>
    <w:p>
      <w:r>
        <w:rPr>
          <w:b/>
          <w:sz w:val="24"/>
        </w:rPr>
        <w:t>Câu 5: Pha tối của quang hợp diễn ra ở đâu?</w:t>
      </w:r>
    </w:p>
    <w:p>
      <w:pPr>
        <w:pStyle w:val="ListParagraph"/>
      </w:pPr>
      <w:r>
        <w:rPr>
          <w:sz w:val="22"/>
        </w:rPr>
        <w:t>A. Màng tilacoid</w:t>
      </w:r>
    </w:p>
    <w:p>
      <w:pPr>
        <w:pStyle w:val="ListParagraph"/>
      </w:pPr>
      <w:r>
        <w:rPr>
          <w:sz w:val="22"/>
        </w:rPr>
        <w:t>B. Chất nền lục lạp</w:t>
      </w:r>
    </w:p>
    <w:p>
      <w:pPr>
        <w:pStyle w:val="ListParagraph"/>
      </w:pPr>
      <w:r>
        <w:rPr>
          <w:sz w:val="22"/>
        </w:rPr>
        <w:t>C. Tế bào chất</w:t>
      </w:r>
    </w:p>
    <w:p>
      <w:pPr>
        <w:pStyle w:val="ListParagraph"/>
      </w:pPr>
      <w:r>
        <w:rPr>
          <w:sz w:val="22"/>
        </w:rPr>
        <w:t>D. Nhân</w:t>
      </w:r>
    </w:p>
    <w:p/>
    <w:p>
      <w:r>
        <w:rPr>
          <w:b/>
          <w:sz w:val="24"/>
        </w:rPr>
        <w:t>Câu 6: Chu trình Calvin sử dụng chất nào sau đây để cố định CO2?</w:t>
      </w:r>
    </w:p>
    <w:p>
      <w:pPr>
        <w:pStyle w:val="ListParagraph"/>
      </w:pPr>
      <w:r>
        <w:rPr>
          <w:sz w:val="22"/>
        </w:rPr>
        <w:t>A. RiDP (ribulose-1,5-diphosphate)</w:t>
      </w:r>
    </w:p>
    <w:p>
      <w:pPr>
        <w:pStyle w:val="ListParagraph"/>
      </w:pPr>
      <w:r>
        <w:rPr>
          <w:sz w:val="22"/>
        </w:rPr>
        <w:t>B. PGA (axit photphoglyxeric)</w:t>
      </w:r>
    </w:p>
    <w:p>
      <w:pPr>
        <w:pStyle w:val="ListParagraph"/>
      </w:pPr>
      <w:r>
        <w:rPr>
          <w:sz w:val="22"/>
        </w:rPr>
        <w:t>C. PEP (photphoenolpyruvat)</w:t>
      </w:r>
    </w:p>
    <w:p>
      <w:pPr>
        <w:pStyle w:val="ListParagraph"/>
      </w:pPr>
      <w:r>
        <w:rPr>
          <w:sz w:val="22"/>
        </w:rPr>
        <w:t>D. OAA (oxaloaxetic)</w:t>
      </w:r>
    </w:p>
    <w:p/>
    <w:p>
      <w:r>
        <w:rPr>
          <w:b/>
          <w:sz w:val="24"/>
        </w:rPr>
        <w:t>Câu 7: Sản phẩm đầu tiên ổn định của chu trình Calvin là:</w:t>
      </w:r>
    </w:p>
    <w:p>
      <w:pPr>
        <w:pStyle w:val="ListParagraph"/>
      </w:pPr>
      <w:r>
        <w:rPr>
          <w:sz w:val="22"/>
        </w:rPr>
        <w:t>A. RiDP</w:t>
      </w:r>
    </w:p>
    <w:p>
      <w:pPr>
        <w:pStyle w:val="ListParagraph"/>
      </w:pPr>
      <w:r>
        <w:rPr>
          <w:sz w:val="22"/>
        </w:rPr>
        <w:t>B. PGA</w:t>
      </w:r>
    </w:p>
    <w:p>
      <w:pPr>
        <w:pStyle w:val="ListParagraph"/>
      </w:pPr>
      <w:r>
        <w:rPr>
          <w:sz w:val="22"/>
        </w:rPr>
        <w:t>C. Glucose</w:t>
      </w:r>
    </w:p>
    <w:p>
      <w:pPr>
        <w:pStyle w:val="ListParagraph"/>
      </w:pPr>
      <w:r>
        <w:rPr>
          <w:sz w:val="22"/>
        </w:rPr>
        <w:t>D. PEP</w:t>
      </w:r>
    </w:p>
    <w:p/>
    <w:p>
      <w:r>
        <w:rPr>
          <w:b/>
          <w:sz w:val="24"/>
        </w:rPr>
        <w:t>Câu 8: Ở thực vật C3, chất nhận CO2 đầu tiên là:</w:t>
      </w:r>
    </w:p>
    <w:p>
      <w:pPr>
        <w:pStyle w:val="ListParagraph"/>
      </w:pPr>
      <w:r>
        <w:rPr>
          <w:sz w:val="22"/>
        </w:rPr>
        <w:t>A. RiDP</w:t>
      </w:r>
    </w:p>
    <w:p>
      <w:pPr>
        <w:pStyle w:val="ListParagraph"/>
      </w:pPr>
      <w:r>
        <w:rPr>
          <w:sz w:val="22"/>
        </w:rPr>
        <w:t>B. PEP</w:t>
      </w:r>
    </w:p>
    <w:p>
      <w:pPr>
        <w:pStyle w:val="ListParagraph"/>
      </w:pPr>
      <w:r>
        <w:rPr>
          <w:sz w:val="22"/>
        </w:rPr>
        <w:t>C. OAA</w:t>
      </w:r>
    </w:p>
    <w:p>
      <w:pPr>
        <w:pStyle w:val="ListParagraph"/>
      </w:pPr>
      <w:r>
        <w:rPr>
          <w:sz w:val="22"/>
        </w:rPr>
        <w:t>D. PGA</w:t>
      </w:r>
    </w:p>
    <w:p/>
    <w:p>
      <w:r>
        <w:rPr>
          <w:b/>
          <w:sz w:val="24"/>
        </w:rPr>
        <w:t>Câu 9: Ở thực vật C4, chất nhận CO2 đầu tiên là:</w:t>
      </w:r>
    </w:p>
    <w:p>
      <w:pPr>
        <w:pStyle w:val="ListParagraph"/>
      </w:pPr>
      <w:r>
        <w:rPr>
          <w:sz w:val="22"/>
        </w:rPr>
        <w:t>A. RiDP</w:t>
      </w:r>
    </w:p>
    <w:p>
      <w:pPr>
        <w:pStyle w:val="ListParagraph"/>
      </w:pPr>
      <w:r>
        <w:rPr>
          <w:sz w:val="22"/>
        </w:rPr>
        <w:t>B. PEP</w:t>
      </w:r>
    </w:p>
    <w:p>
      <w:pPr>
        <w:pStyle w:val="ListParagraph"/>
      </w:pPr>
      <w:r>
        <w:rPr>
          <w:sz w:val="22"/>
        </w:rPr>
        <w:t>C. OAA</w:t>
      </w:r>
    </w:p>
    <w:p>
      <w:pPr>
        <w:pStyle w:val="ListParagraph"/>
      </w:pPr>
      <w:r>
        <w:rPr>
          <w:sz w:val="22"/>
        </w:rPr>
        <w:t>D. PGA</w:t>
      </w:r>
    </w:p>
    <w:p/>
    <w:p>
      <w:r>
        <w:rPr>
          <w:b/>
          <w:sz w:val="24"/>
        </w:rPr>
        <w:t>Câu 10: Sản phẩm đầu tiên của con đường C4 là:</w:t>
      </w:r>
    </w:p>
    <w:p>
      <w:pPr>
        <w:pStyle w:val="ListParagraph"/>
      </w:pPr>
      <w:r>
        <w:rPr>
          <w:sz w:val="22"/>
        </w:rPr>
        <w:t>A. PGA</w:t>
      </w:r>
    </w:p>
    <w:p>
      <w:pPr>
        <w:pStyle w:val="ListParagraph"/>
      </w:pPr>
      <w:r>
        <w:rPr>
          <w:sz w:val="22"/>
        </w:rPr>
        <w:t>B. OAA</w:t>
      </w:r>
    </w:p>
    <w:p>
      <w:pPr>
        <w:pStyle w:val="ListParagraph"/>
      </w:pPr>
      <w:r>
        <w:rPr>
          <w:sz w:val="22"/>
        </w:rPr>
        <w:t>C. RiDP</w:t>
      </w:r>
    </w:p>
    <w:p>
      <w:pPr>
        <w:pStyle w:val="ListParagraph"/>
      </w:pPr>
      <w:r>
        <w:rPr>
          <w:sz w:val="22"/>
        </w:rPr>
        <w:t>D. Glucose</w:t>
      </w:r>
    </w:p>
    <w:p/>
    <w:p>
      <w:r>
        <w:rPr>
          <w:b/>
          <w:sz w:val="24"/>
        </w:rPr>
        <w:t>Câu 11: Thực vật CAM thường sống ở môi trường nào?</w:t>
      </w:r>
    </w:p>
    <w:p>
      <w:pPr>
        <w:pStyle w:val="ListParagraph"/>
      </w:pPr>
      <w:r>
        <w:rPr>
          <w:sz w:val="22"/>
        </w:rPr>
        <w:t>A. Khô hạn</w:t>
      </w:r>
    </w:p>
    <w:p>
      <w:pPr>
        <w:pStyle w:val="ListParagraph"/>
      </w:pPr>
      <w:r>
        <w:rPr>
          <w:sz w:val="22"/>
        </w:rPr>
        <w:t>B. Ẩm ướt</w:t>
      </w:r>
    </w:p>
    <w:p>
      <w:pPr>
        <w:pStyle w:val="ListParagraph"/>
      </w:pPr>
      <w:r>
        <w:rPr>
          <w:sz w:val="22"/>
        </w:rPr>
        <w:t>C. Ôn đới</w:t>
      </w:r>
    </w:p>
    <w:p>
      <w:pPr>
        <w:pStyle w:val="ListParagraph"/>
      </w:pPr>
      <w:r>
        <w:rPr>
          <w:sz w:val="22"/>
        </w:rPr>
        <w:t>D. Dưới nước</w:t>
      </w:r>
    </w:p>
    <w:p/>
    <w:p>
      <w:r>
        <w:rPr>
          <w:b/>
          <w:sz w:val="24"/>
        </w:rPr>
        <w:t>Câu 12: Ở thực vật CAM, quá trình cố định CO2 diễn ra vào thời gian nào?</w:t>
      </w:r>
    </w:p>
    <w:p>
      <w:pPr>
        <w:pStyle w:val="ListParagraph"/>
      </w:pPr>
      <w:r>
        <w:rPr>
          <w:sz w:val="22"/>
        </w:rPr>
        <w:t>A. Ban ngày</w:t>
      </w:r>
    </w:p>
    <w:p>
      <w:pPr>
        <w:pStyle w:val="ListParagraph"/>
      </w:pPr>
      <w:r>
        <w:rPr>
          <w:sz w:val="22"/>
        </w:rPr>
        <w:t>B. Ban đêm</w:t>
      </w:r>
    </w:p>
    <w:p>
      <w:pPr>
        <w:pStyle w:val="ListParagraph"/>
      </w:pPr>
      <w:r>
        <w:rPr>
          <w:sz w:val="22"/>
        </w:rPr>
        <w:t>C. Cả ngày và đêm</w:t>
      </w:r>
    </w:p>
    <w:p>
      <w:pPr>
        <w:pStyle w:val="ListParagraph"/>
      </w:pPr>
      <w:r>
        <w:rPr>
          <w:sz w:val="22"/>
        </w:rPr>
        <w:t>D. Buổi sáng</w:t>
      </w:r>
    </w:p>
    <w:p/>
    <w:p>
      <w:r>
        <w:rPr>
          <w:b/>
          <w:sz w:val="24"/>
        </w:rPr>
        <w:t>Câu 13: Điểm bù CO2 là nồng độ CO2 mà tại đó:</w:t>
      </w:r>
    </w:p>
    <w:p>
      <w:pPr>
        <w:pStyle w:val="ListParagraph"/>
      </w:pPr>
      <w:r>
        <w:rPr>
          <w:sz w:val="22"/>
        </w:rPr>
        <w:t>A. Cường độ quang hợp bằng cường độ hô hấp</w:t>
      </w:r>
    </w:p>
    <w:p>
      <w:pPr>
        <w:pStyle w:val="ListParagraph"/>
      </w:pPr>
      <w:r>
        <w:rPr>
          <w:sz w:val="22"/>
        </w:rPr>
        <w:t>B. Cường độ quang hợp đạt cực đại</w:t>
      </w:r>
    </w:p>
    <w:p>
      <w:pPr>
        <w:pStyle w:val="ListParagraph"/>
      </w:pPr>
      <w:r>
        <w:rPr>
          <w:sz w:val="22"/>
        </w:rPr>
        <w:t>C. Cường độ hô hấp đạt cực đại</w:t>
      </w:r>
    </w:p>
    <w:p>
      <w:pPr>
        <w:pStyle w:val="ListParagraph"/>
      </w:pPr>
      <w:r>
        <w:rPr>
          <w:sz w:val="22"/>
        </w:rPr>
        <w:t>D. Cây ngừng quang hợp</w:t>
      </w:r>
    </w:p>
    <w:p/>
    <w:p>
      <w:r>
        <w:rPr>
          <w:b/>
          <w:sz w:val="24"/>
        </w:rPr>
        <w:t>Câu 14: Điểm bão hòa ánh sáng là cường độ ánh sáng mà tại đó:</w:t>
      </w:r>
    </w:p>
    <w:p>
      <w:pPr>
        <w:pStyle w:val="ListParagraph"/>
      </w:pPr>
      <w:r>
        <w:rPr>
          <w:sz w:val="22"/>
        </w:rPr>
        <w:t>A. Cường độ quang hợp đạt cực đại</w:t>
      </w:r>
    </w:p>
    <w:p>
      <w:pPr>
        <w:pStyle w:val="ListParagraph"/>
      </w:pPr>
      <w:r>
        <w:rPr>
          <w:sz w:val="22"/>
        </w:rPr>
        <w:t>B. Cường độ quang hợp bằng cường độ hô hấp</w:t>
      </w:r>
    </w:p>
    <w:p>
      <w:pPr>
        <w:pStyle w:val="ListParagraph"/>
      </w:pPr>
      <w:r>
        <w:rPr>
          <w:sz w:val="22"/>
        </w:rPr>
        <w:t>C. Cây bắt đầu quang hợp</w:t>
      </w:r>
    </w:p>
    <w:p>
      <w:pPr>
        <w:pStyle w:val="ListParagraph"/>
      </w:pPr>
      <w:r>
        <w:rPr>
          <w:sz w:val="22"/>
        </w:rPr>
        <w:t>D. Cây ngừng quang hợp</w:t>
      </w:r>
    </w:p>
    <w:p/>
    <w:p>
      <w:r>
        <w:rPr>
          <w:b/>
          <w:sz w:val="24"/>
        </w:rPr>
        <w:t>Câu 15: Yếu tố nào sau đây không ảnh hưởng đến cường độ quang hợp?</w:t>
      </w:r>
    </w:p>
    <w:p>
      <w:pPr>
        <w:pStyle w:val="ListParagraph"/>
      </w:pPr>
      <w:r>
        <w:rPr>
          <w:sz w:val="22"/>
        </w:rPr>
        <w:t>A. Ánh sáng</w:t>
      </w:r>
    </w:p>
    <w:p>
      <w:pPr>
        <w:pStyle w:val="ListParagraph"/>
      </w:pPr>
      <w:r>
        <w:rPr>
          <w:sz w:val="22"/>
        </w:rPr>
        <w:t>B. Nồng độ CO2</w:t>
      </w:r>
    </w:p>
    <w:p>
      <w:pPr>
        <w:pStyle w:val="ListParagraph"/>
      </w:pPr>
      <w:r>
        <w:rPr>
          <w:sz w:val="22"/>
        </w:rPr>
        <w:t>C. Nhiệt độ</w:t>
      </w:r>
    </w:p>
    <w:p>
      <w:pPr>
        <w:pStyle w:val="ListParagraph"/>
      </w:pPr>
      <w:r>
        <w:rPr>
          <w:sz w:val="22"/>
        </w:rPr>
        <w:t>D. Độ pH của đất</w:t>
      </w:r>
    </w:p>
    <w:p/>
    <w:p>
      <w:r>
        <w:rPr>
          <w:b/>
          <w:sz w:val="24"/>
        </w:rPr>
        <w:t>Câu 16: Nước có vai trò gì trong quang hợp?</w:t>
      </w:r>
    </w:p>
    <w:p>
      <w:pPr>
        <w:pStyle w:val="ListParagraph"/>
      </w:pPr>
      <w:r>
        <w:rPr>
          <w:sz w:val="22"/>
        </w:rPr>
        <w:t>A. Là nguyên liệu cho pha sáng</w:t>
      </w:r>
    </w:p>
    <w:p>
      <w:pPr>
        <w:pStyle w:val="ListParagraph"/>
      </w:pPr>
      <w:r>
        <w:rPr>
          <w:sz w:val="22"/>
        </w:rPr>
        <w:t>B. Là nguyên liệu cho pha tối</w:t>
      </w:r>
    </w:p>
    <w:p>
      <w:pPr>
        <w:pStyle w:val="ListParagraph"/>
      </w:pPr>
      <w:r>
        <w:rPr>
          <w:sz w:val="22"/>
        </w:rPr>
        <w:t>C. Là sản phẩm của pha sáng</w:t>
      </w:r>
    </w:p>
    <w:p>
      <w:pPr>
        <w:pStyle w:val="ListParagraph"/>
      </w:pPr>
      <w:r>
        <w:rPr>
          <w:sz w:val="22"/>
        </w:rPr>
        <w:t>D. Là sản phẩm của pha tối</w:t>
      </w:r>
    </w:p>
    <w:p/>
    <w:p>
      <w:r>
        <w:rPr>
          <w:b/>
          <w:sz w:val="24"/>
        </w:rPr>
        <w:t>Câu 17: Trong quang hợp, O2 được tạo ra từ quá trình nào?</w:t>
      </w:r>
    </w:p>
    <w:p>
      <w:pPr>
        <w:pStyle w:val="ListParagraph"/>
      </w:pPr>
      <w:r>
        <w:rPr>
          <w:sz w:val="22"/>
        </w:rPr>
        <w:t>A. Phân ly nước</w:t>
      </w:r>
    </w:p>
    <w:p>
      <w:pPr>
        <w:pStyle w:val="ListParagraph"/>
      </w:pPr>
      <w:r>
        <w:rPr>
          <w:sz w:val="22"/>
        </w:rPr>
        <w:t>B. Khử CO2</w:t>
      </w:r>
    </w:p>
    <w:p>
      <w:pPr>
        <w:pStyle w:val="ListParagraph"/>
      </w:pPr>
      <w:r>
        <w:rPr>
          <w:sz w:val="22"/>
        </w:rPr>
        <w:t>C. Oxy hóa glucose</w:t>
      </w:r>
    </w:p>
    <w:p>
      <w:pPr>
        <w:pStyle w:val="ListParagraph"/>
      </w:pPr>
      <w:r>
        <w:rPr>
          <w:sz w:val="22"/>
        </w:rPr>
        <w:t>D. Tổng hợp ATP</w:t>
      </w:r>
    </w:p>
    <w:p/>
    <w:p>
      <w:r>
        <w:rPr>
          <w:b/>
          <w:sz w:val="24"/>
        </w:rPr>
        <w:t>Câu 18: Hệ sắc tố quang hợp ở thực vật bao gồm:</w:t>
      </w:r>
    </w:p>
    <w:p>
      <w:pPr>
        <w:pStyle w:val="ListParagraph"/>
      </w:pPr>
      <w:r>
        <w:rPr>
          <w:sz w:val="22"/>
        </w:rPr>
        <w:t>A. Diệp lục a, diệp lục b, carotenoid</w:t>
      </w:r>
    </w:p>
    <w:p>
      <w:pPr>
        <w:pStyle w:val="ListParagraph"/>
      </w:pPr>
      <w:r>
        <w:rPr>
          <w:sz w:val="22"/>
        </w:rPr>
        <w:t>B. Diệp lục a, diệp lục b</w:t>
      </w:r>
    </w:p>
    <w:p>
      <w:pPr>
        <w:pStyle w:val="ListParagraph"/>
      </w:pPr>
      <w:r>
        <w:rPr>
          <w:sz w:val="22"/>
        </w:rPr>
        <w:t>C. Carotenoid và xanthophyll</w:t>
      </w:r>
    </w:p>
    <w:p>
      <w:pPr>
        <w:pStyle w:val="ListParagraph"/>
      </w:pPr>
      <w:r>
        <w:rPr>
          <w:sz w:val="22"/>
        </w:rPr>
        <w:t>D. Diệp lục a và carotenoid</w:t>
      </w:r>
    </w:p>
    <w:p/>
    <w:p>
      <w:r>
        <w:rPr>
          <w:b/>
          <w:sz w:val="24"/>
        </w:rPr>
        <w:t>Câu 19: Pha sáng của quang hợp cung cấp cho pha tối:</w:t>
      </w:r>
    </w:p>
    <w:p>
      <w:pPr>
        <w:pStyle w:val="ListParagraph"/>
      </w:pPr>
      <w:r>
        <w:rPr>
          <w:sz w:val="22"/>
        </w:rPr>
        <w:t>A. ATP và NADPH</w:t>
      </w:r>
    </w:p>
    <w:p>
      <w:pPr>
        <w:pStyle w:val="ListParagraph"/>
      </w:pPr>
      <w:r>
        <w:rPr>
          <w:sz w:val="22"/>
        </w:rPr>
        <w:t>B. ATP và NADH</w:t>
      </w:r>
    </w:p>
    <w:p>
      <w:pPr>
        <w:pStyle w:val="ListParagraph"/>
      </w:pPr>
      <w:r>
        <w:rPr>
          <w:sz w:val="22"/>
        </w:rPr>
        <w:t>C. NADPH và FADH2</w:t>
      </w:r>
    </w:p>
    <w:p>
      <w:pPr>
        <w:pStyle w:val="ListParagraph"/>
      </w:pPr>
      <w:r>
        <w:rPr>
          <w:sz w:val="22"/>
        </w:rPr>
        <w:t>D. ATP và glucose</w:t>
      </w:r>
    </w:p>
    <w:p/>
    <w:p>
      <w:r>
        <w:rPr>
          <w:b/>
          <w:sz w:val="24"/>
        </w:rPr>
        <w:t>Câu 20: Sản phẩm ổn định đầu tiên của chu trình Calvin khi cố định CO2 là:</w:t>
      </w:r>
    </w:p>
    <w:p>
      <w:pPr>
        <w:pStyle w:val="ListParagraph"/>
      </w:pPr>
      <w:r>
        <w:rPr>
          <w:sz w:val="22"/>
        </w:rPr>
        <w:t>A. Hợp chất 3C (PGA)</w:t>
      </w:r>
    </w:p>
    <w:p>
      <w:pPr>
        <w:pStyle w:val="ListParagraph"/>
      </w:pPr>
      <w:r>
        <w:rPr>
          <w:sz w:val="22"/>
        </w:rPr>
        <w:t>B. Hợp chất 4C (OAA)</w:t>
      </w:r>
    </w:p>
    <w:p>
      <w:pPr>
        <w:pStyle w:val="ListParagraph"/>
      </w:pPr>
      <w:r>
        <w:rPr>
          <w:sz w:val="22"/>
        </w:rPr>
        <w:t>C. Hợp chất 5C (RiDP)</w:t>
      </w:r>
    </w:p>
    <w:p>
      <w:pPr>
        <w:pStyle w:val="ListParagraph"/>
      </w:pPr>
      <w:r>
        <w:rPr>
          <w:sz w:val="22"/>
        </w:rPr>
        <w:t>D. Hợp chất 6C (glucose)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