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bài kiểm tra toán lớp 5 dơn giản</w:t>
      </w:r>
    </w:p>
    <w:p>
      <w:pPr>
        <w:jc w:val="center"/>
      </w:pPr>
      <w:r>
        <w:rPr>
          <w:sz w:val="22"/>
        </w:rPr>
        <w:t>Số câu: 7    Thời gian: _____ phút    Họ và tên: _________________________</w:t>
      </w:r>
    </w:p>
    <w:p/>
    <w:p>
      <w:r>
        <w:rPr>
          <w:b/>
          <w:sz w:val="24"/>
        </w:rPr>
        <w:t>Câu 1: Tính: $\frac{1}{2} + \frac{1}{4} = ?$</w:t>
      </w:r>
    </w:p>
    <w:p>
      <w:pPr>
        <w:pStyle w:val="ListParagraph"/>
      </w:pPr>
      <w:r>
        <w:rPr>
          <w:sz w:val="22"/>
        </w:rPr>
        <w:t>A. $\frac{1}{2}$</w:t>
      </w:r>
    </w:p>
    <w:p>
      <w:pPr>
        <w:pStyle w:val="ListParagraph"/>
      </w:pPr>
      <w:r>
        <w:rPr>
          <w:sz w:val="22"/>
        </w:rPr>
        <w:t>B. $\frac{2}{6}$</w:t>
      </w:r>
    </w:p>
    <w:p>
      <w:pPr>
        <w:pStyle w:val="ListParagraph"/>
      </w:pPr>
      <w:r>
        <w:rPr>
          <w:sz w:val="22"/>
        </w:rPr>
        <w:t>C. $\frac{3}{4}$</w:t>
      </w:r>
    </w:p>
    <w:p>
      <w:pPr>
        <w:pStyle w:val="ListParagraph"/>
      </w:pPr>
      <w:r>
        <w:rPr>
          <w:sz w:val="22"/>
        </w:rPr>
        <w:t>D. $\frac{1}{6}$</w:t>
      </w:r>
    </w:p>
    <w:p/>
    <w:p>
      <w:r>
        <w:rPr>
          <w:b/>
          <w:sz w:val="24"/>
        </w:rPr>
        <w:t>Câu 2: Số thập phân $0,25$ bằng phân số nào?</w:t>
      </w:r>
    </w:p>
    <w:p>
      <w:pPr>
        <w:pStyle w:val="ListParagraph"/>
      </w:pPr>
      <w:r>
        <w:rPr>
          <w:sz w:val="22"/>
        </w:rPr>
        <w:t>A. $\frac{1}{2}$</w:t>
      </w:r>
    </w:p>
    <w:p>
      <w:pPr>
        <w:pStyle w:val="ListParagraph"/>
      </w:pPr>
      <w:r>
        <w:rPr>
          <w:sz w:val="22"/>
        </w:rPr>
        <w:t>B. $\frac{1}{4}$</w:t>
      </w:r>
    </w:p>
    <w:p>
      <w:pPr>
        <w:pStyle w:val="ListParagraph"/>
      </w:pPr>
      <w:r>
        <w:rPr>
          <w:sz w:val="22"/>
        </w:rPr>
        <w:t>C. $\frac{2}{5}$</w:t>
      </w:r>
    </w:p>
    <w:p>
      <w:pPr>
        <w:pStyle w:val="ListParagraph"/>
      </w:pPr>
      <w:r>
        <w:rPr>
          <w:sz w:val="22"/>
        </w:rPr>
        <w:t>D. $\frac{1}{5}$</w:t>
      </w:r>
    </w:p>
    <w:p/>
    <w:p>
      <w:r>
        <w:rPr>
          <w:b/>
          <w:sz w:val="24"/>
        </w:rPr>
        <w:t>Câu 3: Diện tích hình chữ nhật có chiều dài $8\text{cm}$, chiều rộng $5\text{cm}$ là:</w:t>
      </w:r>
    </w:p>
    <w:p>
      <w:pPr>
        <w:pStyle w:val="ListParagraph"/>
      </w:pPr>
      <w:r>
        <w:rPr>
          <w:sz w:val="22"/>
        </w:rPr>
        <w:t>A. $13\text{cm}^2$</w:t>
      </w:r>
    </w:p>
    <w:p>
      <w:pPr>
        <w:pStyle w:val="ListParagraph"/>
      </w:pPr>
      <w:r>
        <w:rPr>
          <w:sz w:val="22"/>
        </w:rPr>
        <w:t>B. $40\text{cm}^2$</w:t>
      </w:r>
    </w:p>
    <w:p>
      <w:pPr>
        <w:pStyle w:val="ListParagraph"/>
      </w:pPr>
      <w:r>
        <w:rPr>
          <w:sz w:val="22"/>
        </w:rPr>
        <w:t>C. $26\text{cm}^2$</w:t>
      </w:r>
    </w:p>
    <w:p>
      <w:pPr>
        <w:pStyle w:val="ListParagraph"/>
      </w:pPr>
      <w:r>
        <w:rPr>
          <w:sz w:val="22"/>
        </w:rPr>
        <w:t>D. $80\text{cm}^2$</w:t>
      </w:r>
    </w:p>
    <w:p/>
    <w:p>
      <w:r>
        <w:rPr>
          <w:b/>
          <w:sz w:val="24"/>
        </w:rPr>
        <w:t>Câu 4: Chu vi hình vuông có cạnh $6\text{cm}$ là:</w:t>
      </w:r>
    </w:p>
    <w:p>
      <w:pPr>
        <w:pStyle w:val="ListParagraph"/>
      </w:pPr>
      <w:r>
        <w:rPr>
          <w:sz w:val="22"/>
        </w:rPr>
        <w:t>A. $12\text{cm}$</w:t>
      </w:r>
    </w:p>
    <w:p>
      <w:pPr>
        <w:pStyle w:val="ListParagraph"/>
      </w:pPr>
      <w:r>
        <w:rPr>
          <w:sz w:val="22"/>
        </w:rPr>
        <w:t>B. $24\text{cm}$</w:t>
      </w:r>
    </w:p>
    <w:p>
      <w:pPr>
        <w:pStyle w:val="ListParagraph"/>
      </w:pPr>
      <w:r>
        <w:rPr>
          <w:sz w:val="22"/>
        </w:rPr>
        <w:t>C. $36\text{cm}$</w:t>
      </w:r>
    </w:p>
    <w:p>
      <w:pPr>
        <w:pStyle w:val="ListParagraph"/>
      </w:pPr>
      <w:r>
        <w:rPr>
          <w:sz w:val="22"/>
        </w:rPr>
        <w:t>D. $18\text{cm}$</w:t>
      </w:r>
    </w:p>
    <w:p/>
    <w:p>
      <w:r>
        <w:rPr>
          <w:b/>
          <w:sz w:val="24"/>
        </w:rPr>
        <w:t>Câu 5: Tìm $x$, biết: $x + 3,5 = 7,2$</w:t>
      </w:r>
    </w:p>
    <w:p>
      <w:pPr>
        <w:pStyle w:val="ListParagraph"/>
      </w:pPr>
      <w:r>
        <w:rPr>
          <w:sz w:val="22"/>
        </w:rPr>
        <w:t>A. $x = 3,7$</w:t>
      </w:r>
    </w:p>
    <w:p>
      <w:pPr>
        <w:pStyle w:val="ListParagraph"/>
      </w:pPr>
      <w:r>
        <w:rPr>
          <w:sz w:val="22"/>
        </w:rPr>
        <w:t>B. $x = 4,7$</w:t>
      </w:r>
    </w:p>
    <w:p>
      <w:pPr>
        <w:pStyle w:val="ListParagraph"/>
      </w:pPr>
      <w:r>
        <w:rPr>
          <w:sz w:val="22"/>
        </w:rPr>
        <w:t>C. $x = 10,7$</w:t>
      </w:r>
    </w:p>
    <w:p>
      <w:pPr>
        <w:pStyle w:val="ListParagraph"/>
      </w:pPr>
      <w:r>
        <w:rPr>
          <w:sz w:val="22"/>
        </w:rPr>
        <w:t>D. $x = 3,5$</w:t>
      </w:r>
    </w:p>
    <w:p/>
    <w:p>
      <w:r>
        <w:rPr>
          <w:b/>
          <w:sz w:val="24"/>
        </w:rPr>
        <w:t>Câu 6: $25\%$ của $80$ là:</w:t>
      </w:r>
    </w:p>
    <w:p>
      <w:pPr>
        <w:pStyle w:val="ListParagraph"/>
      </w:pPr>
      <w:r>
        <w:rPr>
          <w:sz w:val="22"/>
        </w:rPr>
        <w:t>A. $20$</w:t>
      </w:r>
    </w:p>
    <w:p>
      <w:pPr>
        <w:pStyle w:val="ListParagraph"/>
      </w:pPr>
      <w:r>
        <w:rPr>
          <w:sz w:val="22"/>
        </w:rPr>
        <w:t>B. $25$</w:t>
      </w:r>
    </w:p>
    <w:p>
      <w:pPr>
        <w:pStyle w:val="ListParagraph"/>
      </w:pPr>
      <w:r>
        <w:rPr>
          <w:sz w:val="22"/>
        </w:rPr>
        <w:t>C. $30$</w:t>
      </w:r>
    </w:p>
    <w:p>
      <w:pPr>
        <w:pStyle w:val="ListParagraph"/>
      </w:pPr>
      <w:r>
        <w:rPr>
          <w:sz w:val="22"/>
        </w:rPr>
        <w:t>D. $40$</w:t>
      </w:r>
    </w:p>
    <w:p/>
    <w:p>
      <w:r>
        <w:rPr>
          <w:b/>
          <w:sz w:val="24"/>
        </w:rPr>
        <w:t>Câu 7: Tính: $2,5 \times 4 = ?$</w:t>
      </w:r>
    </w:p>
    <w:p>
      <w:pPr>
        <w:pStyle w:val="ListParagraph"/>
      </w:pPr>
      <w:r>
        <w:rPr>
          <w:sz w:val="22"/>
        </w:rPr>
        <w:t>A. $8$</w:t>
      </w:r>
    </w:p>
    <w:p>
      <w:pPr>
        <w:pStyle w:val="ListParagraph"/>
      </w:pPr>
      <w:r>
        <w:rPr>
          <w:sz w:val="22"/>
        </w:rPr>
        <w:t>B. $10$</w:t>
      </w:r>
    </w:p>
    <w:p>
      <w:pPr>
        <w:pStyle w:val="ListParagraph"/>
      </w:pPr>
      <w:r>
        <w:rPr>
          <w:sz w:val="22"/>
        </w:rPr>
        <w:t>C. $12$</w:t>
      </w:r>
    </w:p>
    <w:p>
      <w:pPr>
        <w:pStyle w:val="ListParagraph"/>
      </w:pPr>
      <w:r>
        <w:rPr>
          <w:sz w:val="22"/>
        </w:rPr>
        <w:t>D. $6,5$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