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15p môn kinh tế pháp luật lớp 12 bài 1 bài 2 sách kết nối tri thức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Thủ đô của Việt Nam là gì?</w:t>
      </w:r>
    </w:p>
    <w:p>
      <w:pPr>
        <w:pStyle w:val="ListParagraph"/>
      </w:pPr>
      <w:r>
        <w:rPr>
          <w:sz w:val="22"/>
        </w:rPr>
        <w:t>A. Hà Nội</w:t>
      </w:r>
    </w:p>
    <w:p>
      <w:pPr>
        <w:pStyle w:val="ListParagraph"/>
      </w:pPr>
      <w:r>
        <w:rPr>
          <w:sz w:val="22"/>
        </w:rPr>
        <w:t>B. Hồ Chí Minh</w:t>
      </w:r>
    </w:p>
    <w:p>
      <w:pPr>
        <w:pStyle w:val="ListParagraph"/>
      </w:pPr>
      <w:r>
        <w:rPr>
          <w:sz w:val="22"/>
        </w:rPr>
        <w:t>C. Đà Nẵng</w:t>
      </w:r>
    </w:p>
    <w:p>
      <w:pPr>
        <w:pStyle w:val="ListParagraph"/>
      </w:pPr>
      <w:r>
        <w:rPr>
          <w:sz w:val="22"/>
        </w:rPr>
        <w:t>D. Huế</w:t>
      </w:r>
    </w:p>
    <w:p/>
    <w:p>
      <w:r>
        <w:rPr>
          <w:b/>
          <w:sz w:val="24"/>
        </w:rPr>
        <w:t>Câu 2: Hành tinh nào lớn nhất trong hệ Mặt Trời?</w:t>
      </w:r>
    </w:p>
    <w:p>
      <w:pPr>
        <w:pStyle w:val="ListParagraph"/>
      </w:pPr>
      <w:r>
        <w:rPr>
          <w:sz w:val="22"/>
        </w:rPr>
        <w:t>A. Trái Đất</w:t>
      </w:r>
    </w:p>
    <w:p>
      <w:pPr>
        <w:pStyle w:val="ListParagraph"/>
      </w:pPr>
      <w:r>
        <w:rPr>
          <w:sz w:val="22"/>
        </w:rPr>
        <w:t>B. Sao Hỏa</w:t>
      </w:r>
    </w:p>
    <w:p>
      <w:pPr>
        <w:pStyle w:val="ListParagraph"/>
      </w:pPr>
      <w:r>
        <w:rPr>
          <w:sz w:val="22"/>
        </w:rPr>
        <w:t>C. Sao Mộc</w:t>
      </w:r>
    </w:p>
    <w:p>
      <w:pPr>
        <w:pStyle w:val="ListParagraph"/>
      </w:pPr>
      <w:r>
        <w:rPr>
          <w:sz w:val="22"/>
        </w:rPr>
        <w:t>D. Sao Thổ</w:t>
      </w:r>
    </w:p>
    <w:p/>
    <w:p>
      <w:r>
        <w:rPr>
          <w:b/>
          <w:sz w:val="24"/>
        </w:rPr>
        <w:t>Câu 3: Ai là tác giả của 'Truyện Kiều'?</w:t>
      </w:r>
    </w:p>
    <w:p>
      <w:pPr>
        <w:pStyle w:val="ListParagraph"/>
      </w:pPr>
      <w:r>
        <w:rPr>
          <w:sz w:val="22"/>
        </w:rPr>
        <w:t>A. Nguyễn Du</w:t>
      </w:r>
    </w:p>
    <w:p>
      <w:pPr>
        <w:pStyle w:val="ListParagraph"/>
      </w:pPr>
      <w:r>
        <w:rPr>
          <w:sz w:val="22"/>
        </w:rPr>
        <w:t>B. Nguyễn Trãi</w:t>
      </w:r>
    </w:p>
    <w:p>
      <w:pPr>
        <w:pStyle w:val="ListParagraph"/>
      </w:pPr>
      <w:r>
        <w:rPr>
          <w:sz w:val="22"/>
        </w:rPr>
        <w:t>C. Hồ Xuân Hương</w:t>
      </w:r>
    </w:p>
    <w:p>
      <w:pPr>
        <w:pStyle w:val="ListParagraph"/>
      </w:pPr>
      <w:r>
        <w:rPr>
          <w:sz w:val="22"/>
        </w:rPr>
        <w:t>D. Xuân Diệu</w:t>
      </w:r>
    </w:p>
    <w:p/>
    <w:p>
      <w:r>
        <w:rPr>
          <w:b/>
          <w:sz w:val="24"/>
        </w:rPr>
        <w:t>Câu 4: Nguyên tố hóa học nào có ký hiệu là O?</w:t>
      </w:r>
    </w:p>
    <w:p>
      <w:pPr>
        <w:pStyle w:val="ListParagraph"/>
      </w:pPr>
      <w:r>
        <w:rPr>
          <w:sz w:val="22"/>
        </w:rPr>
        <w:t>A. Vàng</w:t>
      </w:r>
    </w:p>
    <w:p>
      <w:pPr>
        <w:pStyle w:val="ListParagraph"/>
      </w:pPr>
      <w:r>
        <w:rPr>
          <w:sz w:val="22"/>
        </w:rPr>
        <w:t>B. Oxy</w:t>
      </w:r>
    </w:p>
    <w:p>
      <w:pPr>
        <w:pStyle w:val="ListParagraph"/>
      </w:pPr>
      <w:r>
        <w:rPr>
          <w:sz w:val="22"/>
        </w:rPr>
        <w:t>C. Osmium</w:t>
      </w:r>
    </w:p>
    <w:p>
      <w:pPr>
        <w:pStyle w:val="ListParagraph"/>
      </w:pPr>
      <w:r>
        <w:rPr>
          <w:sz w:val="22"/>
        </w:rPr>
        <w:t>D. Hydro</w:t>
      </w:r>
    </w:p>
    <w:p/>
    <w:p>
      <w:r>
        <w:rPr>
          <w:b/>
          <w:sz w:val="24"/>
        </w:rPr>
        <w:t>Câu 5: Quốc gia nào có diện tích lớn nhất thế giới?</w:t>
      </w:r>
    </w:p>
    <w:p>
      <w:pPr>
        <w:pStyle w:val="ListParagraph"/>
      </w:pPr>
      <w:r>
        <w:rPr>
          <w:sz w:val="22"/>
        </w:rPr>
        <w:t>A. Trung Quốc</w:t>
      </w:r>
    </w:p>
    <w:p>
      <w:pPr>
        <w:pStyle w:val="ListParagraph"/>
      </w:pPr>
      <w:r>
        <w:rPr>
          <w:sz w:val="22"/>
        </w:rPr>
        <w:t>B. Mỹ</w:t>
      </w:r>
    </w:p>
    <w:p>
      <w:pPr>
        <w:pStyle w:val="ListParagraph"/>
      </w:pPr>
      <w:r>
        <w:rPr>
          <w:sz w:val="22"/>
        </w:rPr>
        <w:t>C. Nga</w:t>
      </w:r>
    </w:p>
    <w:p>
      <w:pPr>
        <w:pStyle w:val="ListParagraph"/>
      </w:pPr>
      <w:r>
        <w:rPr>
          <w:sz w:val="22"/>
        </w:rPr>
        <w:t>D. Canada</w:t>
      </w:r>
    </w:p>
    <w:p/>
    <w:p>
      <w:r>
        <w:rPr>
          <w:b/>
          <w:sz w:val="24"/>
        </w:rPr>
        <w:t>Câu 6: Số nguyên tố nhỏ nhất là?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7: Đại dương nào lớn nhất trên Trái Đất?</w:t>
      </w:r>
    </w:p>
    <w:p>
      <w:pPr>
        <w:pStyle w:val="ListParagraph"/>
      </w:pPr>
      <w:r>
        <w:rPr>
          <w:sz w:val="22"/>
        </w:rPr>
        <w:t>A. Đại Tây Dương</w:t>
      </w:r>
    </w:p>
    <w:p>
      <w:pPr>
        <w:pStyle w:val="ListParagraph"/>
      </w:pPr>
      <w:r>
        <w:rPr>
          <w:sz w:val="22"/>
        </w:rPr>
        <w:t>B. Ấn Độ Dương</w:t>
      </w:r>
    </w:p>
    <w:p>
      <w:pPr>
        <w:pStyle w:val="ListParagraph"/>
      </w:pPr>
      <w:r>
        <w:rPr>
          <w:sz w:val="22"/>
        </w:rPr>
        <w:t>C. Bắc Băng Dương</w:t>
      </w:r>
    </w:p>
    <w:p>
      <w:pPr>
        <w:pStyle w:val="ListParagraph"/>
      </w:pPr>
      <w:r>
        <w:rPr>
          <w:sz w:val="22"/>
        </w:rPr>
        <w:t>D. Thái Bình Dương</w:t>
      </w:r>
    </w:p>
    <w:p/>
    <w:p>
      <w:r>
        <w:rPr>
          <w:b/>
          <w:sz w:val="24"/>
        </w:rPr>
        <w:t>Câu 8: Ai đã phát minh ra bóng đèn điện?</w:t>
      </w:r>
    </w:p>
    <w:p>
      <w:pPr>
        <w:pStyle w:val="ListParagraph"/>
      </w:pPr>
      <w:r>
        <w:rPr>
          <w:sz w:val="22"/>
        </w:rPr>
        <w:t>A. Thomas Edison</w:t>
      </w:r>
    </w:p>
    <w:p>
      <w:pPr>
        <w:pStyle w:val="ListParagraph"/>
      </w:pPr>
      <w:r>
        <w:rPr>
          <w:sz w:val="22"/>
        </w:rPr>
        <w:t>B. Nikola Tesla</w:t>
      </w:r>
    </w:p>
    <w:p>
      <w:pPr>
        <w:pStyle w:val="ListParagraph"/>
      </w:pPr>
      <w:r>
        <w:rPr>
          <w:sz w:val="22"/>
        </w:rPr>
        <w:t>C. Alexander Graham Bell</w:t>
      </w:r>
    </w:p>
    <w:p>
      <w:pPr>
        <w:pStyle w:val="ListParagraph"/>
      </w:pPr>
      <w:r>
        <w:rPr>
          <w:sz w:val="22"/>
        </w:rPr>
        <w:t>D. Albert Einstein</w:t>
      </w:r>
    </w:p>
    <w:p/>
    <w:p>
      <w:r>
        <w:rPr>
          <w:b/>
          <w:sz w:val="24"/>
        </w:rPr>
        <w:t>Câu 9: Trong toán học, giá trị của π (pi) xấp xỉ bằng?</w:t>
      </w:r>
    </w:p>
    <w:p>
      <w:pPr>
        <w:pStyle w:val="ListParagraph"/>
      </w:pPr>
      <w:r>
        <w:rPr>
          <w:sz w:val="22"/>
        </w:rPr>
        <w:t>A. 2.14</w:t>
      </w:r>
    </w:p>
    <w:p>
      <w:pPr>
        <w:pStyle w:val="ListParagraph"/>
      </w:pPr>
      <w:r>
        <w:rPr>
          <w:sz w:val="22"/>
        </w:rPr>
        <w:t>B. 3.14</w:t>
      </w:r>
    </w:p>
    <w:p>
      <w:pPr>
        <w:pStyle w:val="ListParagraph"/>
      </w:pPr>
      <w:r>
        <w:rPr>
          <w:sz w:val="22"/>
        </w:rPr>
        <w:t>C. 4.14</w:t>
      </w:r>
    </w:p>
    <w:p>
      <w:pPr>
        <w:pStyle w:val="ListParagraph"/>
      </w:pPr>
      <w:r>
        <w:rPr>
          <w:sz w:val="22"/>
        </w:rPr>
        <w:t>D. 5.14</w:t>
      </w:r>
    </w:p>
    <w:p/>
    <w:p>
      <w:r>
        <w:rPr>
          <w:b/>
          <w:sz w:val="24"/>
        </w:rPr>
        <w:t>Câu 10: Loài động vật nào được mệnh danh là 'chúa sơn lâm'?</w:t>
      </w:r>
    </w:p>
    <w:p>
      <w:pPr>
        <w:pStyle w:val="ListParagraph"/>
      </w:pPr>
      <w:r>
        <w:rPr>
          <w:sz w:val="22"/>
        </w:rPr>
        <w:t>A. Sư tử</w:t>
      </w:r>
    </w:p>
    <w:p>
      <w:pPr>
        <w:pStyle w:val="ListParagraph"/>
      </w:pPr>
      <w:r>
        <w:rPr>
          <w:sz w:val="22"/>
        </w:rPr>
        <w:t>B. Hổ</w:t>
      </w:r>
    </w:p>
    <w:p>
      <w:pPr>
        <w:pStyle w:val="ListParagraph"/>
      </w:pPr>
      <w:r>
        <w:rPr>
          <w:sz w:val="22"/>
        </w:rPr>
        <w:t>C. Báo</w:t>
      </w:r>
    </w:p>
    <w:p>
      <w:pPr>
        <w:pStyle w:val="ListParagraph"/>
      </w:pPr>
      <w:r>
        <w:rPr>
          <w:sz w:val="22"/>
        </w:rPr>
        <w:t>D. Gấu</w:t>
      </w:r>
    </w:p>
    <w:p/>
    <w:p>
      <w:r>
        <w:rPr>
          <w:b/>
          <w:sz w:val="24"/>
        </w:rPr>
        <w:t>Câu 11: Ngôn ngữ lập trình nào được đặt theo tên một loài rắn?</w:t>
      </w:r>
    </w:p>
    <w:p>
      <w:pPr>
        <w:pStyle w:val="ListParagraph"/>
      </w:pPr>
      <w:r>
        <w:rPr>
          <w:sz w:val="22"/>
        </w:rPr>
        <w:t>A. Java</w:t>
      </w:r>
    </w:p>
    <w:p>
      <w:pPr>
        <w:pStyle w:val="ListParagraph"/>
      </w:pPr>
      <w:r>
        <w:rPr>
          <w:sz w:val="22"/>
        </w:rPr>
        <w:t>B. Python</w:t>
      </w:r>
    </w:p>
    <w:p>
      <w:pPr>
        <w:pStyle w:val="ListParagraph"/>
      </w:pPr>
      <w:r>
        <w:rPr>
          <w:sz w:val="22"/>
        </w:rPr>
        <w:t>C. C++</w:t>
      </w:r>
    </w:p>
    <w:p>
      <w:pPr>
        <w:pStyle w:val="ListParagraph"/>
      </w:pPr>
      <w:r>
        <w:rPr>
          <w:sz w:val="22"/>
        </w:rPr>
        <w:t>D. Ruby</w:t>
      </w:r>
    </w:p>
    <w:p/>
    <w:p>
      <w:r>
        <w:rPr>
          <w:b/>
          <w:sz w:val="24"/>
        </w:rPr>
        <w:t>Câu 12: Hành tinh nào được gọi là 'Hành tinh Đỏ'?</w:t>
      </w:r>
    </w:p>
    <w:p>
      <w:pPr>
        <w:pStyle w:val="ListParagraph"/>
      </w:pPr>
      <w:r>
        <w:rPr>
          <w:sz w:val="22"/>
        </w:rPr>
        <w:t>A. Sao Kim</w:t>
      </w:r>
    </w:p>
    <w:p>
      <w:pPr>
        <w:pStyle w:val="ListParagraph"/>
      </w:pPr>
      <w:r>
        <w:rPr>
          <w:sz w:val="22"/>
        </w:rPr>
        <w:t>B. Sao Hỏa</w:t>
      </w:r>
    </w:p>
    <w:p>
      <w:pPr>
        <w:pStyle w:val="ListParagraph"/>
      </w:pPr>
      <w:r>
        <w:rPr>
          <w:sz w:val="22"/>
        </w:rPr>
        <w:t>C. Sao Mộc</w:t>
      </w:r>
    </w:p>
    <w:p>
      <w:pPr>
        <w:pStyle w:val="ListParagraph"/>
      </w:pPr>
      <w:r>
        <w:rPr>
          <w:sz w:val="22"/>
        </w:rPr>
        <w:t>D. Sao Thủy</w:t>
      </w:r>
    </w:p>
    <w:p/>
    <w:p>
      <w:r>
        <w:rPr>
          <w:b/>
          <w:sz w:val="24"/>
        </w:rPr>
        <w:t>Câu 13: Tác phẩm 'Romeo và Juliet' của tác giả nào?</w:t>
      </w:r>
    </w:p>
    <w:p>
      <w:pPr>
        <w:pStyle w:val="ListParagraph"/>
      </w:pPr>
      <w:r>
        <w:rPr>
          <w:sz w:val="22"/>
        </w:rPr>
        <w:t>A. William Shakespeare</w:t>
      </w:r>
    </w:p>
    <w:p>
      <w:pPr>
        <w:pStyle w:val="ListParagraph"/>
      </w:pPr>
      <w:r>
        <w:rPr>
          <w:sz w:val="22"/>
        </w:rPr>
        <w:t>B. Charles Dickens</w:t>
      </w:r>
    </w:p>
    <w:p>
      <w:pPr>
        <w:pStyle w:val="ListParagraph"/>
      </w:pPr>
      <w:r>
        <w:rPr>
          <w:sz w:val="22"/>
        </w:rPr>
        <w:t>C. Mark Twain</w:t>
      </w:r>
    </w:p>
    <w:p>
      <w:pPr>
        <w:pStyle w:val="ListParagraph"/>
      </w:pPr>
      <w:r>
        <w:rPr>
          <w:sz w:val="22"/>
        </w:rPr>
        <w:t>D. Jane Austen</w:t>
      </w:r>
    </w:p>
    <w:p/>
    <w:p>
      <w:r>
        <w:rPr>
          <w:b/>
          <w:sz w:val="24"/>
        </w:rPr>
        <w:t>Câu 14: Đơn vị đo cường độ dòng điện là gì?</w:t>
      </w:r>
    </w:p>
    <w:p>
      <w:pPr>
        <w:pStyle w:val="ListParagraph"/>
      </w:pPr>
      <w:r>
        <w:rPr>
          <w:sz w:val="22"/>
        </w:rPr>
        <w:t>A. Vôn (V)</w:t>
      </w:r>
    </w:p>
    <w:p>
      <w:pPr>
        <w:pStyle w:val="ListParagraph"/>
      </w:pPr>
      <w:r>
        <w:rPr>
          <w:sz w:val="22"/>
        </w:rPr>
        <w:t>B. Ampe (A)</w:t>
      </w:r>
    </w:p>
    <w:p>
      <w:pPr>
        <w:pStyle w:val="ListParagraph"/>
      </w:pPr>
      <w:r>
        <w:rPr>
          <w:sz w:val="22"/>
        </w:rPr>
        <w:t>C. Oát (W)</w:t>
      </w:r>
    </w:p>
    <w:p>
      <w:pPr>
        <w:pStyle w:val="ListParagraph"/>
      </w:pPr>
      <w:r>
        <w:rPr>
          <w:sz w:val="22"/>
        </w:rPr>
        <w:t>D. Ôm (Ω)</w:t>
      </w:r>
    </w:p>
    <w:p/>
    <w:p>
      <w:r>
        <w:rPr>
          <w:b/>
          <w:sz w:val="24"/>
        </w:rPr>
        <w:t>Câu 15: Quốc gia nào có dân số đông nhất thế giới tính đến năm 2023?</w:t>
      </w:r>
    </w:p>
    <w:p>
      <w:pPr>
        <w:pStyle w:val="ListParagraph"/>
      </w:pPr>
      <w:r>
        <w:rPr>
          <w:sz w:val="22"/>
        </w:rPr>
        <w:t>A. Trung Quốc</w:t>
      </w:r>
    </w:p>
    <w:p>
      <w:pPr>
        <w:pStyle w:val="ListParagraph"/>
      </w:pPr>
      <w:r>
        <w:rPr>
          <w:sz w:val="22"/>
        </w:rPr>
        <w:t>B. Ấn Độ</w:t>
      </w:r>
    </w:p>
    <w:p>
      <w:pPr>
        <w:pStyle w:val="ListParagraph"/>
      </w:pPr>
      <w:r>
        <w:rPr>
          <w:sz w:val="22"/>
        </w:rPr>
        <w:t>C. Mỹ</w:t>
      </w:r>
    </w:p>
    <w:p>
      <w:pPr>
        <w:pStyle w:val="ListParagraph"/>
      </w:pPr>
      <w:r>
        <w:rPr>
          <w:sz w:val="22"/>
        </w:rPr>
        <w:t>D. Indonesia</w:t>
      </w:r>
    </w:p>
    <w:p/>
    <w:p>
      <w:r>
        <w:rPr>
          <w:b/>
          <w:sz w:val="24"/>
        </w:rPr>
        <w:t>Câu 16: Trong âm nhạc, nốt nào có tần số 440 Hz?</w:t>
      </w:r>
    </w:p>
    <w:p>
      <w:pPr>
        <w:pStyle w:val="ListParagraph"/>
      </w:pPr>
      <w:r>
        <w:rPr>
          <w:sz w:val="22"/>
        </w:rPr>
        <w:t>A. Nốt La (A)</w:t>
      </w:r>
    </w:p>
    <w:p>
      <w:pPr>
        <w:pStyle w:val="ListParagraph"/>
      </w:pPr>
      <w:r>
        <w:rPr>
          <w:sz w:val="22"/>
        </w:rPr>
        <w:t>B. Nốt Đô (C)</w:t>
      </w:r>
    </w:p>
    <w:p>
      <w:pPr>
        <w:pStyle w:val="ListParagraph"/>
      </w:pPr>
      <w:r>
        <w:rPr>
          <w:sz w:val="22"/>
        </w:rPr>
        <w:t>C. Nốt Rê (D)</w:t>
      </w:r>
    </w:p>
    <w:p>
      <w:pPr>
        <w:pStyle w:val="ListParagraph"/>
      </w:pPr>
      <w:r>
        <w:rPr>
          <w:sz w:val="22"/>
        </w:rPr>
        <w:t>D. Nốt Mi (E)</w:t>
      </w:r>
    </w:p>
    <w:p/>
    <w:p>
      <w:r>
        <w:rPr>
          <w:b/>
          <w:sz w:val="24"/>
        </w:rPr>
        <w:t>Câu 17: Công thức hóa học của nước là gì?</w:t>
      </w:r>
    </w:p>
    <w:p>
      <w:pPr>
        <w:pStyle w:val="ListParagraph"/>
      </w:pPr>
      <w:r>
        <w:rPr>
          <w:sz w:val="22"/>
        </w:rPr>
        <w:t>A. CO2</w:t>
      </w:r>
    </w:p>
    <w:p>
      <w:pPr>
        <w:pStyle w:val="ListParagraph"/>
      </w:pPr>
      <w:r>
        <w:rPr>
          <w:sz w:val="22"/>
        </w:rPr>
        <w:t>B. H2O</w:t>
      </w:r>
    </w:p>
    <w:p>
      <w:pPr>
        <w:pStyle w:val="ListParagraph"/>
      </w:pPr>
      <w:r>
        <w:rPr>
          <w:sz w:val="22"/>
        </w:rPr>
        <w:t>C. O2</w:t>
      </w:r>
    </w:p>
    <w:p>
      <w:pPr>
        <w:pStyle w:val="ListParagraph"/>
      </w:pPr>
      <w:r>
        <w:rPr>
          <w:sz w:val="22"/>
        </w:rPr>
        <w:t>D. NaCl</w:t>
      </w:r>
    </w:p>
    <w:p/>
    <w:p>
      <w:r>
        <w:rPr>
          <w:b/>
          <w:sz w:val="24"/>
        </w:rPr>
        <w:t>Câu 18: Ai là người đầu tiên đặt chân lên Mặt Trăng?</w:t>
      </w:r>
    </w:p>
    <w:p>
      <w:pPr>
        <w:pStyle w:val="ListParagraph"/>
      </w:pPr>
      <w:r>
        <w:rPr>
          <w:sz w:val="22"/>
        </w:rPr>
        <w:t>A. Yuri Gagarin</w:t>
      </w:r>
    </w:p>
    <w:p>
      <w:pPr>
        <w:pStyle w:val="ListParagraph"/>
      </w:pPr>
      <w:r>
        <w:rPr>
          <w:sz w:val="22"/>
        </w:rPr>
        <w:t>B. Neil Armstrong</w:t>
      </w:r>
    </w:p>
    <w:p>
      <w:pPr>
        <w:pStyle w:val="ListParagraph"/>
      </w:pPr>
      <w:r>
        <w:rPr>
          <w:sz w:val="22"/>
        </w:rPr>
        <w:t>C. Buzz Aldrin</w:t>
      </w:r>
    </w:p>
    <w:p>
      <w:pPr>
        <w:pStyle w:val="ListParagraph"/>
      </w:pPr>
      <w:r>
        <w:rPr>
          <w:sz w:val="22"/>
        </w:rPr>
        <w:t>D. John Glenn</w:t>
      </w:r>
    </w:p>
    <w:p/>
    <w:p>
      <w:r>
        <w:rPr>
          <w:b/>
          <w:sz w:val="24"/>
        </w:rPr>
        <w:t>Câu 19: Trong HTML, thẻ nào được dùng để tạo liên kết?</w:t>
      </w:r>
    </w:p>
    <w:p>
      <w:pPr>
        <w:pStyle w:val="ListParagraph"/>
      </w:pPr>
      <w:r>
        <w:rPr>
          <w:sz w:val="22"/>
        </w:rPr>
        <w:t>A. &lt;a&gt;</w:t>
      </w:r>
    </w:p>
    <w:p>
      <w:pPr>
        <w:pStyle w:val="ListParagraph"/>
      </w:pPr>
      <w:r>
        <w:rPr>
          <w:sz w:val="22"/>
        </w:rPr>
        <w:t>B. &lt;link&gt;</w:t>
      </w:r>
    </w:p>
    <w:p>
      <w:pPr>
        <w:pStyle w:val="ListParagraph"/>
      </w:pPr>
      <w:r>
        <w:rPr>
          <w:sz w:val="22"/>
        </w:rPr>
        <w:t>C. &lt;href&gt;</w:t>
      </w:r>
    </w:p>
    <w:p>
      <w:pPr>
        <w:pStyle w:val="ListParagraph"/>
      </w:pPr>
      <w:r>
        <w:rPr>
          <w:sz w:val="22"/>
        </w:rPr>
        <w:t>D. &lt;url&gt;</w:t>
      </w:r>
    </w:p>
    <w:p/>
    <w:p>
      <w:r>
        <w:rPr>
          <w:b/>
          <w:sz w:val="24"/>
        </w:rPr>
        <w:t>Câu 20: Số La Mã nào biểu thị số 50?</w:t>
      </w:r>
    </w:p>
    <w:p>
      <w:pPr>
        <w:pStyle w:val="ListParagraph"/>
      </w:pPr>
      <w:r>
        <w:rPr>
          <w:sz w:val="22"/>
        </w:rPr>
        <w:t>A. X</w:t>
      </w:r>
    </w:p>
    <w:p>
      <w:pPr>
        <w:pStyle w:val="ListParagraph"/>
      </w:pPr>
      <w:r>
        <w:rPr>
          <w:sz w:val="22"/>
        </w:rPr>
        <w:t>B. L</w:t>
      </w:r>
    </w:p>
    <w:p>
      <w:pPr>
        <w:pStyle w:val="ListParagraph"/>
      </w:pPr>
      <w:r>
        <w:rPr>
          <w:sz w:val="22"/>
        </w:rPr>
        <w:t>C. C</w:t>
      </w:r>
    </w:p>
    <w:p>
      <w:pPr>
        <w:pStyle w:val="ListParagraph"/>
      </w:pPr>
      <w:r>
        <w:rPr>
          <w:sz w:val="22"/>
        </w:rPr>
        <w:t>D. D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