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cnxhkh</w:t>
      </w:r>
    </w:p>
    <w:p>
      <w:pPr>
        <w:jc w:val="center"/>
      </w:pPr>
      <w:r>
        <w:rPr>
          <w:sz w:val="22"/>
        </w:rPr>
        <w:t>Số câu: 4    Thời gian: _____ phút    Họ và tên: _________________________</w:t>
      </w:r>
    </w:p>
    <w:p/>
    <w:p>
      <w:r>
        <w:rPr>
          <w:b/>
          <w:sz w:val="24"/>
        </w:rPr>
        <w:t>Câu 1: Tiền đề tư tưởng trực tiếp cho sự hình thành chủ nghĩa xã hội khoa học là gì?</w:t>
      </w:r>
    </w:p>
    <w:p>
      <w:pPr>
        <w:pStyle w:val="ListParagraph"/>
      </w:pPr>
      <w:r>
        <w:rPr>
          <w:sz w:val="22"/>
        </w:rPr>
        <w:t>A. Triết học cổ điển Đức</w:t>
      </w:r>
    </w:p>
    <w:p>
      <w:pPr>
        <w:pStyle w:val="ListParagraph"/>
      </w:pPr>
      <w:r>
        <w:rPr>
          <w:sz w:val="22"/>
        </w:rPr>
        <w:t>B. Kinh tế chính trị cổ điển Anh</w:t>
      </w:r>
    </w:p>
    <w:p>
      <w:pPr>
        <w:pStyle w:val="ListParagraph"/>
      </w:pPr>
      <w:r>
        <w:rPr>
          <w:sz w:val="22"/>
        </w:rPr>
        <w:t>C. Chủ nghĩa xã hội không tưởng Pháp</w:t>
      </w:r>
    </w:p>
    <w:p>
      <w:pPr>
        <w:pStyle w:val="ListParagraph"/>
      </w:pPr>
      <w:r>
        <w:rPr>
          <w:sz w:val="22"/>
        </w:rPr>
        <w:t>D. Học thuyết tiến hóa</w:t>
      </w:r>
    </w:p>
    <w:p/>
    <w:p>
      <w:r>
        <w:rPr>
          <w:b/>
          <w:sz w:val="24"/>
        </w:rPr>
        <w:t>Câu 2: Theo quan điểm của chủ nghĩa Mác - Lênin, giai cấp công nhân là giai cấp đại diện cho lực lượng sản xuất nào?</w:t>
      </w:r>
    </w:p>
    <w:p>
      <w:pPr>
        <w:pStyle w:val="ListParagraph"/>
      </w:pPr>
      <w:r>
        <w:rPr>
          <w:sz w:val="22"/>
        </w:rPr>
        <w:t>A. Lực lượng sản xuất tiên tiến</w:t>
      </w:r>
    </w:p>
    <w:p>
      <w:pPr>
        <w:pStyle w:val="ListParagraph"/>
      </w:pPr>
      <w:r>
        <w:rPr>
          <w:sz w:val="22"/>
        </w:rPr>
        <w:t>B. Lực lượng sản xuất lạc hậu</w:t>
      </w:r>
    </w:p>
    <w:p>
      <w:pPr>
        <w:pStyle w:val="ListParagraph"/>
      </w:pPr>
      <w:r>
        <w:rPr>
          <w:sz w:val="22"/>
        </w:rPr>
        <w:t>C. Lực lượng sản xuất thủ công</w:t>
      </w:r>
    </w:p>
    <w:p>
      <w:pPr>
        <w:pStyle w:val="ListParagraph"/>
      </w:pPr>
      <w:r>
        <w:rPr>
          <w:sz w:val="22"/>
        </w:rPr>
        <w:t>D. Lực lượng sản xuất nông nghiệp</w:t>
      </w:r>
    </w:p>
    <w:p/>
    <w:p>
      <w:r>
        <w:rPr>
          <w:b/>
          <w:sz w:val="24"/>
        </w:rPr>
        <w:t>Câu 3: Theo C.Mác và Ph.Ăng-ghen, hình thái kinh tế - xã hội cộng sản chủ nghĩa phát triển qua mấy giai đoạn?</w:t>
      </w:r>
    </w:p>
    <w:p>
      <w:pPr>
        <w:pStyle w:val="ListParagraph"/>
      </w:pPr>
      <w:r>
        <w:rPr>
          <w:sz w:val="22"/>
        </w:rPr>
        <w:t>A. Một giai đoạn</w:t>
      </w:r>
    </w:p>
    <w:p>
      <w:pPr>
        <w:pStyle w:val="ListParagraph"/>
      </w:pPr>
      <w:r>
        <w:rPr>
          <w:sz w:val="22"/>
        </w:rPr>
        <w:t>B. Hai giai đoạn</w:t>
      </w:r>
    </w:p>
    <w:p>
      <w:pPr>
        <w:pStyle w:val="ListParagraph"/>
      </w:pPr>
      <w:r>
        <w:rPr>
          <w:sz w:val="22"/>
        </w:rPr>
        <w:t>C. Ba giai đoạn</w:t>
      </w:r>
    </w:p>
    <w:p>
      <w:pPr>
        <w:pStyle w:val="ListParagraph"/>
      </w:pPr>
      <w:r>
        <w:rPr>
          <w:sz w:val="22"/>
        </w:rPr>
        <w:t>D. Bốn giai đoạn</w:t>
      </w:r>
    </w:p>
    <w:p/>
    <w:p>
      <w:r>
        <w:rPr>
          <w:b/>
          <w:sz w:val="24"/>
        </w:rPr>
        <w:t>Câu 4: Nhà nước xã hội chủ nghĩa mang bản chất của giai cấp nào?</w:t>
      </w:r>
    </w:p>
    <w:p>
      <w:pPr>
        <w:pStyle w:val="ListParagraph"/>
      </w:pPr>
      <w:r>
        <w:rPr>
          <w:sz w:val="22"/>
        </w:rPr>
        <w:t>A. Giai cấp tư sản</w:t>
      </w:r>
    </w:p>
    <w:p>
      <w:pPr>
        <w:pStyle w:val="ListParagraph"/>
      </w:pPr>
      <w:r>
        <w:rPr>
          <w:sz w:val="22"/>
        </w:rPr>
        <w:t>B. Giai cấp công nhân</w:t>
      </w:r>
    </w:p>
    <w:p>
      <w:pPr>
        <w:pStyle w:val="ListParagraph"/>
      </w:pPr>
      <w:r>
        <w:rPr>
          <w:sz w:val="22"/>
        </w:rPr>
        <w:t>C. Giai cấp nông dân</w:t>
      </w:r>
    </w:p>
    <w:p>
      <w:pPr>
        <w:pStyle w:val="ListParagraph"/>
      </w:pPr>
      <w:r>
        <w:rPr>
          <w:sz w:val="22"/>
        </w:rPr>
        <w:t>D. Tầng lớp trí thức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