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unit 1 Tiếng Anh 10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Đề 1 - Câu 1: We share the ______ in our family. I cook and my sister does the washing-up.</w:t>
      </w:r>
    </w:p>
    <w:p>
      <w:pPr>
        <w:pStyle w:val="ListParagraph"/>
      </w:pPr>
      <w:r>
        <w:rPr>
          <w:sz w:val="22"/>
        </w:rPr>
        <w:t>A. household chores</w:t>
      </w:r>
    </w:p>
    <w:p>
      <w:pPr>
        <w:pStyle w:val="ListParagraph"/>
      </w:pPr>
      <w:r>
        <w:rPr>
          <w:sz w:val="22"/>
        </w:rPr>
        <w:t>B. family rules</w:t>
      </w:r>
    </w:p>
    <w:p>
      <w:pPr>
        <w:pStyle w:val="ListParagraph"/>
      </w:pPr>
      <w:r>
        <w:rPr>
          <w:sz w:val="22"/>
        </w:rPr>
        <w:t>C. generation gap</w:t>
      </w:r>
    </w:p>
    <w:p>
      <w:pPr>
        <w:pStyle w:val="ListParagraph"/>
      </w:pPr>
      <w:r>
        <w:rPr>
          <w:sz w:val="22"/>
        </w:rPr>
        <w:t>D. quality time</w:t>
      </w:r>
    </w:p>
    <w:p/>
    <w:p>
      <w:r>
        <w:rPr>
          <w:b/>
          <w:sz w:val="24"/>
        </w:rPr>
        <w:t>Câu 2: Đề 1 - Câu 2: My father is the ______ in my family; he earns money to support us.</w:t>
      </w:r>
    </w:p>
    <w:p>
      <w:pPr>
        <w:pStyle w:val="ListParagraph"/>
      </w:pPr>
      <w:r>
        <w:rPr>
          <w:sz w:val="22"/>
        </w:rPr>
        <w:t>A. homemaker</w:t>
      </w:r>
    </w:p>
    <w:p>
      <w:pPr>
        <w:pStyle w:val="ListParagraph"/>
      </w:pPr>
      <w:r>
        <w:rPr>
          <w:sz w:val="22"/>
        </w:rPr>
        <w:t>B. breadwinner</w:t>
      </w:r>
    </w:p>
    <w:p>
      <w:pPr>
        <w:pStyle w:val="ListParagraph"/>
      </w:pPr>
      <w:r>
        <w:rPr>
          <w:sz w:val="22"/>
        </w:rPr>
        <w:t>C. ancestor</w:t>
      </w:r>
    </w:p>
    <w:p>
      <w:pPr>
        <w:pStyle w:val="ListParagraph"/>
      </w:pPr>
      <w:r>
        <w:rPr>
          <w:sz w:val="22"/>
        </w:rPr>
        <w:t>D. relative</w:t>
      </w:r>
    </w:p>
    <w:p/>
    <w:p>
      <w:r>
        <w:rPr>
          <w:b/>
          <w:sz w:val="24"/>
        </w:rPr>
        <w:t>Câu 3: Đề 1 - Câu 3: A family consisting of parents and their children is called a ______ family.</w:t>
      </w:r>
    </w:p>
    <w:p>
      <w:pPr>
        <w:pStyle w:val="ListParagraph"/>
      </w:pPr>
      <w:r>
        <w:rPr>
          <w:sz w:val="22"/>
        </w:rPr>
        <w:t>A. nuclear</w:t>
      </w:r>
    </w:p>
    <w:p>
      <w:pPr>
        <w:pStyle w:val="ListParagraph"/>
      </w:pPr>
      <w:r>
        <w:rPr>
          <w:sz w:val="22"/>
        </w:rPr>
        <w:t>B. extended</w:t>
      </w:r>
    </w:p>
    <w:p>
      <w:pPr>
        <w:pStyle w:val="ListParagraph"/>
      </w:pPr>
      <w:r>
        <w:rPr>
          <w:sz w:val="22"/>
        </w:rPr>
        <w:t>C. single-parent</w:t>
      </w:r>
    </w:p>
    <w:p>
      <w:pPr>
        <w:pStyle w:val="ListParagraph"/>
      </w:pPr>
      <w:r>
        <w:rPr>
          <w:sz w:val="22"/>
        </w:rPr>
        <w:t>D. blended</w:t>
      </w:r>
    </w:p>
    <w:p/>
    <w:p>
      <w:r>
        <w:rPr>
          <w:b/>
          <w:sz w:val="24"/>
        </w:rPr>
        <w:t>Câu 4: Đề 1 - Câu 4: A family with grandparents, parents, and children living together is a(n) ______ family.</w:t>
      </w:r>
    </w:p>
    <w:p>
      <w:pPr>
        <w:pStyle w:val="ListParagraph"/>
      </w:pPr>
      <w:r>
        <w:rPr>
          <w:sz w:val="22"/>
        </w:rPr>
        <w:t>A. nuclear</w:t>
      </w:r>
    </w:p>
    <w:p>
      <w:pPr>
        <w:pStyle w:val="ListParagraph"/>
      </w:pPr>
      <w:r>
        <w:rPr>
          <w:sz w:val="22"/>
        </w:rPr>
        <w:t>B. extended</w:t>
      </w:r>
    </w:p>
    <w:p>
      <w:pPr>
        <w:pStyle w:val="ListParagraph"/>
      </w:pPr>
      <w:r>
        <w:rPr>
          <w:sz w:val="22"/>
        </w:rPr>
        <w:t>C. small</w:t>
      </w:r>
    </w:p>
    <w:p>
      <w:pPr>
        <w:pStyle w:val="ListParagraph"/>
      </w:pPr>
      <w:r>
        <w:rPr>
          <w:sz w:val="22"/>
        </w:rPr>
        <w:t>D. modern</w:t>
      </w:r>
    </w:p>
    <w:p/>
    <w:p>
      <w:r>
        <w:rPr>
          <w:b/>
          <w:sz w:val="24"/>
        </w:rPr>
        <w:t>Câu 5: Đề 1 - Câu 5: Women often ______ the burden of housework in many families.</w:t>
      </w:r>
    </w:p>
    <w:p>
      <w:pPr>
        <w:pStyle w:val="ListParagraph"/>
      </w:pPr>
      <w:r>
        <w:rPr>
          <w:sz w:val="22"/>
        </w:rPr>
        <w:t>A. bear</w:t>
      </w:r>
    </w:p>
    <w:p>
      <w:pPr>
        <w:pStyle w:val="ListParagraph"/>
      </w:pPr>
      <w:r>
        <w:rPr>
          <w:sz w:val="22"/>
        </w:rPr>
        <w:t>B. make</w:t>
      </w:r>
    </w:p>
    <w:p>
      <w:pPr>
        <w:pStyle w:val="ListParagraph"/>
      </w:pPr>
      <w:r>
        <w:rPr>
          <w:sz w:val="22"/>
        </w:rPr>
        <w:t>C. do</w:t>
      </w:r>
    </w:p>
    <w:p>
      <w:pPr>
        <w:pStyle w:val="ListParagraph"/>
      </w:pPr>
      <w:r>
        <w:rPr>
          <w:sz w:val="22"/>
        </w:rPr>
        <w:t>D. take</w:t>
      </w:r>
    </w:p>
    <w:p/>
    <w:p>
      <w:r>
        <w:rPr>
          <w:b/>
          <w:sz w:val="24"/>
        </w:rPr>
        <w:t>Câu 6: Đề 1 - Câu 6: To avoid ______, family members should talk and listen to each other.</w:t>
      </w:r>
    </w:p>
    <w:p>
      <w:pPr>
        <w:pStyle w:val="ListParagraph"/>
      </w:pPr>
      <w:r>
        <w:rPr>
          <w:sz w:val="22"/>
        </w:rPr>
        <w:t>A. conflict</w:t>
      </w:r>
    </w:p>
    <w:p>
      <w:pPr>
        <w:pStyle w:val="ListParagraph"/>
      </w:pPr>
      <w:r>
        <w:rPr>
          <w:sz w:val="22"/>
        </w:rPr>
        <w:t>B. bond</w:t>
      </w:r>
    </w:p>
    <w:p>
      <w:pPr>
        <w:pStyle w:val="ListParagraph"/>
      </w:pPr>
      <w:r>
        <w:rPr>
          <w:sz w:val="22"/>
        </w:rPr>
        <w:t>C. respect</w:t>
      </w:r>
    </w:p>
    <w:p>
      <w:pPr>
        <w:pStyle w:val="ListParagraph"/>
      </w:pPr>
      <w:r>
        <w:rPr>
          <w:sz w:val="22"/>
        </w:rPr>
        <w:t>D. support</w:t>
      </w:r>
    </w:p>
    <w:p/>
    <w:p>
      <w:r>
        <w:rPr>
          <w:b/>
          <w:sz w:val="24"/>
        </w:rPr>
        <w:t>Câu 7: Đề 1 - Câu 7: We should ______ quality time together as a family.</w:t>
      </w:r>
    </w:p>
    <w:p>
      <w:pPr>
        <w:pStyle w:val="ListParagraph"/>
      </w:pPr>
      <w:r>
        <w:rPr>
          <w:sz w:val="22"/>
        </w:rPr>
        <w:t>A. spend</w:t>
      </w:r>
    </w:p>
    <w:p>
      <w:pPr>
        <w:pStyle w:val="ListParagraph"/>
      </w:pPr>
      <w:r>
        <w:rPr>
          <w:sz w:val="22"/>
        </w:rPr>
        <w:t>B. do</w:t>
      </w:r>
    </w:p>
    <w:p>
      <w:pPr>
        <w:pStyle w:val="ListParagraph"/>
      </w:pPr>
      <w:r>
        <w:rPr>
          <w:sz w:val="22"/>
        </w:rPr>
        <w:t>C. make</w:t>
      </w:r>
    </w:p>
    <w:p>
      <w:pPr>
        <w:pStyle w:val="ListParagraph"/>
      </w:pPr>
      <w:r>
        <w:rPr>
          <w:sz w:val="22"/>
        </w:rPr>
        <w:t>D. take</w:t>
      </w:r>
    </w:p>
    <w:p/>
    <w:p>
      <w:r>
        <w:rPr>
          <w:b/>
          <w:sz w:val="24"/>
        </w:rPr>
        <w:t>Câu 8: Đề 1 - Câu 8: My mother is a ______; she stays at home and takes care of the family.</w:t>
      </w:r>
    </w:p>
    <w:p>
      <w:pPr>
        <w:pStyle w:val="ListParagraph"/>
      </w:pPr>
      <w:r>
        <w:rPr>
          <w:sz w:val="22"/>
        </w:rPr>
        <w:t>A. breadwinner</w:t>
      </w:r>
    </w:p>
    <w:p>
      <w:pPr>
        <w:pStyle w:val="ListParagraph"/>
      </w:pPr>
      <w:r>
        <w:rPr>
          <w:sz w:val="22"/>
        </w:rPr>
        <w:t>B. homemaker</w:t>
      </w:r>
    </w:p>
    <w:p>
      <w:pPr>
        <w:pStyle w:val="ListParagraph"/>
      </w:pPr>
      <w:r>
        <w:rPr>
          <w:sz w:val="22"/>
        </w:rPr>
        <w:t>C. worker</w:t>
      </w:r>
    </w:p>
    <w:p>
      <w:pPr>
        <w:pStyle w:val="ListParagraph"/>
      </w:pPr>
      <w:r>
        <w:rPr>
          <w:sz w:val="22"/>
        </w:rPr>
        <w:t>D. farmer</w:t>
      </w:r>
    </w:p>
    <w:p/>
    <w:p>
      <w:r>
        <w:rPr>
          <w:b/>
          <w:sz w:val="24"/>
        </w:rPr>
        <w:t>Câu 9: Đề 1 - Câu 9: Children should ______ their parents and elderly members in the family.</w:t>
      </w:r>
    </w:p>
    <w:p>
      <w:pPr>
        <w:pStyle w:val="ListParagraph"/>
      </w:pPr>
      <w:r>
        <w:rPr>
          <w:sz w:val="22"/>
        </w:rPr>
        <w:t>A. respect</w:t>
      </w:r>
    </w:p>
    <w:p>
      <w:pPr>
        <w:pStyle w:val="ListParagraph"/>
      </w:pPr>
      <w:r>
        <w:rPr>
          <w:sz w:val="22"/>
        </w:rPr>
        <w:t>B. disrespect</w:t>
      </w:r>
    </w:p>
    <w:p>
      <w:pPr>
        <w:pStyle w:val="ListParagraph"/>
      </w:pPr>
      <w:r>
        <w:rPr>
          <w:sz w:val="22"/>
        </w:rPr>
        <w:t>C. ignore</w:t>
      </w:r>
    </w:p>
    <w:p>
      <w:pPr>
        <w:pStyle w:val="ListParagraph"/>
      </w:pPr>
      <w:r>
        <w:rPr>
          <w:sz w:val="22"/>
        </w:rPr>
        <w:t>D. argue</w:t>
      </w:r>
    </w:p>
    <w:p/>
    <w:p>
      <w:r>
        <w:rPr>
          <w:b/>
          <w:sz w:val="24"/>
        </w:rPr>
        <w:t>Câu 10: Đề 1 - Câu 10: Doing chores together helps to ______ family bonds.</w:t>
      </w:r>
    </w:p>
    <w:p>
      <w:pPr>
        <w:pStyle w:val="ListParagraph"/>
      </w:pPr>
      <w:r>
        <w:rPr>
          <w:sz w:val="22"/>
        </w:rPr>
        <w:t>A. strengthen</w:t>
      </w:r>
    </w:p>
    <w:p>
      <w:pPr>
        <w:pStyle w:val="ListParagraph"/>
      </w:pPr>
      <w:r>
        <w:rPr>
          <w:sz w:val="22"/>
        </w:rPr>
        <w:t>B. weaken</w:t>
      </w:r>
    </w:p>
    <w:p>
      <w:pPr>
        <w:pStyle w:val="ListParagraph"/>
      </w:pPr>
      <w:r>
        <w:rPr>
          <w:sz w:val="22"/>
        </w:rPr>
        <w:t>C. break</w:t>
      </w:r>
    </w:p>
    <w:p>
      <w:pPr>
        <w:pStyle w:val="ListParagraph"/>
      </w:pPr>
      <w:r>
        <w:rPr>
          <w:sz w:val="22"/>
        </w:rPr>
        <w:t>D. lose</w:t>
      </w:r>
    </w:p>
    <w:p/>
    <w:p>
      <w:r>
        <w:rPr>
          <w:b/>
          <w:sz w:val="24"/>
        </w:rPr>
        <w:t>Câu 11: Đề 2 - Câu 1: My brother often helps my mother do the ______ at the weekend.</w:t>
      </w:r>
    </w:p>
    <w:p>
      <w:pPr>
        <w:pStyle w:val="ListParagraph"/>
      </w:pPr>
      <w:r>
        <w:rPr>
          <w:sz w:val="22"/>
        </w:rPr>
        <w:t>A. laundry</w:t>
      </w:r>
    </w:p>
    <w:p>
      <w:pPr>
        <w:pStyle w:val="ListParagraph"/>
      </w:pPr>
      <w:r>
        <w:rPr>
          <w:sz w:val="22"/>
        </w:rPr>
        <w:t>B. cooking</w:t>
      </w:r>
    </w:p>
    <w:p>
      <w:pPr>
        <w:pStyle w:val="ListParagraph"/>
      </w:pPr>
      <w:r>
        <w:rPr>
          <w:sz w:val="22"/>
        </w:rPr>
        <w:t>C. shopping</w:t>
      </w:r>
    </w:p>
    <w:p>
      <w:pPr>
        <w:pStyle w:val="ListParagraph"/>
      </w:pPr>
      <w:r>
        <w:rPr>
          <w:sz w:val="22"/>
        </w:rPr>
        <w:t>D. homework</w:t>
      </w:r>
    </w:p>
    <w:p/>
    <w:p>
      <w:r>
        <w:rPr>
          <w:b/>
          <w:sz w:val="24"/>
        </w:rPr>
        <w:t>Câu 12: Đề 2 - Câu 2: We take out the ______ every evening to keep the house clean.</w:t>
      </w:r>
    </w:p>
    <w:p>
      <w:pPr>
        <w:pStyle w:val="ListParagraph"/>
      </w:pPr>
      <w:r>
        <w:rPr>
          <w:sz w:val="22"/>
        </w:rPr>
        <w:t>A. rubbish</w:t>
      </w:r>
    </w:p>
    <w:p>
      <w:pPr>
        <w:pStyle w:val="ListParagraph"/>
      </w:pPr>
      <w:r>
        <w:rPr>
          <w:sz w:val="22"/>
        </w:rPr>
        <w:t>B. dishes</w:t>
      </w:r>
    </w:p>
    <w:p>
      <w:pPr>
        <w:pStyle w:val="ListParagraph"/>
      </w:pPr>
      <w:r>
        <w:rPr>
          <w:sz w:val="22"/>
        </w:rPr>
        <w:t>C. plants</w:t>
      </w:r>
    </w:p>
    <w:p>
      <w:pPr>
        <w:pStyle w:val="ListParagraph"/>
      </w:pPr>
      <w:r>
        <w:rPr>
          <w:sz w:val="22"/>
        </w:rPr>
        <w:t>D. pets</w:t>
      </w:r>
    </w:p>
    <w:p/>
    <w:p>
      <w:r>
        <w:rPr>
          <w:b/>
          <w:sz w:val="24"/>
        </w:rPr>
        <w:t>Câu 13: Đề 2 - Câu 3: In many cultures, the father is often the ______ of the family.</w:t>
      </w:r>
    </w:p>
    <w:p>
      <w:pPr>
        <w:pStyle w:val="ListParagraph"/>
      </w:pPr>
      <w:r>
        <w:rPr>
          <w:sz w:val="22"/>
        </w:rPr>
        <w:t>A. breadwinner</w:t>
      </w:r>
    </w:p>
    <w:p>
      <w:pPr>
        <w:pStyle w:val="ListParagraph"/>
      </w:pPr>
      <w:r>
        <w:rPr>
          <w:sz w:val="22"/>
        </w:rPr>
        <w:t>B. homemaker</w:t>
      </w:r>
    </w:p>
    <w:p>
      <w:pPr>
        <w:pStyle w:val="ListParagraph"/>
      </w:pPr>
      <w:r>
        <w:rPr>
          <w:sz w:val="22"/>
        </w:rPr>
        <w:t>C. housekeeper</w:t>
      </w:r>
    </w:p>
    <w:p>
      <w:pPr>
        <w:pStyle w:val="ListParagraph"/>
      </w:pPr>
      <w:r>
        <w:rPr>
          <w:sz w:val="22"/>
        </w:rPr>
        <w:t>D. caretaker</w:t>
      </w:r>
    </w:p>
    <w:p/>
    <w:p>
      <w:r>
        <w:rPr>
          <w:b/>
          <w:sz w:val="24"/>
        </w:rPr>
        <w:t>Câu 14: Đề 2 - Câu 4: The ______ between parents and children can cause misunderstanding.</w:t>
      </w:r>
    </w:p>
    <w:p>
      <w:pPr>
        <w:pStyle w:val="ListParagraph"/>
      </w:pPr>
      <w:r>
        <w:rPr>
          <w:sz w:val="22"/>
        </w:rPr>
        <w:t>A. generation gap</w:t>
      </w:r>
    </w:p>
    <w:p>
      <w:pPr>
        <w:pStyle w:val="ListParagraph"/>
      </w:pPr>
      <w:r>
        <w:rPr>
          <w:sz w:val="22"/>
        </w:rPr>
        <w:t>B. family bond</w:t>
      </w:r>
    </w:p>
    <w:p>
      <w:pPr>
        <w:pStyle w:val="ListParagraph"/>
      </w:pPr>
      <w:r>
        <w:rPr>
          <w:sz w:val="22"/>
        </w:rPr>
        <w:t>C. household chore</w:t>
      </w:r>
    </w:p>
    <w:p>
      <w:pPr>
        <w:pStyle w:val="ListParagraph"/>
      </w:pPr>
      <w:r>
        <w:rPr>
          <w:sz w:val="22"/>
        </w:rPr>
        <w:t>D. quality time</w:t>
      </w:r>
    </w:p>
    <w:p/>
    <w:p>
      <w:r>
        <w:rPr>
          <w:b/>
          <w:sz w:val="24"/>
        </w:rPr>
        <w:t>Câu 15: Đề 2 - Câu 5: My sister and I ______ the household chores equally.</w:t>
      </w:r>
    </w:p>
    <w:p>
      <w:pPr>
        <w:pStyle w:val="ListParagraph"/>
      </w:pPr>
      <w:r>
        <w:rPr>
          <w:sz w:val="22"/>
        </w:rPr>
        <w:t>A. share</w:t>
      </w:r>
    </w:p>
    <w:p>
      <w:pPr>
        <w:pStyle w:val="ListParagraph"/>
      </w:pPr>
      <w:r>
        <w:rPr>
          <w:sz w:val="22"/>
        </w:rPr>
        <w:t>B. take</w:t>
      </w:r>
    </w:p>
    <w:p>
      <w:pPr>
        <w:pStyle w:val="ListParagraph"/>
      </w:pPr>
      <w:r>
        <w:rPr>
          <w:sz w:val="22"/>
        </w:rPr>
        <w:t>C. make</w:t>
      </w:r>
    </w:p>
    <w:p>
      <w:pPr>
        <w:pStyle w:val="ListParagraph"/>
      </w:pPr>
      <w:r>
        <w:rPr>
          <w:sz w:val="22"/>
        </w:rPr>
        <w:t>D. do</w:t>
      </w:r>
    </w:p>
    <w:p/>
    <w:p>
      <w:r>
        <w:rPr>
          <w:b/>
          <w:sz w:val="24"/>
        </w:rPr>
        <w:t>Câu 16: Đề 2 - Câu 6: A ______ family includes grandparents, parents, and children.</w:t>
      </w:r>
    </w:p>
    <w:p>
      <w:pPr>
        <w:pStyle w:val="ListParagraph"/>
      </w:pPr>
      <w:r>
        <w:rPr>
          <w:sz w:val="22"/>
        </w:rPr>
        <w:t>A. nuclear</w:t>
      </w:r>
    </w:p>
    <w:p>
      <w:pPr>
        <w:pStyle w:val="ListParagraph"/>
      </w:pPr>
      <w:r>
        <w:rPr>
          <w:sz w:val="22"/>
        </w:rPr>
        <w:t>B. extended</w:t>
      </w:r>
    </w:p>
    <w:p>
      <w:pPr>
        <w:pStyle w:val="ListParagraph"/>
      </w:pPr>
      <w:r>
        <w:rPr>
          <w:sz w:val="22"/>
        </w:rPr>
        <w:t>C. single-parent</w:t>
      </w:r>
    </w:p>
    <w:p>
      <w:pPr>
        <w:pStyle w:val="ListParagraph"/>
      </w:pPr>
      <w:r>
        <w:rPr>
          <w:sz w:val="22"/>
        </w:rPr>
        <w:t>D. childless</w:t>
      </w:r>
    </w:p>
    <w:p/>
    <w:p>
      <w:r>
        <w:rPr>
          <w:b/>
          <w:sz w:val="24"/>
        </w:rPr>
        <w:t>Câu 17: Đề 2 - Câu 7: Parents should ______ their children to become independent.</w:t>
      </w:r>
    </w:p>
    <w:p>
      <w:pPr>
        <w:pStyle w:val="ListParagraph"/>
      </w:pPr>
      <w:r>
        <w:rPr>
          <w:sz w:val="22"/>
        </w:rPr>
        <w:t>A. encourage</w:t>
      </w:r>
    </w:p>
    <w:p>
      <w:pPr>
        <w:pStyle w:val="ListParagraph"/>
      </w:pPr>
      <w:r>
        <w:rPr>
          <w:sz w:val="22"/>
        </w:rPr>
        <w:t>B. discourage</w:t>
      </w:r>
    </w:p>
    <w:p>
      <w:pPr>
        <w:pStyle w:val="ListParagraph"/>
      </w:pPr>
      <w:r>
        <w:rPr>
          <w:sz w:val="22"/>
        </w:rPr>
        <w:t>C. forbid</w:t>
      </w:r>
    </w:p>
    <w:p>
      <w:pPr>
        <w:pStyle w:val="ListParagraph"/>
      </w:pPr>
      <w:r>
        <w:rPr>
          <w:sz w:val="22"/>
        </w:rPr>
        <w:t>D. prevent</w:t>
      </w:r>
    </w:p>
    <w:p/>
    <w:p>
      <w:r>
        <w:rPr>
          <w:b/>
          <w:sz w:val="24"/>
        </w:rPr>
        <w:t>Câu 18: Đề 2 - Câu 8: It is important to ______ the elderly in the family.</w:t>
      </w:r>
    </w:p>
    <w:p>
      <w:pPr>
        <w:pStyle w:val="ListParagraph"/>
      </w:pPr>
      <w:r>
        <w:rPr>
          <w:sz w:val="22"/>
        </w:rPr>
        <w:t>A. look after</w:t>
      </w:r>
    </w:p>
    <w:p>
      <w:pPr>
        <w:pStyle w:val="ListParagraph"/>
      </w:pPr>
      <w:r>
        <w:rPr>
          <w:sz w:val="22"/>
        </w:rPr>
        <w:t>B. look for</w:t>
      </w:r>
    </w:p>
    <w:p>
      <w:pPr>
        <w:pStyle w:val="ListParagraph"/>
      </w:pPr>
      <w:r>
        <w:rPr>
          <w:sz w:val="22"/>
        </w:rPr>
        <w:t>C. look up</w:t>
      </w:r>
    </w:p>
    <w:p>
      <w:pPr>
        <w:pStyle w:val="ListParagraph"/>
      </w:pPr>
      <w:r>
        <w:rPr>
          <w:sz w:val="22"/>
        </w:rPr>
        <w:t>D. look at</w:t>
      </w:r>
    </w:p>
    <w:p/>
    <w:p>
      <w:r>
        <w:rPr>
          <w:b/>
          <w:sz w:val="24"/>
        </w:rPr>
        <w:t>Câu 19: Đề 2 - Câu 9: My parents are very ______; they always support my decisions.</w:t>
      </w:r>
    </w:p>
    <w:p>
      <w:pPr>
        <w:pStyle w:val="ListParagraph"/>
      </w:pPr>
      <w:r>
        <w:rPr>
          <w:sz w:val="22"/>
        </w:rPr>
        <w:t>A. supportive</w:t>
      </w:r>
    </w:p>
    <w:p>
      <w:pPr>
        <w:pStyle w:val="ListParagraph"/>
      </w:pPr>
      <w:r>
        <w:rPr>
          <w:sz w:val="22"/>
        </w:rPr>
        <w:t>B. strict</w:t>
      </w:r>
    </w:p>
    <w:p>
      <w:pPr>
        <w:pStyle w:val="ListParagraph"/>
      </w:pPr>
      <w:r>
        <w:rPr>
          <w:sz w:val="22"/>
        </w:rPr>
        <w:t>C. careless</w:t>
      </w:r>
    </w:p>
    <w:p>
      <w:pPr>
        <w:pStyle w:val="ListParagraph"/>
      </w:pPr>
      <w:r>
        <w:rPr>
          <w:sz w:val="22"/>
        </w:rPr>
        <w:t>D. negative</w:t>
      </w:r>
    </w:p>
    <w:p/>
    <w:p>
      <w:r>
        <w:rPr>
          <w:b/>
          <w:sz w:val="24"/>
        </w:rPr>
        <w:t>Câu 20: Đề 2 - Câu 10: We should be ______ for what our parents do for us.</w:t>
      </w:r>
    </w:p>
    <w:p>
      <w:pPr>
        <w:pStyle w:val="ListParagraph"/>
      </w:pPr>
      <w:r>
        <w:rPr>
          <w:sz w:val="22"/>
        </w:rPr>
        <w:t>A. grateful</w:t>
      </w:r>
    </w:p>
    <w:p>
      <w:pPr>
        <w:pStyle w:val="ListParagraph"/>
      </w:pPr>
      <w:r>
        <w:rPr>
          <w:sz w:val="22"/>
        </w:rPr>
        <w:t>B. ungrateful</w:t>
      </w:r>
    </w:p>
    <w:p>
      <w:pPr>
        <w:pStyle w:val="ListParagraph"/>
      </w:pPr>
      <w:r>
        <w:rPr>
          <w:sz w:val="22"/>
        </w:rPr>
        <w:t>C. thankless</w:t>
      </w:r>
    </w:p>
    <w:p>
      <w:pPr>
        <w:pStyle w:val="ListParagraph"/>
      </w:pPr>
      <w:r>
        <w:rPr>
          <w:sz w:val="22"/>
        </w:rPr>
        <w:t>D. rude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