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Hóa 11 Phản ứng hóa học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Yếu tố nào sau đây luôn làm tăng tốc độ của một phản ứng hóa học?</w:t>
      </w:r>
    </w:p>
    <w:p>
      <w:pPr>
        <w:pStyle w:val="ListParagraph"/>
      </w:pPr>
      <w:r>
        <w:rPr>
          <w:sz w:val="22"/>
        </w:rPr>
        <w:t>A. Tăng nồng độ chất phản ứng</w:t>
      </w:r>
    </w:p>
    <w:p>
      <w:pPr>
        <w:pStyle w:val="ListParagraph"/>
      </w:pPr>
      <w:r>
        <w:rPr>
          <w:sz w:val="22"/>
        </w:rPr>
        <w:t>B. Giảm nhiệt độ phản ứng</w:t>
      </w:r>
    </w:p>
    <w:p>
      <w:pPr>
        <w:pStyle w:val="ListParagraph"/>
      </w:pPr>
      <w:r>
        <w:rPr>
          <w:sz w:val="22"/>
        </w:rPr>
        <w:t>C. Tăng kích thước hạt chất rắn</w:t>
      </w:r>
    </w:p>
    <w:p>
      <w:pPr>
        <w:pStyle w:val="ListParagraph"/>
      </w:pPr>
      <w:r>
        <w:rPr>
          <w:sz w:val="22"/>
        </w:rPr>
        <w:t>D. Giảm áp suất đối với phản ứng có chất khí</w:t>
      </w:r>
    </w:p>
    <w:p/>
    <w:p>
      <w:r>
        <w:rPr>
          <w:b/>
          <w:sz w:val="24"/>
        </w:rPr>
        <w:t>Câu 2: Trạng thái cân bằng hóa học của một phản ứng thuận nghịch là trạng thái mà</w:t>
      </w:r>
    </w:p>
    <w:p>
      <w:pPr>
        <w:pStyle w:val="ListParagraph"/>
      </w:pPr>
      <w:r>
        <w:rPr>
          <w:sz w:val="22"/>
        </w:rPr>
        <w:t>A. tốc độ phản ứng thuận bằng tốc độ phản ứng nghịch</w:t>
      </w:r>
    </w:p>
    <w:p>
      <w:pPr>
        <w:pStyle w:val="ListParagraph"/>
      </w:pPr>
      <w:r>
        <w:rPr>
          <w:sz w:val="22"/>
        </w:rPr>
        <w:t>B. phản ứng dừng lại hoàn toàn</w:t>
      </w:r>
    </w:p>
    <w:p>
      <w:pPr>
        <w:pStyle w:val="ListParagraph"/>
      </w:pPr>
      <w:r>
        <w:rPr>
          <w:sz w:val="22"/>
        </w:rPr>
        <w:t>C. nồng độ các chất đều bằng nhau</w:t>
      </w:r>
    </w:p>
    <w:p>
      <w:pPr>
        <w:pStyle w:val="ListParagraph"/>
      </w:pPr>
      <w:r>
        <w:rPr>
          <w:sz w:val="22"/>
        </w:rPr>
        <w:t>D. chỉ còn chất sản phẩm</w:t>
      </w:r>
    </w:p>
    <w:p/>
    <w:p>
      <w:r>
        <w:rPr>
          <w:b/>
          <w:sz w:val="24"/>
        </w:rPr>
        <w:t>Câu 3: Cho phản ứng thuận nghịch: $N_2(k)+3H_2(k) ⇌ 2NH_3(k)$, $ΔH&lt;0$. Khi tăng nhiệt độ, cân bằng hóa học sẽ chuyển dịch theo chiều nào?</w:t>
      </w:r>
    </w:p>
    <w:p>
      <w:pPr>
        <w:pStyle w:val="ListParagraph"/>
      </w:pPr>
      <w:r>
        <w:rPr>
          <w:sz w:val="22"/>
        </w:rPr>
        <w:t>A. Chiều thuận</w:t>
      </w:r>
    </w:p>
    <w:p>
      <w:pPr>
        <w:pStyle w:val="ListParagraph"/>
      </w:pPr>
      <w:r>
        <w:rPr>
          <w:sz w:val="22"/>
        </w:rPr>
        <w:t>B. Chiều nghịch</w:t>
      </w:r>
    </w:p>
    <w:p>
      <w:pPr>
        <w:pStyle w:val="ListParagraph"/>
      </w:pPr>
      <w:r>
        <w:rPr>
          <w:sz w:val="22"/>
        </w:rPr>
        <w:t>C. Không chuyển dịch</w:t>
      </w:r>
    </w:p>
    <w:p>
      <w:pPr>
        <w:pStyle w:val="ListParagraph"/>
      </w:pPr>
      <w:r>
        <w:rPr>
          <w:sz w:val="22"/>
        </w:rPr>
        <w:t>D. Không xác định được</w:t>
      </w:r>
    </w:p>
    <w:p/>
    <w:p>
      <w:r>
        <w:rPr>
          <w:b/>
          <w:sz w:val="24"/>
        </w:rPr>
        <w:t>Câu 4: Đối với phản ứng $N_2(k)+3H_2(k) ⇌ 2NH_3(k)$, khi tăng áp suất thì cân bằng chuyển dịch theo chiều nào?</w:t>
      </w:r>
    </w:p>
    <w:p>
      <w:pPr>
        <w:pStyle w:val="ListParagraph"/>
      </w:pPr>
      <w:r>
        <w:rPr>
          <w:sz w:val="22"/>
        </w:rPr>
        <w:t>A. Chiều thuận</w:t>
      </w:r>
    </w:p>
    <w:p>
      <w:pPr>
        <w:pStyle w:val="ListParagraph"/>
      </w:pPr>
      <w:r>
        <w:rPr>
          <w:sz w:val="22"/>
        </w:rPr>
        <w:t>B. Chiều nghịch</w:t>
      </w:r>
    </w:p>
    <w:p>
      <w:pPr>
        <w:pStyle w:val="ListParagraph"/>
      </w:pPr>
      <w:r>
        <w:rPr>
          <w:sz w:val="22"/>
        </w:rPr>
        <w:t>C. Không chuyển dịch</w:t>
      </w:r>
    </w:p>
    <w:p>
      <w:pPr>
        <w:pStyle w:val="ListParagraph"/>
      </w:pPr>
      <w:r>
        <w:rPr>
          <w:sz w:val="22"/>
        </w:rPr>
        <w:t>D. Vừa thuận vừa nghịch</w:t>
      </w:r>
    </w:p>
    <w:p/>
    <w:p>
      <w:r>
        <w:rPr>
          <w:b/>
          <w:sz w:val="24"/>
        </w:rPr>
        <w:t>Câu 5: Chất xúc tác có ảnh hưởng như thế nào đến cân bằng hóa học?</w:t>
      </w:r>
    </w:p>
    <w:p>
      <w:pPr>
        <w:pStyle w:val="ListParagraph"/>
      </w:pPr>
      <w:r>
        <w:rPr>
          <w:sz w:val="22"/>
        </w:rPr>
        <w:t>A. Làm cân bằng chuyển dịch theo chiều thuận</w:t>
      </w:r>
    </w:p>
    <w:p>
      <w:pPr>
        <w:pStyle w:val="ListParagraph"/>
      </w:pPr>
      <w:r>
        <w:rPr>
          <w:sz w:val="22"/>
        </w:rPr>
        <w:t>B. Làm cân bằng chuyển dịch theo chiều nghịch</w:t>
      </w:r>
    </w:p>
    <w:p>
      <w:pPr>
        <w:pStyle w:val="ListParagraph"/>
      </w:pPr>
      <w:r>
        <w:rPr>
          <w:sz w:val="22"/>
        </w:rPr>
        <w:t>C. Không làm chuyển dịch cân bằng</w:t>
      </w:r>
    </w:p>
    <w:p>
      <w:pPr>
        <w:pStyle w:val="ListParagraph"/>
      </w:pPr>
      <w:r>
        <w:rPr>
          <w:sz w:val="22"/>
        </w:rPr>
        <w:t>D. Làm tăng hằng số cân bằng</w:t>
      </w:r>
    </w:p>
    <w:p/>
    <w:p>
      <w:r>
        <w:rPr>
          <w:b/>
          <w:sz w:val="24"/>
        </w:rPr>
        <w:t>Câu 6: Biểu thức hằng số cân bằng $K_C$ của phản ứng $aA+bB ⇌ cC+dD$ là</w:t>
      </w:r>
    </w:p>
    <w:p>
      <w:pPr>
        <w:pStyle w:val="ListParagraph"/>
      </w:pPr>
      <w:r>
        <w:rPr>
          <w:sz w:val="22"/>
        </w:rPr>
        <w:t>A. $K_C = ([C]^c[D]^d)/([A]^a[B]^b)$</w:t>
      </w:r>
    </w:p>
    <w:p>
      <w:pPr>
        <w:pStyle w:val="ListParagraph"/>
      </w:pPr>
      <w:r>
        <w:rPr>
          <w:sz w:val="22"/>
        </w:rPr>
        <w:t>B. $K_C = ([A]^a[B]^b)/([C]^c[D]^d)$</w:t>
      </w:r>
    </w:p>
    <w:p>
      <w:pPr>
        <w:pStyle w:val="ListParagraph"/>
      </w:pPr>
      <w:r>
        <w:rPr>
          <w:sz w:val="22"/>
        </w:rPr>
        <w:t>C. $K_C = [C]^c[D]^d-[A]^a[B]^b$</w:t>
      </w:r>
    </w:p>
    <w:p>
      <w:pPr>
        <w:pStyle w:val="ListParagraph"/>
      </w:pPr>
      <w:r>
        <w:rPr>
          <w:sz w:val="22"/>
        </w:rPr>
        <w:t>D. $K_C = [A]^a[B]^b+[C]^c[D]^d$</w:t>
      </w:r>
    </w:p>
    <w:p/>
    <w:p>
      <w:r>
        <w:rPr>
          <w:b/>
          <w:sz w:val="24"/>
        </w:rPr>
        <w:t>Câu 7: Phản ứng oxi hóa - khử là phản ứng hóa học trong đó</w:t>
      </w:r>
    </w:p>
    <w:p>
      <w:pPr>
        <w:pStyle w:val="ListParagraph"/>
      </w:pPr>
      <w:r>
        <w:rPr>
          <w:sz w:val="22"/>
        </w:rPr>
        <w:t>A. có sự thay đổi số oxi hóa của các nguyên tố</w:t>
      </w:r>
    </w:p>
    <w:p>
      <w:pPr>
        <w:pStyle w:val="ListParagraph"/>
      </w:pPr>
      <w:r>
        <w:rPr>
          <w:sz w:val="22"/>
        </w:rPr>
        <w:t>B. không có sự thay đổi số oxi hóa</w:t>
      </w:r>
    </w:p>
    <w:p>
      <w:pPr>
        <w:pStyle w:val="ListParagraph"/>
      </w:pPr>
      <w:r>
        <w:rPr>
          <w:sz w:val="22"/>
        </w:rPr>
        <w:t>C. chỉ xảy ra sự trao đổi ion</w:t>
      </w:r>
    </w:p>
    <w:p>
      <w:pPr>
        <w:pStyle w:val="ListParagraph"/>
      </w:pPr>
      <w:r>
        <w:rPr>
          <w:sz w:val="22"/>
        </w:rPr>
        <w:t>D. luôn tỏa nhiệt ra môi trường</w:t>
      </w:r>
    </w:p>
    <w:p/>
    <w:p>
      <w:r>
        <w:rPr>
          <w:b/>
          <w:sz w:val="24"/>
        </w:rPr>
        <w:t>Câu 8: Trong phản ứng $Fe + CuSO_4 → FeSO_4 + Cu$, chất oxi hóa là</w:t>
      </w:r>
    </w:p>
    <w:p>
      <w:pPr>
        <w:pStyle w:val="ListParagraph"/>
      </w:pPr>
      <w:r>
        <w:rPr>
          <w:sz w:val="22"/>
        </w:rPr>
        <w:t>A. Fe</w:t>
      </w:r>
    </w:p>
    <w:p>
      <w:pPr>
        <w:pStyle w:val="ListParagraph"/>
      </w:pPr>
      <w:r>
        <w:rPr>
          <w:sz w:val="22"/>
        </w:rPr>
        <w:t>B. CuSO_4</w:t>
      </w:r>
    </w:p>
    <w:p>
      <w:pPr>
        <w:pStyle w:val="ListParagraph"/>
      </w:pPr>
      <w:r>
        <w:rPr>
          <w:sz w:val="22"/>
        </w:rPr>
        <w:t>C. FeSO_4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9: Phản ứng trung hòa giữa axit và bazơ tạo ra sản phẩm chính là</w:t>
      </w:r>
    </w:p>
    <w:p>
      <w:pPr>
        <w:pStyle w:val="ListParagraph"/>
      </w:pPr>
      <w:r>
        <w:rPr>
          <w:sz w:val="22"/>
        </w:rPr>
        <w:t>A. muối và nước</w:t>
      </w:r>
    </w:p>
    <w:p>
      <w:pPr>
        <w:pStyle w:val="ListParagraph"/>
      </w:pPr>
      <w:r>
        <w:rPr>
          <w:sz w:val="22"/>
        </w:rPr>
        <w:t>B. muối và khí hiđro</w:t>
      </w:r>
    </w:p>
    <w:p>
      <w:pPr>
        <w:pStyle w:val="ListParagraph"/>
      </w:pPr>
      <w:r>
        <w:rPr>
          <w:sz w:val="22"/>
        </w:rPr>
        <w:t>C. oxit bazơ và nước</w:t>
      </w:r>
    </w:p>
    <w:p>
      <w:pPr>
        <w:pStyle w:val="ListParagraph"/>
      </w:pPr>
      <w:r>
        <w:rPr>
          <w:sz w:val="22"/>
        </w:rPr>
        <w:t>D. kim loại và muối</w:t>
      </w:r>
    </w:p>
    <w:p/>
    <w:p>
      <w:r>
        <w:rPr>
          <w:b/>
          <w:sz w:val="24"/>
        </w:rPr>
        <w:t>Câu 10: Phản ứng nào sau đây là phản ứng thuận nghịch?</w:t>
      </w:r>
    </w:p>
    <w:p>
      <w:pPr>
        <w:pStyle w:val="ListParagraph"/>
      </w:pPr>
      <w:r>
        <w:rPr>
          <w:sz w:val="22"/>
        </w:rPr>
        <w:t>A. $N_2 + 3H_2 ⇌ 2NH_3$</w:t>
      </w:r>
    </w:p>
    <w:p>
      <w:pPr>
        <w:pStyle w:val="ListParagraph"/>
      </w:pPr>
      <w:r>
        <w:rPr>
          <w:sz w:val="22"/>
        </w:rPr>
        <w:t>B. $2KClO_3 → 2KCl + 3O_2$</w:t>
      </w:r>
    </w:p>
    <w:p>
      <w:pPr>
        <w:pStyle w:val="ListParagraph"/>
      </w:pPr>
      <w:r>
        <w:rPr>
          <w:sz w:val="22"/>
        </w:rPr>
        <w:t>C. $NaOH + HCl → NaCl + H_2O$</w:t>
      </w:r>
    </w:p>
    <w:p>
      <w:pPr>
        <w:pStyle w:val="ListParagraph"/>
      </w:pPr>
      <w:r>
        <w:rPr>
          <w:sz w:val="22"/>
        </w:rPr>
        <w:t>D. $Zn + 2HCl → ZnCl_2 + H_2$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