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EXRCISE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Pho is a famous ______ of Vietnam.</w:t>
      </w:r>
    </w:p>
    <w:p>
      <w:pPr>
        <w:pStyle w:val="ListParagraph"/>
      </w:pPr>
      <w:r>
        <w:rPr>
          <w:sz w:val="22"/>
        </w:rPr>
        <w:t>A. specialty</w:t>
      </w:r>
    </w:p>
    <w:p>
      <w:pPr>
        <w:pStyle w:val="ListParagraph"/>
      </w:pPr>
      <w:r>
        <w:rPr>
          <w:sz w:val="22"/>
        </w:rPr>
        <w:t>B. pottery</w:t>
      </w:r>
    </w:p>
    <w:p>
      <w:pPr>
        <w:pStyle w:val="ListParagraph"/>
      </w:pPr>
      <w:r>
        <w:rPr>
          <w:sz w:val="22"/>
        </w:rPr>
        <w:t>C. crime</w:t>
      </w:r>
    </w:p>
    <w:p>
      <w:pPr>
        <w:pStyle w:val="ListParagraph"/>
      </w:pPr>
      <w:r>
        <w:rPr>
          <w:sz w:val="22"/>
        </w:rPr>
        <w:t>D. metro</w:t>
      </w:r>
    </w:p>
    <w:p/>
    <w:p>
      <w:r>
        <w:rPr>
          <w:b/>
          <w:sz w:val="24"/>
        </w:rPr>
        <w:t>Câu 2: Bat Trang is famous for its traditional ______.</w:t>
      </w:r>
    </w:p>
    <w:p>
      <w:pPr>
        <w:pStyle w:val="ListParagraph"/>
      </w:pPr>
      <w:r>
        <w:rPr>
          <w:sz w:val="22"/>
        </w:rPr>
        <w:t>A. downtown</w:t>
      </w:r>
    </w:p>
    <w:p>
      <w:pPr>
        <w:pStyle w:val="ListParagraph"/>
      </w:pPr>
      <w:r>
        <w:rPr>
          <w:sz w:val="22"/>
        </w:rPr>
        <w:t>B. pottery</w:t>
      </w:r>
    </w:p>
    <w:p>
      <w:pPr>
        <w:pStyle w:val="ListParagraph"/>
      </w:pPr>
      <w:r>
        <w:rPr>
          <w:sz w:val="22"/>
        </w:rPr>
        <w:t>C. rush hour</w:t>
      </w:r>
    </w:p>
    <w:p>
      <w:pPr>
        <w:pStyle w:val="ListParagraph"/>
      </w:pPr>
      <w:r>
        <w:rPr>
          <w:sz w:val="22"/>
        </w:rPr>
        <w:t>D. community</w:t>
      </w:r>
    </w:p>
    <w:p/>
    <w:p>
      <w:r>
        <w:rPr>
          <w:b/>
          <w:sz w:val="24"/>
        </w:rPr>
        <w:t>Câu 3: We should ______ traditional crafts for future generations.</w:t>
      </w:r>
    </w:p>
    <w:p>
      <w:pPr>
        <w:pStyle w:val="ListParagraph"/>
      </w:pPr>
      <w:r>
        <w:rPr>
          <w:sz w:val="22"/>
        </w:rPr>
        <w:t>A. carry out</w:t>
      </w:r>
    </w:p>
    <w:p>
      <w:pPr>
        <w:pStyle w:val="ListParagraph"/>
      </w:pPr>
      <w:r>
        <w:rPr>
          <w:sz w:val="22"/>
        </w:rPr>
        <w:t>B. commute</w:t>
      </w:r>
    </w:p>
    <w:p>
      <w:pPr>
        <w:pStyle w:val="ListParagraph"/>
      </w:pPr>
      <w:r>
        <w:rPr>
          <w:sz w:val="22"/>
        </w:rPr>
        <w:t>C. preserve</w:t>
      </w:r>
    </w:p>
    <w:p>
      <w:pPr>
        <w:pStyle w:val="ListParagraph"/>
      </w:pPr>
      <w:r>
        <w:rPr>
          <w:sz w:val="22"/>
        </w:rPr>
        <w:t>D. construct</w:t>
      </w:r>
    </w:p>
    <w:p/>
    <w:p>
      <w:r>
        <w:rPr>
          <w:b/>
          <w:sz w:val="24"/>
        </w:rPr>
        <w:t>Câu 4: Parents often ______ family traditions to their children.</w:t>
      </w:r>
    </w:p>
    <w:p>
      <w:pPr>
        <w:pStyle w:val="ListParagraph"/>
      </w:pPr>
      <w:r>
        <w:rPr>
          <w:sz w:val="22"/>
        </w:rPr>
        <w:t>A. turn on</w:t>
      </w:r>
    </w:p>
    <w:p>
      <w:pPr>
        <w:pStyle w:val="ListParagraph"/>
      </w:pPr>
      <w:r>
        <w:rPr>
          <w:sz w:val="22"/>
        </w:rPr>
        <w:t>B. run out</w:t>
      </w:r>
    </w:p>
    <w:p>
      <w:pPr>
        <w:pStyle w:val="ListParagraph"/>
      </w:pPr>
      <w:r>
        <w:rPr>
          <w:sz w:val="22"/>
        </w:rPr>
        <w:t>C. get on</w:t>
      </w:r>
    </w:p>
    <w:p>
      <w:pPr>
        <w:pStyle w:val="ListParagraph"/>
      </w:pPr>
      <w:r>
        <w:rPr>
          <w:sz w:val="22"/>
        </w:rPr>
        <w:t>D. pass down</w:t>
      </w:r>
    </w:p>
    <w:p/>
    <w:p>
      <w:r>
        <w:rPr>
          <w:b/>
          <w:sz w:val="24"/>
        </w:rPr>
        <w:t>Câu 5: The local ______ worked together to clean the beach.</w:t>
      </w:r>
    </w:p>
    <w:p>
      <w:pPr>
        <w:pStyle w:val="ListParagraph"/>
      </w:pPr>
      <w:r>
        <w:rPr>
          <w:sz w:val="22"/>
        </w:rPr>
        <w:t>A. community</w:t>
      </w:r>
    </w:p>
    <w:p>
      <w:pPr>
        <w:pStyle w:val="ListParagraph"/>
      </w:pPr>
      <w:r>
        <w:rPr>
          <w:sz w:val="22"/>
        </w:rPr>
        <w:t>B. construction site</w:t>
      </w:r>
    </w:p>
    <w:p>
      <w:pPr>
        <w:pStyle w:val="ListParagraph"/>
      </w:pPr>
      <w:r>
        <w:rPr>
          <w:sz w:val="22"/>
        </w:rPr>
        <w:t>C. concrete jungle</w:t>
      </w:r>
    </w:p>
    <w:p>
      <w:pPr>
        <w:pStyle w:val="ListParagraph"/>
      </w:pPr>
      <w:r>
        <w:rPr>
          <w:sz w:val="22"/>
        </w:rPr>
        <w:t>D. metro</w:t>
      </w:r>
    </w:p>
    <w:p/>
    <w:p>
      <w:r>
        <w:rPr>
          <w:b/>
          <w:sz w:val="24"/>
        </w:rPr>
        <w:t>Câu 6: Visitors can buy handmade souvenirs in the ______.</w:t>
      </w:r>
    </w:p>
    <w:p>
      <w:pPr>
        <w:pStyle w:val="ListParagraph"/>
      </w:pPr>
      <w:r>
        <w:rPr>
          <w:sz w:val="22"/>
        </w:rPr>
        <w:t>A. rush hour</w:t>
      </w:r>
    </w:p>
    <w:p>
      <w:pPr>
        <w:pStyle w:val="ListParagraph"/>
      </w:pPr>
      <w:r>
        <w:rPr>
          <w:sz w:val="22"/>
        </w:rPr>
        <w:t>B. craft village</w:t>
      </w:r>
    </w:p>
    <w:p>
      <w:pPr>
        <w:pStyle w:val="ListParagraph"/>
      </w:pPr>
      <w:r>
        <w:rPr>
          <w:sz w:val="22"/>
        </w:rPr>
        <w:t>C. crime</w:t>
      </w:r>
    </w:p>
    <w:p>
      <w:pPr>
        <w:pStyle w:val="ListParagraph"/>
      </w:pPr>
      <w:r>
        <w:rPr>
          <w:sz w:val="22"/>
        </w:rPr>
        <w:t>D. downtown</w:t>
      </w:r>
    </w:p>
    <w:p/>
    <w:p>
      <w:r>
        <w:rPr>
          <w:b/>
          <w:sz w:val="24"/>
        </w:rPr>
        <w:t>Câu 7: My office is in the ______, near the city center.</w:t>
      </w:r>
    </w:p>
    <w:p>
      <w:pPr>
        <w:pStyle w:val="ListParagraph"/>
      </w:pPr>
      <w:r>
        <w:rPr>
          <w:sz w:val="22"/>
        </w:rPr>
        <w:t>A. pottery</w:t>
      </w:r>
    </w:p>
    <w:p>
      <w:pPr>
        <w:pStyle w:val="ListParagraph"/>
      </w:pPr>
      <w:r>
        <w:rPr>
          <w:sz w:val="22"/>
        </w:rPr>
        <w:t>B. specialty</w:t>
      </w:r>
    </w:p>
    <w:p>
      <w:pPr>
        <w:pStyle w:val="ListParagraph"/>
      </w:pPr>
      <w:r>
        <w:rPr>
          <w:sz w:val="22"/>
        </w:rPr>
        <w:t>C. downtown</w:t>
      </w:r>
    </w:p>
    <w:p>
      <w:pPr>
        <w:pStyle w:val="ListParagraph"/>
      </w:pPr>
      <w:r>
        <w:rPr>
          <w:sz w:val="22"/>
        </w:rPr>
        <w:t>D. community</w:t>
      </w:r>
    </w:p>
    <w:p/>
    <w:p>
      <w:r>
        <w:rPr>
          <w:b/>
          <w:sz w:val="24"/>
        </w:rPr>
        <w:t>Câu 8: The researchers will ______ a survey next week.</w:t>
      </w:r>
    </w:p>
    <w:p>
      <w:pPr>
        <w:pStyle w:val="ListParagraph"/>
      </w:pPr>
      <w:r>
        <w:rPr>
          <w:sz w:val="22"/>
        </w:rPr>
        <w:t>A. pass down</w:t>
      </w:r>
    </w:p>
    <w:p>
      <w:pPr>
        <w:pStyle w:val="ListParagraph"/>
      </w:pPr>
      <w:r>
        <w:rPr>
          <w:sz w:val="22"/>
        </w:rPr>
        <w:t>B. take off</w:t>
      </w:r>
    </w:p>
    <w:p>
      <w:pPr>
        <w:pStyle w:val="ListParagraph"/>
      </w:pPr>
      <w:r>
        <w:rPr>
          <w:sz w:val="22"/>
        </w:rPr>
        <w:t>C. look after</w:t>
      </w:r>
    </w:p>
    <w:p>
      <w:pPr>
        <w:pStyle w:val="ListParagraph"/>
      </w:pPr>
      <w:r>
        <w:rPr>
          <w:sz w:val="22"/>
        </w:rPr>
        <w:t>D. carry out</w:t>
      </w:r>
    </w:p>
    <w:p/>
    <w:p>
      <w:r>
        <w:rPr>
          <w:b/>
          <w:sz w:val="24"/>
        </w:rPr>
        <w:t>Câu 9: A city with clean air and good public transport is more ______.</w:t>
      </w:r>
    </w:p>
    <w:p>
      <w:pPr>
        <w:pStyle w:val="ListParagraph"/>
      </w:pPr>
      <w:r>
        <w:rPr>
          <w:sz w:val="22"/>
        </w:rPr>
        <w:t>A. livable</w:t>
      </w:r>
    </w:p>
    <w:p>
      <w:pPr>
        <w:pStyle w:val="ListParagraph"/>
      </w:pPr>
      <w:r>
        <w:rPr>
          <w:sz w:val="22"/>
        </w:rPr>
        <w:t>B. itchy</w:t>
      </w:r>
    </w:p>
    <w:p>
      <w:pPr>
        <w:pStyle w:val="ListParagraph"/>
      </w:pPr>
      <w:r>
        <w:rPr>
          <w:sz w:val="22"/>
        </w:rPr>
        <w:t>C. downtown</w:t>
      </w:r>
    </w:p>
    <w:p>
      <w:pPr>
        <w:pStyle w:val="ListParagraph"/>
      </w:pPr>
      <w:r>
        <w:rPr>
          <w:sz w:val="22"/>
        </w:rPr>
        <w:t>D. concrete</w:t>
      </w:r>
    </w:p>
    <w:p/>
    <w:p>
      <w:r>
        <w:rPr>
          <w:b/>
          <w:sz w:val="24"/>
        </w:rPr>
        <w:t>Câu 10: Some people call a crowded city a ______.</w:t>
      </w:r>
    </w:p>
    <w:p>
      <w:pPr>
        <w:pStyle w:val="ListParagraph"/>
      </w:pPr>
      <w:r>
        <w:rPr>
          <w:sz w:val="22"/>
        </w:rPr>
        <w:t>A. craft village</w:t>
      </w:r>
    </w:p>
    <w:p>
      <w:pPr>
        <w:pStyle w:val="ListParagraph"/>
      </w:pPr>
      <w:r>
        <w:rPr>
          <w:sz w:val="22"/>
        </w:rPr>
        <w:t>B. concrete jungle</w:t>
      </w:r>
    </w:p>
    <w:p>
      <w:pPr>
        <w:pStyle w:val="ListParagraph"/>
      </w:pPr>
      <w:r>
        <w:rPr>
          <w:sz w:val="22"/>
        </w:rPr>
        <w:t>C. rush hour</w:t>
      </w:r>
    </w:p>
    <w:p>
      <w:pPr>
        <w:pStyle w:val="ListParagraph"/>
      </w:pPr>
      <w:r>
        <w:rPr>
          <w:sz w:val="22"/>
        </w:rPr>
        <w:t>D. specialty</w:t>
      </w:r>
    </w:p>
    <w:p/>
    <w:p>
      <w:r>
        <w:rPr>
          <w:b/>
          <w:sz w:val="24"/>
        </w:rPr>
        <w:t>Câu 11: Workers must wear helmets at the ______.</w:t>
      </w:r>
    </w:p>
    <w:p>
      <w:pPr>
        <w:pStyle w:val="ListParagraph"/>
      </w:pPr>
      <w:r>
        <w:rPr>
          <w:sz w:val="22"/>
        </w:rPr>
        <w:t>A. metro</w:t>
      </w:r>
    </w:p>
    <w:p>
      <w:pPr>
        <w:pStyle w:val="ListParagraph"/>
      </w:pPr>
      <w:r>
        <w:rPr>
          <w:sz w:val="22"/>
        </w:rPr>
        <w:t>B. community</w:t>
      </w:r>
    </w:p>
    <w:p>
      <w:pPr>
        <w:pStyle w:val="ListParagraph"/>
      </w:pPr>
      <w:r>
        <w:rPr>
          <w:sz w:val="22"/>
        </w:rPr>
        <w:t>C. construction site</w:t>
      </w:r>
    </w:p>
    <w:p>
      <w:pPr>
        <w:pStyle w:val="ListParagraph"/>
      </w:pPr>
      <w:r>
        <w:rPr>
          <w:sz w:val="22"/>
        </w:rPr>
        <w:t>D. pottery</w:t>
      </w:r>
    </w:p>
    <w:p/>
    <w:p>
      <w:r>
        <w:rPr>
          <w:b/>
          <w:sz w:val="24"/>
        </w:rPr>
        <w:t>Câu 12: My wool sweater makes my skin ______.</w:t>
      </w:r>
    </w:p>
    <w:p>
      <w:pPr>
        <w:pStyle w:val="ListParagraph"/>
      </w:pPr>
      <w:r>
        <w:rPr>
          <w:sz w:val="22"/>
        </w:rPr>
        <w:t>A. livable</w:t>
      </w:r>
    </w:p>
    <w:p>
      <w:pPr>
        <w:pStyle w:val="ListParagraph"/>
      </w:pPr>
      <w:r>
        <w:rPr>
          <w:sz w:val="22"/>
        </w:rPr>
        <w:t>B. downtown</w:t>
      </w:r>
    </w:p>
    <w:p>
      <w:pPr>
        <w:pStyle w:val="ListParagraph"/>
      </w:pPr>
      <w:r>
        <w:rPr>
          <w:sz w:val="22"/>
        </w:rPr>
        <w:t>C. preserved</w:t>
      </w:r>
    </w:p>
    <w:p>
      <w:pPr>
        <w:pStyle w:val="ListParagraph"/>
      </w:pPr>
      <w:r>
        <w:rPr>
          <w:sz w:val="22"/>
        </w:rPr>
        <w:t>D. itchy</w:t>
      </w:r>
    </w:p>
    <w:p/>
    <w:p>
      <w:r>
        <w:rPr>
          <w:b/>
          <w:sz w:val="24"/>
        </w:rPr>
        <w:t>Câu 13: The ______ is a fast way to travel around the city.</w:t>
      </w:r>
    </w:p>
    <w:p>
      <w:pPr>
        <w:pStyle w:val="ListParagraph"/>
      </w:pPr>
      <w:r>
        <w:rPr>
          <w:sz w:val="22"/>
        </w:rPr>
        <w:t>A. metro</w:t>
      </w:r>
    </w:p>
    <w:p>
      <w:pPr>
        <w:pStyle w:val="ListParagraph"/>
      </w:pPr>
      <w:r>
        <w:rPr>
          <w:sz w:val="22"/>
        </w:rPr>
        <w:t>B. crime</w:t>
      </w:r>
    </w:p>
    <w:p>
      <w:pPr>
        <w:pStyle w:val="ListParagraph"/>
      </w:pPr>
      <w:r>
        <w:rPr>
          <w:sz w:val="22"/>
        </w:rPr>
        <w:t>C. pottery</w:t>
      </w:r>
    </w:p>
    <w:p>
      <w:pPr>
        <w:pStyle w:val="ListParagraph"/>
      </w:pPr>
      <w:r>
        <w:rPr>
          <w:sz w:val="22"/>
        </w:rPr>
        <w:t>D. specialty</w:t>
      </w:r>
    </w:p>
    <w:p/>
    <w:p>
      <w:r>
        <w:rPr>
          <w:b/>
          <w:sz w:val="24"/>
        </w:rPr>
        <w:t>Câu 14: The traffic is terrible during ______.</w:t>
      </w:r>
    </w:p>
    <w:p>
      <w:pPr>
        <w:pStyle w:val="ListParagraph"/>
      </w:pPr>
      <w:r>
        <w:rPr>
          <w:sz w:val="22"/>
        </w:rPr>
        <w:t>A. craft village</w:t>
      </w:r>
    </w:p>
    <w:p>
      <w:pPr>
        <w:pStyle w:val="ListParagraph"/>
      </w:pPr>
      <w:r>
        <w:rPr>
          <w:sz w:val="22"/>
        </w:rPr>
        <w:t>B. rush hour</w:t>
      </w:r>
    </w:p>
    <w:p>
      <w:pPr>
        <w:pStyle w:val="ListParagraph"/>
      </w:pPr>
      <w:r>
        <w:rPr>
          <w:sz w:val="22"/>
        </w:rPr>
        <w:t>C. community</w:t>
      </w:r>
    </w:p>
    <w:p>
      <w:pPr>
        <w:pStyle w:val="ListParagraph"/>
      </w:pPr>
      <w:r>
        <w:rPr>
          <w:sz w:val="22"/>
        </w:rPr>
        <w:t>D. construction site</w:t>
      </w:r>
    </w:p>
    <w:p/>
    <w:p>
      <w:r>
        <w:rPr>
          <w:b/>
          <w:sz w:val="24"/>
        </w:rPr>
        <w:t>Câu 15: Police work hard to reduce ______ in the city.</w:t>
      </w:r>
    </w:p>
    <w:p>
      <w:pPr>
        <w:pStyle w:val="ListParagraph"/>
      </w:pPr>
      <w:r>
        <w:rPr>
          <w:sz w:val="22"/>
        </w:rPr>
        <w:t>A. pottery</w:t>
      </w:r>
    </w:p>
    <w:p>
      <w:pPr>
        <w:pStyle w:val="ListParagraph"/>
      </w:pPr>
      <w:r>
        <w:rPr>
          <w:sz w:val="22"/>
        </w:rPr>
        <w:t>B. metro</w:t>
      </w:r>
    </w:p>
    <w:p>
      <w:pPr>
        <w:pStyle w:val="ListParagraph"/>
      </w:pPr>
      <w:r>
        <w:rPr>
          <w:sz w:val="22"/>
        </w:rPr>
        <w:t>C. crime</w:t>
      </w:r>
    </w:p>
    <w:p>
      <w:pPr>
        <w:pStyle w:val="ListParagraph"/>
      </w:pPr>
      <w:r>
        <w:rPr>
          <w:sz w:val="22"/>
        </w:rPr>
        <w:t>D. downtown</w:t>
      </w:r>
    </w:p>
    <w:p/>
    <w:p>
      <w:r>
        <w:rPr>
          <w:b/>
          <w:sz w:val="24"/>
        </w:rPr>
        <w:t>Câu 16: Please ______ your shoes before entering the house.</w:t>
      </w:r>
    </w:p>
    <w:p>
      <w:pPr>
        <w:pStyle w:val="ListParagraph"/>
      </w:pPr>
      <w:r>
        <w:rPr>
          <w:sz w:val="22"/>
        </w:rPr>
        <w:t>A. take on</w:t>
      </w:r>
    </w:p>
    <w:p>
      <w:pPr>
        <w:pStyle w:val="ListParagraph"/>
      </w:pPr>
      <w:r>
        <w:rPr>
          <w:sz w:val="22"/>
        </w:rPr>
        <w:t>B. take up</w:t>
      </w:r>
    </w:p>
    <w:p>
      <w:pPr>
        <w:pStyle w:val="ListParagraph"/>
      </w:pPr>
      <w:r>
        <w:rPr>
          <w:sz w:val="22"/>
        </w:rPr>
        <w:t>C. take after</w:t>
      </w:r>
    </w:p>
    <w:p>
      <w:pPr>
        <w:pStyle w:val="ListParagraph"/>
      </w:pPr>
      <w:r>
        <w:rPr>
          <w:sz w:val="22"/>
        </w:rPr>
        <w:t>D. take off</w:t>
      </w:r>
    </w:p>
    <w:p/>
    <w:p>
      <w:r>
        <w:rPr>
          <w:b/>
          <w:sz w:val="24"/>
        </w:rPr>
        <w:t>Câu 17: I need to ______ my younger sister while my parents are away.</w:t>
      </w:r>
    </w:p>
    <w:p>
      <w:pPr>
        <w:pStyle w:val="ListParagraph"/>
      </w:pPr>
      <w:r>
        <w:rPr>
          <w:sz w:val="22"/>
        </w:rPr>
        <w:t>A. look after</w:t>
      </w:r>
    </w:p>
    <w:p>
      <w:pPr>
        <w:pStyle w:val="ListParagraph"/>
      </w:pPr>
      <w:r>
        <w:rPr>
          <w:sz w:val="22"/>
        </w:rPr>
        <w:t>B. look for</w:t>
      </w:r>
    </w:p>
    <w:p>
      <w:pPr>
        <w:pStyle w:val="ListParagraph"/>
      </w:pPr>
      <w:r>
        <w:rPr>
          <w:sz w:val="22"/>
        </w:rPr>
        <w:t>C. look up</w:t>
      </w:r>
    </w:p>
    <w:p>
      <w:pPr>
        <w:pStyle w:val="ListParagraph"/>
      </w:pPr>
      <w:r>
        <w:rPr>
          <w:sz w:val="22"/>
        </w:rPr>
        <w:t>D. look forward to</w:t>
      </w:r>
    </w:p>
    <w:p/>
    <w:p>
      <w:r>
        <w:rPr>
          <w:b/>
          <w:sz w:val="24"/>
        </w:rPr>
        <w:t>Câu 18: They decided to ______ the meeting until next Friday.</w:t>
      </w:r>
    </w:p>
    <w:p>
      <w:pPr>
        <w:pStyle w:val="ListParagraph"/>
      </w:pPr>
      <w:r>
        <w:rPr>
          <w:sz w:val="22"/>
        </w:rPr>
        <w:t>A. put on</w:t>
      </w:r>
    </w:p>
    <w:p>
      <w:pPr>
        <w:pStyle w:val="ListParagraph"/>
      </w:pPr>
      <w:r>
        <w:rPr>
          <w:sz w:val="22"/>
        </w:rPr>
        <w:t>B. put off</w:t>
      </w:r>
    </w:p>
    <w:p>
      <w:pPr>
        <w:pStyle w:val="ListParagraph"/>
      </w:pPr>
      <w:r>
        <w:rPr>
          <w:sz w:val="22"/>
        </w:rPr>
        <w:t>C. put out</w:t>
      </w:r>
    </w:p>
    <w:p>
      <w:pPr>
        <w:pStyle w:val="ListParagraph"/>
      </w:pPr>
      <w:r>
        <w:rPr>
          <w:sz w:val="22"/>
        </w:rPr>
        <w:t>D. put up</w:t>
      </w:r>
    </w:p>
    <w:p/>
    <w:p>
      <w:r>
        <w:rPr>
          <w:b/>
          <w:sz w:val="24"/>
        </w:rPr>
        <w:t>Câu 19: He ______ smoking last year.</w:t>
      </w:r>
    </w:p>
    <w:p>
      <w:pPr>
        <w:pStyle w:val="ListParagraph"/>
      </w:pPr>
      <w:r>
        <w:rPr>
          <w:sz w:val="22"/>
        </w:rPr>
        <w:t>A. gave out</w:t>
      </w:r>
    </w:p>
    <w:p>
      <w:pPr>
        <w:pStyle w:val="ListParagraph"/>
      </w:pPr>
      <w:r>
        <w:rPr>
          <w:sz w:val="22"/>
        </w:rPr>
        <w:t>B. gave in</w:t>
      </w:r>
    </w:p>
    <w:p>
      <w:pPr>
        <w:pStyle w:val="ListParagraph"/>
      </w:pPr>
      <w:r>
        <w:rPr>
          <w:sz w:val="22"/>
        </w:rPr>
        <w:t>C. gave up</w:t>
      </w:r>
    </w:p>
    <w:p>
      <w:pPr>
        <w:pStyle w:val="ListParagraph"/>
      </w:pPr>
      <w:r>
        <w:rPr>
          <w:sz w:val="22"/>
        </w:rPr>
        <w:t>D. gave away</w:t>
      </w:r>
    </w:p>
    <w:p/>
    <w:p>
      <w:r>
        <w:rPr>
          <w:b/>
          <w:sz w:val="24"/>
        </w:rPr>
        <w:t>Câu 20: Can you ______ the light? It's dark.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turn down</w:t>
      </w:r>
    </w:p>
    <w:p>
      <w:pPr>
        <w:pStyle w:val="ListParagraph"/>
      </w:pPr>
      <w:r>
        <w:rPr>
          <w:sz w:val="22"/>
        </w:rPr>
        <w:t>C. turn up</w:t>
      </w:r>
    </w:p>
    <w:p>
      <w:pPr>
        <w:pStyle w:val="ListParagraph"/>
      </w:pPr>
      <w:r>
        <w:rPr>
          <w:sz w:val="22"/>
        </w:rPr>
        <w:t>D. turn on</w:t>
      </w:r>
    </w:p>
    <w:p/>
    <w:p>
      <w:r>
        <w:rPr>
          <w:b/>
          <w:sz w:val="24"/>
        </w:rPr>
        <w:t>Câu 21: I ______ an old friend at the supermarket yesterday.</w:t>
      </w:r>
    </w:p>
    <w:p>
      <w:pPr>
        <w:pStyle w:val="ListParagraph"/>
      </w:pPr>
      <w:r>
        <w:rPr>
          <w:sz w:val="22"/>
        </w:rPr>
        <w:t>A. ran into</w:t>
      </w:r>
    </w:p>
    <w:p>
      <w:pPr>
        <w:pStyle w:val="ListParagraph"/>
      </w:pPr>
      <w:r>
        <w:rPr>
          <w:sz w:val="22"/>
        </w:rPr>
        <w:t>B. ran out of</w:t>
      </w:r>
    </w:p>
    <w:p>
      <w:pPr>
        <w:pStyle w:val="ListParagraph"/>
      </w:pPr>
      <w:r>
        <w:rPr>
          <w:sz w:val="22"/>
        </w:rPr>
        <w:t>C. ran over</w:t>
      </w:r>
    </w:p>
    <w:p>
      <w:pPr>
        <w:pStyle w:val="ListParagraph"/>
      </w:pPr>
      <w:r>
        <w:rPr>
          <w:sz w:val="22"/>
        </w:rPr>
        <w:t>D. ran away</w:t>
      </w:r>
    </w:p>
    <w:p/>
    <w:p>
      <w:r>
        <w:rPr>
          <w:b/>
          <w:sz w:val="24"/>
        </w:rPr>
        <w:t>Câu 22: She ______ a great idea for the project.</w:t>
      </w:r>
    </w:p>
    <w:p>
      <w:pPr>
        <w:pStyle w:val="ListParagraph"/>
      </w:pPr>
      <w:r>
        <w:rPr>
          <w:sz w:val="22"/>
        </w:rPr>
        <w:t>A. came across</w:t>
      </w:r>
    </w:p>
    <w:p>
      <w:pPr>
        <w:pStyle w:val="ListParagraph"/>
      </w:pPr>
      <w:r>
        <w:rPr>
          <w:sz w:val="22"/>
        </w:rPr>
        <w:t>B. came up with</w:t>
      </w:r>
    </w:p>
    <w:p>
      <w:pPr>
        <w:pStyle w:val="ListParagraph"/>
      </w:pPr>
      <w:r>
        <w:rPr>
          <w:sz w:val="22"/>
        </w:rPr>
        <w:t>C. came down with</w:t>
      </w:r>
    </w:p>
    <w:p>
      <w:pPr>
        <w:pStyle w:val="ListParagraph"/>
      </w:pPr>
      <w:r>
        <w:rPr>
          <w:sz w:val="22"/>
        </w:rPr>
        <w:t>D. came over</w:t>
      </w:r>
    </w:p>
    <w:p/>
    <w:p>
      <w:r>
        <w:rPr>
          <w:b/>
          <w:sz w:val="24"/>
        </w:rPr>
        <w:t>Câu 23: We have ______ milk, so we need to buy some.</w:t>
      </w:r>
    </w:p>
    <w:p>
      <w:pPr>
        <w:pStyle w:val="ListParagraph"/>
      </w:pPr>
      <w:r>
        <w:rPr>
          <w:sz w:val="22"/>
        </w:rPr>
        <w:t>A. run into</w:t>
      </w:r>
    </w:p>
    <w:p>
      <w:pPr>
        <w:pStyle w:val="ListParagraph"/>
      </w:pPr>
      <w:r>
        <w:rPr>
          <w:sz w:val="22"/>
        </w:rPr>
        <w:t>B. run over</w:t>
      </w:r>
    </w:p>
    <w:p>
      <w:pPr>
        <w:pStyle w:val="ListParagraph"/>
      </w:pPr>
      <w:r>
        <w:rPr>
          <w:sz w:val="22"/>
        </w:rPr>
        <w:t>C. run out of</w:t>
      </w:r>
    </w:p>
    <w:p>
      <w:pPr>
        <w:pStyle w:val="ListParagraph"/>
      </w:pPr>
      <w:r>
        <w:rPr>
          <w:sz w:val="22"/>
        </w:rPr>
        <w:t>D. run after</w:t>
      </w:r>
    </w:p>
    <w:p/>
    <w:p>
      <w:r>
        <w:rPr>
          <w:b/>
          <w:sz w:val="24"/>
        </w:rPr>
        <w:t>Câu 24: I don't know ______ to solve this math problem.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where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25: Could you tell me ______ to do next?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who</w:t>
      </w:r>
    </w:p>
    <w:p>
      <w:pPr>
        <w:pStyle w:val="ListParagraph"/>
      </w:pPr>
      <w:r>
        <w:rPr>
          <w:sz w:val="22"/>
        </w:rPr>
        <w:t>C. where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26: She asked ______ to invite to the party.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who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27: I can't decide ______ to choose for the presentation.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where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28: They didn't know ______ to go for their holiday.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rPr>
          <w:b/>
          <w:sz w:val="24"/>
        </w:rPr>
        <w:t>Câu 29: He showed me ______ to use the new machine.</w:t>
      </w:r>
    </w:p>
    <w:p>
      <w:pPr>
        <w:pStyle w:val="ListParagraph"/>
      </w:pPr>
      <w:r>
        <w:rPr>
          <w:sz w:val="22"/>
        </w:rPr>
        <w:t>A. how</w:t>
      </w:r>
    </w:p>
    <w:p>
      <w:pPr>
        <w:pStyle w:val="ListParagraph"/>
      </w:pPr>
      <w:r>
        <w:rPr>
          <w:sz w:val="22"/>
        </w:rPr>
        <w:t>B. who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rPr>
          <w:b/>
          <w:sz w:val="24"/>
        </w:rPr>
        <w:t>Câu 30: We need to choose ______ to do next.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how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