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bài tập ngữ âm anh 6 global sucess từ uni...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Which word has the underlined 'a' pronounced differently from the others?</w:t>
      </w:r>
    </w:p>
    <w:p>
      <w:pPr>
        <w:pStyle w:val="ListParagraph"/>
      </w:pPr>
      <w:r>
        <w:rPr>
          <w:sz w:val="22"/>
        </w:rPr>
        <w:t>A. cat</w:t>
      </w:r>
    </w:p>
    <w:p>
      <w:pPr>
        <w:pStyle w:val="ListParagraph"/>
      </w:pPr>
      <w:r>
        <w:rPr>
          <w:sz w:val="22"/>
        </w:rPr>
        <w:t>B. father</w:t>
      </w:r>
    </w:p>
    <w:p>
      <w:pPr>
        <w:pStyle w:val="ListParagraph"/>
      </w:pPr>
      <w:r>
        <w:rPr>
          <w:sz w:val="22"/>
        </w:rPr>
        <w:t>C. man</w:t>
      </w:r>
    </w:p>
    <w:p>
      <w:pPr>
        <w:pStyle w:val="ListParagraph"/>
      </w:pPr>
      <w:r>
        <w:rPr>
          <w:sz w:val="22"/>
        </w:rPr>
        <w:t>D. bag</w:t>
      </w:r>
    </w:p>
    <w:p/>
    <w:p>
      <w:r>
        <w:rPr>
          <w:b/>
          <w:sz w:val="24"/>
        </w:rPr>
        <w:t>Câu 2: Which word has the underlined 'o' pronounced differently from the others?</w:t>
      </w:r>
    </w:p>
    <w:p>
      <w:pPr>
        <w:pStyle w:val="ListParagraph"/>
      </w:pPr>
      <w:r>
        <w:rPr>
          <w:sz w:val="22"/>
        </w:rPr>
        <w:t>A. home</w:t>
      </w:r>
    </w:p>
    <w:p>
      <w:pPr>
        <w:pStyle w:val="ListParagraph"/>
      </w:pPr>
      <w:r>
        <w:rPr>
          <w:sz w:val="22"/>
        </w:rPr>
        <w:t>B. go</w:t>
      </w:r>
    </w:p>
    <w:p>
      <w:pPr>
        <w:pStyle w:val="ListParagraph"/>
      </w:pPr>
      <w:r>
        <w:rPr>
          <w:sz w:val="22"/>
        </w:rPr>
        <w:t>C. hot</w:t>
      </w:r>
    </w:p>
    <w:p>
      <w:pPr>
        <w:pStyle w:val="ListParagraph"/>
      </w:pPr>
      <w:r>
        <w:rPr>
          <w:sz w:val="22"/>
        </w:rPr>
        <w:t>D. phone</w:t>
      </w:r>
    </w:p>
    <w:p/>
    <w:p>
      <w:r>
        <w:rPr>
          <w:b/>
          <w:sz w:val="24"/>
        </w:rPr>
        <w:t>Câu 3: Which word has the underlined 'u' pronounced differently from the others?</w:t>
      </w:r>
    </w:p>
    <w:p>
      <w:pPr>
        <w:pStyle w:val="ListParagraph"/>
      </w:pPr>
      <w:r>
        <w:rPr>
          <w:sz w:val="22"/>
        </w:rPr>
        <w:t>A. bus</w:t>
      </w:r>
    </w:p>
    <w:p>
      <w:pPr>
        <w:pStyle w:val="ListParagraph"/>
      </w:pPr>
      <w:r>
        <w:rPr>
          <w:sz w:val="22"/>
        </w:rPr>
        <w:t>B. cup</w:t>
      </w:r>
    </w:p>
    <w:p>
      <w:pPr>
        <w:pStyle w:val="ListParagraph"/>
      </w:pPr>
      <w:r>
        <w:rPr>
          <w:sz w:val="22"/>
        </w:rPr>
        <w:t>C. lunch</w:t>
      </w:r>
    </w:p>
    <w:p>
      <w:pPr>
        <w:pStyle w:val="ListParagraph"/>
      </w:pPr>
      <w:r>
        <w:rPr>
          <w:sz w:val="22"/>
        </w:rPr>
        <w:t>D. music</w:t>
      </w:r>
    </w:p>
    <w:p/>
    <w:p>
      <w:r>
        <w:rPr>
          <w:b/>
          <w:sz w:val="24"/>
        </w:rPr>
        <w:t>Câu 4: Which word has the underlined 'i' pronounced differently from the others?</w:t>
      </w:r>
    </w:p>
    <w:p>
      <w:pPr>
        <w:pStyle w:val="ListParagraph"/>
      </w:pPr>
      <w:r>
        <w:rPr>
          <w:sz w:val="22"/>
        </w:rPr>
        <w:t>A. hi</w:t>
      </w:r>
    </w:p>
    <w:p>
      <w:pPr>
        <w:pStyle w:val="ListParagraph"/>
      </w:pPr>
      <w:r>
        <w:rPr>
          <w:sz w:val="22"/>
        </w:rPr>
        <w:t>B. like</w:t>
      </w:r>
    </w:p>
    <w:p>
      <w:pPr>
        <w:pStyle w:val="ListParagraph"/>
      </w:pPr>
      <w:r>
        <w:rPr>
          <w:sz w:val="22"/>
        </w:rPr>
        <w:t>C. big</w:t>
      </w:r>
    </w:p>
    <w:p>
      <w:pPr>
        <w:pStyle w:val="ListParagraph"/>
      </w:pPr>
      <w:r>
        <w:rPr>
          <w:sz w:val="22"/>
        </w:rPr>
        <w:t>D. five</w:t>
      </w:r>
    </w:p>
    <w:p/>
    <w:p>
      <w:r>
        <w:rPr>
          <w:b/>
          <w:sz w:val="24"/>
        </w:rPr>
        <w:t>Câu 5: Which word has the underlined 'e' pronounced differently from the others?</w:t>
      </w:r>
    </w:p>
    <w:p>
      <w:pPr>
        <w:pStyle w:val="ListParagraph"/>
      </w:pPr>
      <w:r>
        <w:rPr>
          <w:sz w:val="22"/>
        </w:rPr>
        <w:t>A. bed</w:t>
      </w:r>
    </w:p>
    <w:p>
      <w:pPr>
        <w:pStyle w:val="ListParagraph"/>
      </w:pPr>
      <w:r>
        <w:rPr>
          <w:sz w:val="22"/>
        </w:rPr>
        <w:t>B. pen</w:t>
      </w:r>
    </w:p>
    <w:p>
      <w:pPr>
        <w:pStyle w:val="ListParagraph"/>
      </w:pPr>
      <w:r>
        <w:rPr>
          <w:sz w:val="22"/>
        </w:rPr>
        <w:t>C. red</w:t>
      </w:r>
    </w:p>
    <w:p>
      <w:pPr>
        <w:pStyle w:val="ListParagraph"/>
      </w:pPr>
      <w:r>
        <w:rPr>
          <w:sz w:val="22"/>
        </w:rPr>
        <w:t>D. he</w:t>
      </w:r>
    </w:p>
    <w:p/>
    <w:p>
      <w:r>
        <w:rPr>
          <w:b/>
          <w:sz w:val="24"/>
        </w:rPr>
        <w:t>Câu 6: Which word has the underlined 'th' pronounced differently from the others?</w:t>
      </w:r>
    </w:p>
    <w:p>
      <w:pPr>
        <w:pStyle w:val="ListParagraph"/>
      </w:pPr>
      <w:r>
        <w:rPr>
          <w:sz w:val="22"/>
        </w:rPr>
        <w:t>A. this</w:t>
      </w:r>
    </w:p>
    <w:p>
      <w:pPr>
        <w:pStyle w:val="ListParagraph"/>
      </w:pPr>
      <w:r>
        <w:rPr>
          <w:sz w:val="22"/>
        </w:rPr>
        <w:t>B. that</w:t>
      </w:r>
    </w:p>
    <w:p>
      <w:pPr>
        <w:pStyle w:val="ListParagraph"/>
      </w:pPr>
      <w:r>
        <w:rPr>
          <w:sz w:val="22"/>
        </w:rPr>
        <w:t>C. three</w:t>
      </w:r>
    </w:p>
    <w:p>
      <w:pPr>
        <w:pStyle w:val="ListParagraph"/>
      </w:pPr>
      <w:r>
        <w:rPr>
          <w:sz w:val="22"/>
        </w:rPr>
        <w:t>D. mother</w:t>
      </w:r>
    </w:p>
    <w:p/>
    <w:p>
      <w:r>
        <w:rPr>
          <w:b/>
          <w:sz w:val="24"/>
        </w:rPr>
        <w:t>Câu 7: Which word has the underlined 's' pronounced differently from the others?</w:t>
      </w:r>
    </w:p>
    <w:p>
      <w:pPr>
        <w:pStyle w:val="ListParagraph"/>
      </w:pPr>
      <w:r>
        <w:rPr>
          <w:sz w:val="22"/>
        </w:rPr>
        <w:t>A. sugar</w:t>
      </w:r>
    </w:p>
    <w:p>
      <w:pPr>
        <w:pStyle w:val="ListParagraph"/>
      </w:pPr>
      <w:r>
        <w:rPr>
          <w:sz w:val="22"/>
        </w:rPr>
        <w:t>B. sister</w:t>
      </w:r>
    </w:p>
    <w:p>
      <w:pPr>
        <w:pStyle w:val="ListParagraph"/>
      </w:pPr>
      <w:r>
        <w:rPr>
          <w:sz w:val="22"/>
        </w:rPr>
        <w:t>C. see</w:t>
      </w:r>
    </w:p>
    <w:p>
      <w:pPr>
        <w:pStyle w:val="ListParagraph"/>
      </w:pPr>
      <w:r>
        <w:rPr>
          <w:sz w:val="22"/>
        </w:rPr>
        <w:t>D. school</w:t>
      </w:r>
    </w:p>
    <w:p/>
    <w:p>
      <w:r>
        <w:rPr>
          <w:b/>
          <w:sz w:val="24"/>
        </w:rPr>
        <w:t>Câu 8: Which word has the underlined 'c' pronounced differently from the others?</w:t>
      </w:r>
    </w:p>
    <w:p>
      <w:pPr>
        <w:pStyle w:val="ListParagraph"/>
      </w:pPr>
      <w:r>
        <w:rPr>
          <w:sz w:val="22"/>
        </w:rPr>
        <w:t>A. city</w:t>
      </w:r>
    </w:p>
    <w:p>
      <w:pPr>
        <w:pStyle w:val="ListParagraph"/>
      </w:pPr>
      <w:r>
        <w:rPr>
          <w:sz w:val="22"/>
        </w:rPr>
        <w:t>B. class</w:t>
      </w:r>
    </w:p>
    <w:p>
      <w:pPr>
        <w:pStyle w:val="ListParagraph"/>
      </w:pPr>
      <w:r>
        <w:rPr>
          <w:sz w:val="22"/>
        </w:rPr>
        <w:t>C. cat</w:t>
      </w:r>
    </w:p>
    <w:p>
      <w:pPr>
        <w:pStyle w:val="ListParagraph"/>
      </w:pPr>
      <w:r>
        <w:rPr>
          <w:sz w:val="22"/>
        </w:rPr>
        <w:t>D. come</w:t>
      </w:r>
    </w:p>
    <w:p/>
    <w:p>
      <w:r>
        <w:rPr>
          <w:b/>
          <w:sz w:val="24"/>
        </w:rPr>
        <w:t>Câu 9: Which word has the underlined 'g' pronounced differently from the others?</w:t>
      </w:r>
    </w:p>
    <w:p>
      <w:pPr>
        <w:pStyle w:val="ListParagraph"/>
      </w:pPr>
      <w:r>
        <w:rPr>
          <w:sz w:val="22"/>
        </w:rPr>
        <w:t>A. girl</w:t>
      </w:r>
    </w:p>
    <w:p>
      <w:pPr>
        <w:pStyle w:val="ListParagraph"/>
      </w:pPr>
      <w:r>
        <w:rPr>
          <w:sz w:val="22"/>
        </w:rPr>
        <w:t>B. green</w:t>
      </w:r>
    </w:p>
    <w:p>
      <w:pPr>
        <w:pStyle w:val="ListParagraph"/>
      </w:pPr>
      <w:r>
        <w:rPr>
          <w:sz w:val="22"/>
        </w:rPr>
        <w:t>C. large</w:t>
      </w:r>
    </w:p>
    <w:p>
      <w:pPr>
        <w:pStyle w:val="ListParagraph"/>
      </w:pPr>
      <w:r>
        <w:rPr>
          <w:sz w:val="22"/>
        </w:rPr>
        <w:t>D. big</w:t>
      </w:r>
    </w:p>
    <w:p/>
    <w:p>
      <w:r>
        <w:rPr>
          <w:b/>
          <w:sz w:val="24"/>
        </w:rPr>
        <w:t>Câu 10: Which word has the underlined 'ch' pronounced differently from the others?</w:t>
      </w:r>
    </w:p>
    <w:p>
      <w:pPr>
        <w:pStyle w:val="ListParagraph"/>
      </w:pPr>
      <w:r>
        <w:rPr>
          <w:sz w:val="22"/>
        </w:rPr>
        <w:t>A. chair</w:t>
      </w:r>
    </w:p>
    <w:p>
      <w:pPr>
        <w:pStyle w:val="ListParagraph"/>
      </w:pPr>
      <w:r>
        <w:rPr>
          <w:sz w:val="22"/>
        </w:rPr>
        <w:t>B. watch</w:t>
      </w:r>
    </w:p>
    <w:p>
      <w:pPr>
        <w:pStyle w:val="ListParagraph"/>
      </w:pPr>
      <w:r>
        <w:rPr>
          <w:sz w:val="22"/>
        </w:rPr>
        <w:t>C. school</w:t>
      </w:r>
    </w:p>
    <w:p>
      <w:pPr>
        <w:pStyle w:val="ListParagraph"/>
      </w:pPr>
      <w:r>
        <w:rPr>
          <w:sz w:val="22"/>
        </w:rPr>
        <w:t>D. teacher</w:t>
      </w:r>
    </w:p>
    <w:p/>
    <w:p>
      <w:r>
        <w:rPr>
          <w:b/>
          <w:sz w:val="24"/>
        </w:rPr>
        <w:t>Câu 11: Which word has the underlined 'oo' pronounced differently from the others?</w:t>
      </w:r>
    </w:p>
    <w:p>
      <w:pPr>
        <w:pStyle w:val="ListParagraph"/>
      </w:pPr>
      <w:r>
        <w:rPr>
          <w:sz w:val="22"/>
        </w:rPr>
        <w:t>A. book</w:t>
      </w:r>
    </w:p>
    <w:p>
      <w:pPr>
        <w:pStyle w:val="ListParagraph"/>
      </w:pPr>
      <w:r>
        <w:rPr>
          <w:sz w:val="22"/>
        </w:rPr>
        <w:t>B. cook</w:t>
      </w:r>
    </w:p>
    <w:p>
      <w:pPr>
        <w:pStyle w:val="ListParagraph"/>
      </w:pPr>
      <w:r>
        <w:rPr>
          <w:sz w:val="22"/>
        </w:rPr>
        <w:t>C. food</w:t>
      </w:r>
    </w:p>
    <w:p>
      <w:pPr>
        <w:pStyle w:val="ListParagraph"/>
      </w:pPr>
      <w:r>
        <w:rPr>
          <w:sz w:val="22"/>
        </w:rPr>
        <w:t>D. look</w:t>
      </w:r>
    </w:p>
    <w:p/>
    <w:p>
      <w:r>
        <w:rPr>
          <w:b/>
          <w:sz w:val="24"/>
        </w:rPr>
        <w:t>Câu 12: Which word has the underlined 'ea' pronounced differently from the others?</w:t>
      </w:r>
    </w:p>
    <w:p>
      <w:pPr>
        <w:pStyle w:val="ListParagraph"/>
      </w:pPr>
      <w:r>
        <w:rPr>
          <w:sz w:val="22"/>
        </w:rPr>
        <w:t>A. head</w:t>
      </w:r>
    </w:p>
    <w:p>
      <w:pPr>
        <w:pStyle w:val="ListParagraph"/>
      </w:pPr>
      <w:r>
        <w:rPr>
          <w:sz w:val="22"/>
        </w:rPr>
        <w:t>B. read</w:t>
      </w:r>
    </w:p>
    <w:p>
      <w:pPr>
        <w:pStyle w:val="ListParagraph"/>
      </w:pPr>
      <w:r>
        <w:rPr>
          <w:sz w:val="22"/>
        </w:rPr>
        <w:t>C. meat</w:t>
      </w:r>
    </w:p>
    <w:p>
      <w:pPr>
        <w:pStyle w:val="ListParagraph"/>
      </w:pPr>
      <w:r>
        <w:rPr>
          <w:sz w:val="22"/>
        </w:rPr>
        <w:t>D. hear</w:t>
      </w:r>
    </w:p>
    <w:p/>
    <w:p>
      <w:r>
        <w:rPr>
          <w:b/>
          <w:sz w:val="24"/>
        </w:rPr>
        <w:t>Câu 13: Which word has the underlined 'ou' pronounced differently from the others?</w:t>
      </w:r>
    </w:p>
    <w:p>
      <w:pPr>
        <w:pStyle w:val="ListParagraph"/>
      </w:pPr>
      <w:r>
        <w:rPr>
          <w:sz w:val="22"/>
        </w:rPr>
        <w:t>A. about</w:t>
      </w:r>
    </w:p>
    <w:p>
      <w:pPr>
        <w:pStyle w:val="ListParagraph"/>
      </w:pPr>
      <w:r>
        <w:rPr>
          <w:sz w:val="22"/>
        </w:rPr>
        <w:t>B. house</w:t>
      </w:r>
    </w:p>
    <w:p>
      <w:pPr>
        <w:pStyle w:val="ListParagraph"/>
      </w:pPr>
      <w:r>
        <w:rPr>
          <w:sz w:val="22"/>
        </w:rPr>
        <w:t>C. you</w:t>
      </w:r>
    </w:p>
    <w:p>
      <w:pPr>
        <w:pStyle w:val="ListParagraph"/>
      </w:pPr>
      <w:r>
        <w:rPr>
          <w:sz w:val="22"/>
        </w:rPr>
        <w:t>D. loud</w:t>
      </w:r>
    </w:p>
    <w:p/>
    <w:p>
      <w:r>
        <w:rPr>
          <w:b/>
          <w:sz w:val="24"/>
        </w:rPr>
        <w:t>Câu 14: Which word has the underlined 'ow' pronounced differently from the others?</w:t>
      </w:r>
    </w:p>
    <w:p>
      <w:pPr>
        <w:pStyle w:val="ListParagraph"/>
      </w:pPr>
      <w:r>
        <w:rPr>
          <w:sz w:val="22"/>
        </w:rPr>
        <w:t>A. now</w:t>
      </w:r>
    </w:p>
    <w:p>
      <w:pPr>
        <w:pStyle w:val="ListParagraph"/>
      </w:pPr>
      <w:r>
        <w:rPr>
          <w:sz w:val="22"/>
        </w:rPr>
        <w:t>B. how</w:t>
      </w:r>
    </w:p>
    <w:p>
      <w:pPr>
        <w:pStyle w:val="ListParagraph"/>
      </w:pPr>
      <w:r>
        <w:rPr>
          <w:sz w:val="22"/>
        </w:rPr>
        <w:t>C. brown</w:t>
      </w:r>
    </w:p>
    <w:p>
      <w:pPr>
        <w:pStyle w:val="ListParagraph"/>
      </w:pPr>
      <w:r>
        <w:rPr>
          <w:sz w:val="22"/>
        </w:rPr>
        <w:t>D. snow</w:t>
      </w:r>
    </w:p>
    <w:p/>
    <w:p>
      <w:r>
        <w:rPr>
          <w:b/>
          <w:sz w:val="24"/>
        </w:rPr>
        <w:t>Câu 15: Which word has the underlined 'er' pronounced differently from the others?</w:t>
      </w:r>
    </w:p>
    <w:p>
      <w:pPr>
        <w:pStyle w:val="ListParagraph"/>
      </w:pPr>
      <w:r>
        <w:rPr>
          <w:sz w:val="22"/>
        </w:rPr>
        <w:t>A. teacher</w:t>
      </w:r>
    </w:p>
    <w:p>
      <w:pPr>
        <w:pStyle w:val="ListParagraph"/>
      </w:pPr>
      <w:r>
        <w:rPr>
          <w:sz w:val="22"/>
        </w:rPr>
        <w:t>B. sister</w:t>
      </w:r>
    </w:p>
    <w:p>
      <w:pPr>
        <w:pStyle w:val="ListParagraph"/>
      </w:pPr>
      <w:r>
        <w:rPr>
          <w:sz w:val="22"/>
        </w:rPr>
        <w:t>C. mother</w:t>
      </w:r>
    </w:p>
    <w:p>
      <w:pPr>
        <w:pStyle w:val="ListParagraph"/>
      </w:pPr>
      <w:r>
        <w:rPr>
          <w:sz w:val="22"/>
        </w:rPr>
        <w:t>D. her</w:t>
      </w:r>
    </w:p>
    <w:p/>
    <w:p>
      <w:r>
        <w:rPr>
          <w:b/>
          <w:sz w:val="24"/>
        </w:rPr>
        <w:t>Câu 16: Which word has the underlined 'or' pronounced differently from the others?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morning</w:t>
      </w:r>
    </w:p>
    <w:p>
      <w:pPr>
        <w:pStyle w:val="ListParagraph"/>
      </w:pPr>
      <w:r>
        <w:rPr>
          <w:sz w:val="22"/>
        </w:rPr>
        <w:t>C. world</w:t>
      </w:r>
    </w:p>
    <w:p>
      <w:pPr>
        <w:pStyle w:val="ListParagraph"/>
      </w:pPr>
      <w:r>
        <w:rPr>
          <w:sz w:val="22"/>
        </w:rPr>
        <w:t>D. horse</w:t>
      </w:r>
    </w:p>
    <w:p/>
    <w:p>
      <w:r>
        <w:rPr>
          <w:b/>
          <w:sz w:val="24"/>
        </w:rPr>
        <w:t>Câu 17: Which word has the underlined 'ear' pronounced differently from the others?</w:t>
      </w:r>
    </w:p>
    <w:p>
      <w:pPr>
        <w:pStyle w:val="ListParagraph"/>
      </w:pPr>
      <w:r>
        <w:rPr>
          <w:sz w:val="22"/>
        </w:rPr>
        <w:t>A. ear</w:t>
      </w:r>
    </w:p>
    <w:p>
      <w:pPr>
        <w:pStyle w:val="ListParagraph"/>
      </w:pPr>
      <w:r>
        <w:rPr>
          <w:sz w:val="22"/>
        </w:rPr>
        <w:t>B. hear</w:t>
      </w:r>
    </w:p>
    <w:p>
      <w:pPr>
        <w:pStyle w:val="ListParagraph"/>
      </w:pPr>
      <w:r>
        <w:rPr>
          <w:sz w:val="22"/>
        </w:rPr>
        <w:t>C. beard</w:t>
      </w:r>
    </w:p>
    <w:p>
      <w:pPr>
        <w:pStyle w:val="ListParagraph"/>
      </w:pPr>
      <w:r>
        <w:rPr>
          <w:sz w:val="22"/>
        </w:rPr>
        <w:t>D. early</w:t>
      </w:r>
    </w:p>
    <w:p/>
    <w:p>
      <w:r>
        <w:rPr>
          <w:b/>
          <w:sz w:val="24"/>
        </w:rPr>
        <w:t>Câu 18: Which word has the underlined 'ir' pronounced differently from the others?</w:t>
      </w:r>
    </w:p>
    <w:p>
      <w:pPr>
        <w:pStyle w:val="ListParagraph"/>
      </w:pPr>
      <w:r>
        <w:rPr>
          <w:sz w:val="22"/>
        </w:rPr>
        <w:t>A. bird</w:t>
      </w:r>
    </w:p>
    <w:p>
      <w:pPr>
        <w:pStyle w:val="ListParagraph"/>
      </w:pPr>
      <w:r>
        <w:rPr>
          <w:sz w:val="22"/>
        </w:rPr>
        <w:t>B. girl</w:t>
      </w:r>
    </w:p>
    <w:p>
      <w:pPr>
        <w:pStyle w:val="ListParagraph"/>
      </w:pPr>
      <w:r>
        <w:rPr>
          <w:sz w:val="22"/>
        </w:rPr>
        <w:t>C. shirt</w:t>
      </w:r>
    </w:p>
    <w:p>
      <w:pPr>
        <w:pStyle w:val="ListParagraph"/>
      </w:pPr>
      <w:r>
        <w:rPr>
          <w:sz w:val="22"/>
        </w:rPr>
        <w:t>D. fire</w:t>
      </w:r>
    </w:p>
    <w:p/>
    <w:p>
      <w:r>
        <w:rPr>
          <w:b/>
          <w:sz w:val="24"/>
        </w:rPr>
        <w:t>Câu 19: Which word has the underlined 'ee' pronounced differently from the others?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meet</w:t>
      </w:r>
    </w:p>
    <w:p>
      <w:pPr>
        <w:pStyle w:val="ListParagraph"/>
      </w:pPr>
      <w:r>
        <w:rPr>
          <w:sz w:val="22"/>
        </w:rPr>
        <w:t>C. green</w:t>
      </w:r>
    </w:p>
    <w:p>
      <w:pPr>
        <w:pStyle w:val="ListParagraph"/>
      </w:pPr>
      <w:r>
        <w:rPr>
          <w:sz w:val="22"/>
        </w:rPr>
        <w:t>D. bread</w:t>
      </w:r>
    </w:p>
    <w:p/>
    <w:p>
      <w:r>
        <w:rPr>
          <w:b/>
          <w:sz w:val="24"/>
        </w:rPr>
        <w:t>Câu 20: Which word has the underlined 'ure' pronounced differently from the others?</w:t>
      </w:r>
    </w:p>
    <w:p>
      <w:pPr>
        <w:pStyle w:val="ListParagraph"/>
      </w:pPr>
      <w:r>
        <w:rPr>
          <w:sz w:val="22"/>
        </w:rPr>
        <w:t>A. picture</w:t>
      </w:r>
    </w:p>
    <w:p>
      <w:pPr>
        <w:pStyle w:val="ListParagraph"/>
      </w:pPr>
      <w:r>
        <w:rPr>
          <w:sz w:val="22"/>
        </w:rPr>
        <w:t>B. nature</w:t>
      </w:r>
    </w:p>
    <w:p>
      <w:pPr>
        <w:pStyle w:val="ListParagraph"/>
      </w:pPr>
      <w:r>
        <w:rPr>
          <w:sz w:val="22"/>
        </w:rPr>
        <w:t>C. sure</w:t>
      </w:r>
    </w:p>
    <w:p>
      <w:pPr>
        <w:pStyle w:val="ListParagraph"/>
      </w:pPr>
      <w:r>
        <w:rPr>
          <w:sz w:val="22"/>
        </w:rPr>
        <w:t>D. future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