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mức độ hiểu vợ trang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Tên đầy đủ của bạn là gì?</w:t>
      </w:r>
    </w:p>
    <w:p>
      <w:pPr>
        <w:pStyle w:val="ListParagraph"/>
      </w:pPr>
      <w:r>
        <w:rPr>
          <w:sz w:val="22"/>
        </w:rPr>
        <w:t>A. Nguyễn Văn A</w:t>
      </w:r>
    </w:p>
    <w:p>
      <w:pPr>
        <w:pStyle w:val="ListParagraph"/>
      </w:pPr>
      <w:r>
        <w:rPr>
          <w:sz w:val="22"/>
        </w:rPr>
        <w:t>B. Trần Thị B</w:t>
      </w:r>
    </w:p>
    <w:p>
      <w:pPr>
        <w:pStyle w:val="ListParagraph"/>
      </w:pPr>
      <w:r>
        <w:rPr>
          <w:sz w:val="22"/>
        </w:rPr>
        <w:t>C. Lê Văn C</w:t>
      </w:r>
    </w:p>
    <w:p>
      <w:pPr>
        <w:pStyle w:val="ListParagraph"/>
      </w:pPr>
      <w:r>
        <w:rPr>
          <w:sz w:val="22"/>
        </w:rPr>
        <w:t>D. Phạm Thị D</w:t>
      </w:r>
    </w:p>
    <w:p/>
    <w:p>
      <w:r>
        <w:rPr>
          <w:b/>
          <w:sz w:val="24"/>
        </w:rPr>
        <w:t>Câu 2: Bạn sinh năm bao nhiêu?</w:t>
      </w:r>
    </w:p>
    <w:p>
      <w:pPr>
        <w:pStyle w:val="ListParagraph"/>
      </w:pPr>
      <w:r>
        <w:rPr>
          <w:sz w:val="22"/>
        </w:rPr>
        <w:t>A. 1990</w:t>
      </w:r>
    </w:p>
    <w:p>
      <w:pPr>
        <w:pStyle w:val="ListParagraph"/>
      </w:pPr>
      <w:r>
        <w:rPr>
          <w:sz w:val="22"/>
        </w:rPr>
        <w:t>B. 1995</w:t>
      </w:r>
    </w:p>
    <w:p>
      <w:pPr>
        <w:pStyle w:val="ListParagraph"/>
      </w:pPr>
      <w:r>
        <w:rPr>
          <w:sz w:val="22"/>
        </w:rPr>
        <w:t>C. 2000</w:t>
      </w:r>
    </w:p>
    <w:p>
      <w:pPr>
        <w:pStyle w:val="ListParagraph"/>
      </w:pPr>
      <w:r>
        <w:rPr>
          <w:sz w:val="22"/>
        </w:rPr>
        <w:t>D. 2005</w:t>
      </w:r>
    </w:p>
    <w:p/>
    <w:p>
      <w:r>
        <w:rPr>
          <w:b/>
          <w:sz w:val="24"/>
        </w:rPr>
        <w:t>Câu 3: Quê quán của bạn ở đâu?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TP. Hồ Chí Minh</w:t>
      </w:r>
    </w:p>
    <w:p>
      <w:pPr>
        <w:pStyle w:val="ListParagraph"/>
      </w:pPr>
      <w:r>
        <w:rPr>
          <w:sz w:val="22"/>
        </w:rPr>
        <w:t>C. Đà Nẵng</w:t>
      </w:r>
    </w:p>
    <w:p>
      <w:pPr>
        <w:pStyle w:val="ListParagraph"/>
      </w:pPr>
      <w:r>
        <w:rPr>
          <w:sz w:val="22"/>
        </w:rPr>
        <w:t>D. Cần Thơ</w:t>
      </w:r>
    </w:p>
    <w:p/>
    <w:p>
      <w:r>
        <w:rPr>
          <w:b/>
          <w:sz w:val="24"/>
        </w:rPr>
        <w:t>Câu 4: Bạn hiện đang sống ở đâu?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TP. Hồ Chí Minh</w:t>
      </w:r>
    </w:p>
    <w:p>
      <w:pPr>
        <w:pStyle w:val="ListParagraph"/>
      </w:pPr>
      <w:r>
        <w:rPr>
          <w:sz w:val="22"/>
        </w:rPr>
        <w:t>C. Đà Nẵng</w:t>
      </w:r>
    </w:p>
    <w:p>
      <w:pPr>
        <w:pStyle w:val="ListParagraph"/>
      </w:pPr>
      <w:r>
        <w:rPr>
          <w:sz w:val="22"/>
        </w:rPr>
        <w:t>D. Hải Phòng</w:t>
      </w:r>
    </w:p>
    <w:p/>
    <w:p>
      <w:r>
        <w:rPr>
          <w:b/>
          <w:sz w:val="24"/>
        </w:rPr>
        <w:t>Câu 5: Nghề nghiệp hiện tại của bạn là gì?</w:t>
      </w:r>
    </w:p>
    <w:p>
      <w:pPr>
        <w:pStyle w:val="ListParagraph"/>
      </w:pPr>
      <w:r>
        <w:rPr>
          <w:sz w:val="22"/>
        </w:rPr>
        <w:t>A. Giáo viên</w:t>
      </w:r>
    </w:p>
    <w:p>
      <w:pPr>
        <w:pStyle w:val="ListParagraph"/>
      </w:pPr>
      <w:r>
        <w:rPr>
          <w:sz w:val="22"/>
        </w:rPr>
        <w:t>B. Bác sĩ</w:t>
      </w:r>
    </w:p>
    <w:p>
      <w:pPr>
        <w:pStyle w:val="ListParagraph"/>
      </w:pPr>
      <w:r>
        <w:rPr>
          <w:sz w:val="22"/>
        </w:rPr>
        <w:t>C. Kỹ sư</w:t>
      </w:r>
    </w:p>
    <w:p>
      <w:pPr>
        <w:pStyle w:val="ListParagraph"/>
      </w:pPr>
      <w:r>
        <w:rPr>
          <w:sz w:val="22"/>
        </w:rPr>
        <w:t>D. Lập trình viên</w:t>
      </w:r>
    </w:p>
    <w:p/>
    <w:p>
      <w:r>
        <w:rPr>
          <w:b/>
          <w:sz w:val="24"/>
        </w:rPr>
        <w:t>Câu 6: Sở thích cá nhân của bạn là gì?</w:t>
      </w:r>
    </w:p>
    <w:p>
      <w:pPr>
        <w:pStyle w:val="ListParagraph"/>
      </w:pPr>
      <w:r>
        <w:rPr>
          <w:sz w:val="22"/>
        </w:rPr>
        <w:t>A. Đọc sách</w:t>
      </w:r>
    </w:p>
    <w:p>
      <w:pPr>
        <w:pStyle w:val="ListParagraph"/>
      </w:pPr>
      <w:r>
        <w:rPr>
          <w:sz w:val="22"/>
        </w:rPr>
        <w:t>B. Chơi thể thao</w:t>
      </w:r>
    </w:p>
    <w:p>
      <w:pPr>
        <w:pStyle w:val="ListParagraph"/>
      </w:pPr>
      <w:r>
        <w:rPr>
          <w:sz w:val="22"/>
        </w:rPr>
        <w:t>C. Nghe nhạc</w:t>
      </w:r>
    </w:p>
    <w:p>
      <w:pPr>
        <w:pStyle w:val="ListParagraph"/>
      </w:pPr>
      <w:r>
        <w:rPr>
          <w:sz w:val="22"/>
        </w:rPr>
        <w:t>D. Du lịch</w:t>
      </w:r>
    </w:p>
    <w:p/>
    <w:p>
      <w:r>
        <w:rPr>
          <w:b/>
          <w:sz w:val="24"/>
        </w:rPr>
        <w:t>Câu 7: Bạn có bao nhiêu anh chị em?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8: Bạn tốt nghiệp trường đại học nào?</w:t>
      </w:r>
    </w:p>
    <w:p>
      <w:pPr>
        <w:pStyle w:val="ListParagraph"/>
      </w:pPr>
      <w:r>
        <w:rPr>
          <w:sz w:val="22"/>
        </w:rPr>
        <w:t>A. Đại học Bách Khoa</w:t>
      </w:r>
    </w:p>
    <w:p>
      <w:pPr>
        <w:pStyle w:val="ListParagraph"/>
      </w:pPr>
      <w:r>
        <w:rPr>
          <w:sz w:val="22"/>
        </w:rPr>
        <w:t>B. Đại học Kinh tế</w:t>
      </w:r>
    </w:p>
    <w:p>
      <w:pPr>
        <w:pStyle w:val="ListParagraph"/>
      </w:pPr>
      <w:r>
        <w:rPr>
          <w:sz w:val="22"/>
        </w:rPr>
        <w:t>C. Đại học Quốc gia</w:t>
      </w:r>
    </w:p>
    <w:p>
      <w:pPr>
        <w:pStyle w:val="ListParagraph"/>
      </w:pPr>
      <w:r>
        <w:rPr>
          <w:sz w:val="22"/>
        </w:rPr>
        <w:t>D. Đại học Sư phạm</w:t>
      </w:r>
    </w:p>
    <w:p/>
    <w:p>
      <w:r>
        <w:rPr>
          <w:b/>
          <w:sz w:val="24"/>
        </w:rPr>
        <w:t>Câu 9: Bạn thích môn học nào nhất khi đi học?</w:t>
      </w:r>
    </w:p>
    <w:p>
      <w:pPr>
        <w:pStyle w:val="ListParagraph"/>
      </w:pPr>
      <w:r>
        <w:rPr>
          <w:sz w:val="22"/>
        </w:rPr>
        <w:t>A. Toán</w:t>
      </w:r>
    </w:p>
    <w:p>
      <w:pPr>
        <w:pStyle w:val="ListParagraph"/>
      </w:pPr>
      <w:r>
        <w:rPr>
          <w:sz w:val="22"/>
        </w:rPr>
        <w:t>B. Văn</w:t>
      </w:r>
    </w:p>
    <w:p>
      <w:pPr>
        <w:pStyle w:val="ListParagraph"/>
      </w:pPr>
      <w:r>
        <w:rPr>
          <w:sz w:val="22"/>
        </w:rPr>
        <w:t>C. Anh</w:t>
      </w:r>
    </w:p>
    <w:p>
      <w:pPr>
        <w:pStyle w:val="ListParagraph"/>
      </w:pPr>
      <w:r>
        <w:rPr>
          <w:sz w:val="22"/>
        </w:rPr>
        <w:t>D. Lý</w:t>
      </w:r>
    </w:p>
    <w:p/>
    <w:p>
      <w:r>
        <w:rPr>
          <w:b/>
          <w:sz w:val="24"/>
        </w:rPr>
        <w:t>Câu 10: Mục tiêu trong tương lai của bạn là gì?</w:t>
      </w:r>
    </w:p>
    <w:p>
      <w:pPr>
        <w:pStyle w:val="ListParagraph"/>
      </w:pPr>
      <w:r>
        <w:rPr>
          <w:sz w:val="22"/>
        </w:rPr>
        <w:t>A. Trở thành chuyên gia trong lĩnh vực</w:t>
      </w:r>
    </w:p>
    <w:p>
      <w:pPr>
        <w:pStyle w:val="ListParagraph"/>
      </w:pPr>
      <w:r>
        <w:rPr>
          <w:sz w:val="22"/>
        </w:rPr>
        <w:t>B. Mở công ty riêng</w:t>
      </w:r>
    </w:p>
    <w:p>
      <w:pPr>
        <w:pStyle w:val="ListParagraph"/>
      </w:pPr>
      <w:r>
        <w:rPr>
          <w:sz w:val="22"/>
        </w:rPr>
        <w:t>C. Đi du học</w:t>
      </w:r>
    </w:p>
    <w:p>
      <w:pPr>
        <w:pStyle w:val="ListParagraph"/>
      </w:pPr>
      <w:r>
        <w:rPr>
          <w:sz w:val="22"/>
        </w:rPr>
        <w:t>D. Ổn định cuộc sống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