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40 câu hỏi lịch sử lớp 10 bài 1,2,3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Đối tượng nghiên cứu của Sử học là gì?</w:t>
      </w:r>
    </w:p>
    <w:p>
      <w:pPr>
        <w:pStyle w:val="ListParagraph"/>
      </w:pPr>
      <w:r>
        <w:rPr>
          <w:sz w:val="22"/>
        </w:rPr>
        <w:t>A. Các hiện tượng siêu nhiên.</w:t>
      </w:r>
    </w:p>
    <w:p>
      <w:pPr>
        <w:pStyle w:val="ListParagraph"/>
      </w:pPr>
      <w:r>
        <w:rPr>
          <w:sz w:val="22"/>
        </w:rPr>
        <w:t>B. Toàn bộ quá khứ của xã hội loài người.</w:t>
      </w:r>
    </w:p>
    <w:p>
      <w:pPr>
        <w:pStyle w:val="ListParagraph"/>
      </w:pPr>
      <w:r>
        <w:rPr>
          <w:sz w:val="22"/>
        </w:rPr>
        <w:t>C. Các quy luật toán học.</w:t>
      </w:r>
    </w:p>
    <w:p>
      <w:pPr>
        <w:pStyle w:val="ListParagraph"/>
      </w:pPr>
      <w:r>
        <w:rPr>
          <w:sz w:val="22"/>
        </w:rPr>
        <w:t>D. Các sự kiện tự nhiên.</w:t>
      </w:r>
    </w:p>
    <w:p/>
    <w:p>
      <w:r>
        <w:rPr>
          <w:b/>
          <w:sz w:val="24"/>
        </w:rPr>
        <w:t>Câu 2: Hiện thực lịch sử là gì?</w:t>
      </w:r>
    </w:p>
    <w:p>
      <w:pPr>
        <w:pStyle w:val="ListParagraph"/>
      </w:pPr>
      <w:r>
        <w:rPr>
          <w:sz w:val="22"/>
        </w:rPr>
        <w:t>A. Những gì con người tưởng tượng.</w:t>
      </w:r>
    </w:p>
    <w:p>
      <w:pPr>
        <w:pStyle w:val="ListParagraph"/>
      </w:pPr>
      <w:r>
        <w:rPr>
          <w:sz w:val="22"/>
        </w:rPr>
        <w:t>B. Những gì sẽ xảy ra trong tương lai.</w:t>
      </w:r>
    </w:p>
    <w:p>
      <w:pPr>
        <w:pStyle w:val="ListParagraph"/>
      </w:pPr>
      <w:r>
        <w:rPr>
          <w:sz w:val="22"/>
        </w:rPr>
        <w:t>C. Những gì đã diễn ra trong quá khứ của con người.</w:t>
      </w:r>
    </w:p>
    <w:p>
      <w:pPr>
        <w:pStyle w:val="ListParagraph"/>
      </w:pPr>
      <w:r>
        <w:rPr>
          <w:sz w:val="22"/>
        </w:rPr>
        <w:t>D. Những gì được ghi chép trong sách.</w:t>
      </w:r>
    </w:p>
    <w:p/>
    <w:p>
      <w:r>
        <w:rPr>
          <w:b/>
          <w:sz w:val="24"/>
        </w:rPr>
        <w:t>Câu 3: Nhận thức lịch sử là gì?</w:t>
      </w:r>
    </w:p>
    <w:p>
      <w:pPr>
        <w:pStyle w:val="ListParagraph"/>
      </w:pPr>
      <w:r>
        <w:rPr>
          <w:sz w:val="22"/>
        </w:rPr>
        <w:t>A. Hiểu biết của con người về quá khứ.</w:t>
      </w:r>
    </w:p>
    <w:p>
      <w:pPr>
        <w:pStyle w:val="ListParagraph"/>
      </w:pPr>
      <w:r>
        <w:rPr>
          <w:sz w:val="22"/>
        </w:rPr>
        <w:t>B. Bản thân các sự kiện đã xảy ra.</w:t>
      </w:r>
    </w:p>
    <w:p>
      <w:pPr>
        <w:pStyle w:val="ListParagraph"/>
      </w:pPr>
      <w:r>
        <w:rPr>
          <w:sz w:val="22"/>
        </w:rPr>
        <w:t>C. Các hiện vật còn lại.</w:t>
      </w:r>
    </w:p>
    <w:p>
      <w:pPr>
        <w:pStyle w:val="ListParagraph"/>
      </w:pPr>
      <w:r>
        <w:rPr>
          <w:sz w:val="22"/>
        </w:rPr>
        <w:t>D. Các lễ hội truyền thống.</w:t>
      </w:r>
    </w:p>
    <w:p/>
    <w:p>
      <w:r>
        <w:rPr>
          <w:b/>
          <w:sz w:val="24"/>
        </w:rPr>
        <w:t>Câu 4: Chức năng cơ bản của Sử học gồm:</w:t>
      </w:r>
    </w:p>
    <w:p>
      <w:pPr>
        <w:pStyle w:val="ListParagraph"/>
      </w:pPr>
      <w:r>
        <w:rPr>
          <w:sz w:val="22"/>
        </w:rPr>
        <w:t>A. Kinh tế và chính trị.</w:t>
      </w:r>
    </w:p>
    <w:p>
      <w:pPr>
        <w:pStyle w:val="ListParagraph"/>
      </w:pPr>
      <w:r>
        <w:rPr>
          <w:sz w:val="22"/>
        </w:rPr>
        <w:t>B. Khoa học và giáo dục.</w:t>
      </w:r>
    </w:p>
    <w:p>
      <w:pPr>
        <w:pStyle w:val="ListParagraph"/>
      </w:pPr>
      <w:r>
        <w:rPr>
          <w:sz w:val="22"/>
        </w:rPr>
        <w:t>C. Quân sự và ngoại giao.</w:t>
      </w:r>
    </w:p>
    <w:p>
      <w:pPr>
        <w:pStyle w:val="ListParagraph"/>
      </w:pPr>
      <w:r>
        <w:rPr>
          <w:sz w:val="22"/>
        </w:rPr>
        <w:t>D. Nghệ thuật và giải trí.</w:t>
      </w:r>
    </w:p>
    <w:p/>
    <w:p>
      <w:r>
        <w:rPr>
          <w:b/>
          <w:sz w:val="24"/>
        </w:rPr>
        <w:t>Câu 5: Nhiệm vụ của Sử học là gì?</w:t>
      </w:r>
    </w:p>
    <w:p>
      <w:pPr>
        <w:pStyle w:val="ListParagraph"/>
      </w:pPr>
      <w:r>
        <w:rPr>
          <w:sz w:val="22"/>
        </w:rPr>
        <w:t>A. Khôi phục, miêu tả và giải thích quá khứ.</w:t>
      </w:r>
    </w:p>
    <w:p>
      <w:pPr>
        <w:pStyle w:val="ListParagraph"/>
      </w:pPr>
      <w:r>
        <w:rPr>
          <w:sz w:val="22"/>
        </w:rPr>
        <w:t>B. Dự đoán tương lai.</w:t>
      </w:r>
    </w:p>
    <w:p>
      <w:pPr>
        <w:pStyle w:val="ListParagraph"/>
      </w:pPr>
      <w:r>
        <w:rPr>
          <w:sz w:val="22"/>
        </w:rPr>
        <w:t>C. Sáng tác tác phẩm văn học.</w:t>
      </w:r>
    </w:p>
    <w:p>
      <w:pPr>
        <w:pStyle w:val="ListParagraph"/>
      </w:pPr>
      <w:r>
        <w:rPr>
          <w:sz w:val="22"/>
        </w:rPr>
        <w:t>D. Xây dựng các công trình kiến trúc.</w:t>
      </w:r>
    </w:p>
    <w:p/>
    <w:p>
      <w:r>
        <w:rPr>
          <w:b/>
          <w:sz w:val="24"/>
        </w:rPr>
        <w:t>Câu 6: Nguyên tắc cơ bản của Sử học là:</w:t>
      </w:r>
    </w:p>
    <w:p>
      <w:pPr>
        <w:pStyle w:val="ListParagraph"/>
      </w:pPr>
      <w:r>
        <w:rPr>
          <w:sz w:val="22"/>
        </w:rPr>
        <w:t>A. Chủ quan, cảm tính.</w:t>
      </w:r>
    </w:p>
    <w:p>
      <w:pPr>
        <w:pStyle w:val="ListParagraph"/>
      </w:pPr>
      <w:r>
        <w:rPr>
          <w:sz w:val="22"/>
        </w:rPr>
        <w:t>B. Hư cấu, tưởng tượng.</w:t>
      </w:r>
    </w:p>
    <w:p>
      <w:pPr>
        <w:pStyle w:val="ListParagraph"/>
      </w:pPr>
      <w:r>
        <w:rPr>
          <w:sz w:val="22"/>
        </w:rPr>
        <w:t>C. Khách quan, trung thực, khoa học.</w:t>
      </w:r>
    </w:p>
    <w:p>
      <w:pPr>
        <w:pStyle w:val="ListParagraph"/>
      </w:pPr>
      <w:r>
        <w:rPr>
          <w:sz w:val="22"/>
        </w:rPr>
        <w:t>D. Thần thánh hóa quá khứ.</w:t>
      </w:r>
    </w:p>
    <w:p/>
    <w:p>
      <w:r>
        <w:rPr>
          <w:b/>
          <w:sz w:val="24"/>
        </w:rPr>
        <w:t>Câu 7: Phương pháp nghiên cứu đặc trưng của Sử học là:</w:t>
      </w:r>
    </w:p>
    <w:p>
      <w:pPr>
        <w:pStyle w:val="ListParagraph"/>
      </w:pPr>
      <w:r>
        <w:rPr>
          <w:sz w:val="22"/>
        </w:rPr>
        <w:t>A. Phương pháp thực nghiệm sinh học.</w:t>
      </w:r>
    </w:p>
    <w:p>
      <w:pPr>
        <w:pStyle w:val="ListParagraph"/>
      </w:pPr>
      <w:r>
        <w:rPr>
          <w:sz w:val="22"/>
        </w:rPr>
        <w:t>B. Phương pháp lịch sử và phương pháp logic.</w:t>
      </w:r>
    </w:p>
    <w:p>
      <w:pPr>
        <w:pStyle w:val="ListParagraph"/>
      </w:pPr>
      <w:r>
        <w:rPr>
          <w:sz w:val="22"/>
        </w:rPr>
        <w:t>C. Phương pháp giải tích hàm.</w:t>
      </w:r>
    </w:p>
    <w:p>
      <w:pPr>
        <w:pStyle w:val="ListParagraph"/>
      </w:pPr>
      <w:r>
        <w:rPr>
          <w:sz w:val="22"/>
        </w:rPr>
        <w:t>D. Phương pháp đo đạc địa chất.</w:t>
      </w:r>
    </w:p>
    <w:p/>
    <w:p>
      <w:r>
        <w:rPr>
          <w:b/>
          <w:sz w:val="24"/>
        </w:rPr>
        <w:t>Câu 8: Sử liệu là gì?</w:t>
      </w:r>
    </w:p>
    <w:p>
      <w:pPr>
        <w:pStyle w:val="ListParagraph"/>
      </w:pPr>
      <w:r>
        <w:rPr>
          <w:sz w:val="22"/>
        </w:rPr>
        <w:t>A. Các tác phẩm hư cấu.</w:t>
      </w:r>
    </w:p>
    <w:p>
      <w:pPr>
        <w:pStyle w:val="ListParagraph"/>
      </w:pPr>
      <w:r>
        <w:rPr>
          <w:sz w:val="22"/>
        </w:rPr>
        <w:t>B. Các dự báo tương lai.</w:t>
      </w:r>
    </w:p>
    <w:p>
      <w:pPr>
        <w:pStyle w:val="ListParagraph"/>
      </w:pPr>
      <w:r>
        <w:rPr>
          <w:sz w:val="22"/>
        </w:rPr>
        <w:t>C. Các định luật vật lý.</w:t>
      </w:r>
    </w:p>
    <w:p>
      <w:pPr>
        <w:pStyle w:val="ListParagraph"/>
      </w:pPr>
      <w:r>
        <w:rPr>
          <w:sz w:val="22"/>
        </w:rPr>
        <w:t>D. Những tài liệu, hiện vật, dấu vết về quá khứ.</w:t>
      </w:r>
    </w:p>
    <w:p/>
    <w:p>
      <w:r>
        <w:rPr>
          <w:b/>
          <w:sz w:val="24"/>
        </w:rPr>
        <w:t>Câu 9: Sử liệu gốc là:</w:t>
      </w:r>
    </w:p>
    <w:p>
      <w:pPr>
        <w:pStyle w:val="ListParagraph"/>
      </w:pPr>
      <w:r>
        <w:rPr>
          <w:sz w:val="22"/>
        </w:rPr>
        <w:t>A. Tư liệu gắn với sự kiện, ra đời vào thời gian diễn ra sự kiện.</w:t>
      </w:r>
    </w:p>
    <w:p>
      <w:pPr>
        <w:pStyle w:val="ListParagraph"/>
      </w:pPr>
      <w:r>
        <w:rPr>
          <w:sz w:val="22"/>
        </w:rPr>
        <w:t>B. Tư liệu được viết lại muộn hơn.</w:t>
      </w:r>
    </w:p>
    <w:p>
      <w:pPr>
        <w:pStyle w:val="ListParagraph"/>
      </w:pPr>
      <w:r>
        <w:rPr>
          <w:sz w:val="22"/>
        </w:rPr>
        <w:t>C. Truyền thuyết dân gian.</w:t>
      </w:r>
    </w:p>
    <w:p>
      <w:pPr>
        <w:pStyle w:val="ListParagraph"/>
      </w:pPr>
      <w:r>
        <w:rPr>
          <w:sz w:val="22"/>
        </w:rPr>
        <w:t>D. Phim ảnh tư liệu.</w:t>
      </w:r>
    </w:p>
    <w:p/>
    <w:p>
      <w:r>
        <w:rPr>
          <w:b/>
          <w:sz w:val="24"/>
        </w:rPr>
        <w:t>Câu 10: Nguồn sử liệu nào sau đây thuộc sử liệu hiện vật?</w:t>
      </w:r>
    </w:p>
    <w:p>
      <w:pPr>
        <w:pStyle w:val="ListParagraph"/>
      </w:pPr>
      <w:r>
        <w:rPr>
          <w:sz w:val="22"/>
        </w:rPr>
        <w:t>A. Truyện Thạch Sanh.</w:t>
      </w:r>
    </w:p>
    <w:p>
      <w:pPr>
        <w:pStyle w:val="ListParagraph"/>
      </w:pPr>
      <w:r>
        <w:rPr>
          <w:sz w:val="22"/>
        </w:rPr>
        <w:t>B. Trống đồng Đông Sơn.</w:t>
      </w:r>
    </w:p>
    <w:p>
      <w:pPr>
        <w:pStyle w:val="ListParagraph"/>
      </w:pPr>
      <w:r>
        <w:rPr>
          <w:sz w:val="22"/>
        </w:rPr>
        <w:t>C. Sách giáo khoa Lịch sử.</w:t>
      </w:r>
    </w:p>
    <w:p>
      <w:pPr>
        <w:pStyle w:val="ListParagraph"/>
      </w:pPr>
      <w:r>
        <w:rPr>
          <w:sz w:val="22"/>
        </w:rPr>
        <w:t>D. Bài hát hiện đại.</w:t>
      </w:r>
    </w:p>
    <w:p/>
    <w:p>
      <w:r>
        <w:rPr>
          <w:b/>
          <w:sz w:val="24"/>
        </w:rPr>
        <w:t>Câu 11: Tri thức lịch sử có vai trò gì?</w:t>
      </w:r>
    </w:p>
    <w:p>
      <w:pPr>
        <w:pStyle w:val="ListParagraph"/>
      </w:pPr>
      <w:r>
        <w:rPr>
          <w:sz w:val="22"/>
        </w:rPr>
        <w:t>A. Chỉ để giải trí.</w:t>
      </w:r>
    </w:p>
    <w:p>
      <w:pPr>
        <w:pStyle w:val="ListParagraph"/>
      </w:pPr>
      <w:r>
        <w:rPr>
          <w:sz w:val="22"/>
        </w:rPr>
        <w:t>B. Chỉ để thi cử.</w:t>
      </w:r>
    </w:p>
    <w:p>
      <w:pPr>
        <w:pStyle w:val="ListParagraph"/>
      </w:pPr>
      <w:r>
        <w:rPr>
          <w:sz w:val="22"/>
        </w:rPr>
        <w:t>C. Giúp hiểu biết quá khứ, định hướng hiện tại và tương lai.</w:t>
      </w:r>
    </w:p>
    <w:p>
      <w:pPr>
        <w:pStyle w:val="ListParagraph"/>
      </w:pPr>
      <w:r>
        <w:rPr>
          <w:sz w:val="22"/>
        </w:rPr>
        <w:t>D. Không có vai trò.</w:t>
      </w:r>
    </w:p>
    <w:p/>
    <w:p>
      <w:r>
        <w:rPr>
          <w:b/>
          <w:sz w:val="24"/>
        </w:rPr>
        <w:t>Câu 12: Học lịch sử để làm gì?</w:t>
      </w:r>
    </w:p>
    <w:p>
      <w:pPr>
        <w:pStyle w:val="ListParagraph"/>
      </w:pPr>
      <w:r>
        <w:rPr>
          <w:sz w:val="22"/>
        </w:rPr>
        <w:t>A. Chỉ để biết ngày tháng.</w:t>
      </w:r>
    </w:p>
    <w:p>
      <w:pPr>
        <w:pStyle w:val="ListParagraph"/>
      </w:pPr>
      <w:r>
        <w:rPr>
          <w:sz w:val="22"/>
        </w:rPr>
        <w:t>B. Chỉ để học thuộc lòng.</w:t>
      </w:r>
    </w:p>
    <w:p>
      <w:pPr>
        <w:pStyle w:val="ListParagraph"/>
      </w:pPr>
      <w:r>
        <w:rPr>
          <w:sz w:val="22"/>
        </w:rPr>
        <w:t>C. Chỉ để kể chuyện.</w:t>
      </w:r>
    </w:p>
    <w:p>
      <w:pPr>
        <w:pStyle w:val="ListParagraph"/>
      </w:pPr>
      <w:r>
        <w:rPr>
          <w:sz w:val="22"/>
        </w:rPr>
        <w:t>D. Hiểu biết cội nguồn, rèn luyện tư duy, hình thành nhân cách.</w:t>
      </w:r>
    </w:p>
    <w:p/>
    <w:p>
      <w:r>
        <w:rPr>
          <w:b/>
          <w:sz w:val="24"/>
        </w:rPr>
        <w:t>Câu 13: Kết nối quá khứ với hiện tại là một trong những ý nghĩa của:</w:t>
      </w:r>
    </w:p>
    <w:p>
      <w:pPr>
        <w:pStyle w:val="ListParagraph"/>
      </w:pPr>
      <w:r>
        <w:rPr>
          <w:sz w:val="22"/>
        </w:rPr>
        <w:t>A. Tri thức lịch sử.</w:t>
      </w:r>
    </w:p>
    <w:p>
      <w:pPr>
        <w:pStyle w:val="ListParagraph"/>
      </w:pPr>
      <w:r>
        <w:rPr>
          <w:sz w:val="22"/>
        </w:rPr>
        <w:t>B. Toán học.</w:t>
      </w:r>
    </w:p>
    <w:p>
      <w:pPr>
        <w:pStyle w:val="ListParagraph"/>
      </w:pPr>
      <w:r>
        <w:rPr>
          <w:sz w:val="22"/>
        </w:rPr>
        <w:t>C. Vật lý.</w:t>
      </w:r>
    </w:p>
    <w:p>
      <w:pPr>
        <w:pStyle w:val="ListParagraph"/>
      </w:pPr>
      <w:r>
        <w:rPr>
          <w:sz w:val="22"/>
        </w:rPr>
        <w:t>D. Hóa học.</w:t>
      </w:r>
    </w:p>
    <w:p/>
    <w:p>
      <w:r>
        <w:rPr>
          <w:b/>
          <w:sz w:val="24"/>
        </w:rPr>
        <w:t>Câu 14: Sử học có mối quan hệ như thế nào với các ngành khoa học xã hội và nhân văn?</w:t>
      </w:r>
    </w:p>
    <w:p>
      <w:pPr>
        <w:pStyle w:val="ListParagraph"/>
      </w:pPr>
      <w:r>
        <w:rPr>
          <w:sz w:val="22"/>
        </w:rPr>
        <w:t>A. Không có quan hệ.</w:t>
      </w:r>
    </w:p>
    <w:p>
      <w:pPr>
        <w:pStyle w:val="ListParagraph"/>
      </w:pPr>
      <w:r>
        <w:rPr>
          <w:sz w:val="22"/>
        </w:rPr>
        <w:t>B. Quan hệ gắn bó, hỗ trợ và bổ sung cho nhau.</w:t>
      </w:r>
    </w:p>
    <w:p>
      <w:pPr>
        <w:pStyle w:val="ListParagraph"/>
      </w:pPr>
      <w:r>
        <w:rPr>
          <w:sz w:val="22"/>
        </w:rPr>
        <w:t>C. Đối lập hoàn toàn.</w:t>
      </w:r>
    </w:p>
    <w:p>
      <w:pPr>
        <w:pStyle w:val="ListParagraph"/>
      </w:pPr>
      <w:r>
        <w:rPr>
          <w:sz w:val="22"/>
        </w:rPr>
        <w:t>D. Chỉ Sử học có vai trò.</w:t>
      </w:r>
    </w:p>
    <w:p/>
    <w:p>
      <w:r>
        <w:rPr>
          <w:b/>
          <w:sz w:val="24"/>
        </w:rPr>
        <w:t>Câu 15: Sử học với khoa học tự nhiên và công nghệ có mối quan hệ:</w:t>
      </w:r>
    </w:p>
    <w:p>
      <w:pPr>
        <w:pStyle w:val="ListParagraph"/>
      </w:pPr>
      <w:r>
        <w:rPr>
          <w:sz w:val="22"/>
        </w:rPr>
        <w:t>A. Sử học không cần khoa học tự nhiên.</w:t>
      </w:r>
    </w:p>
    <w:p>
      <w:pPr>
        <w:pStyle w:val="ListParagraph"/>
      </w:pPr>
      <w:r>
        <w:rPr>
          <w:sz w:val="22"/>
        </w:rPr>
        <w:t>B. Khoa học tự nhiên thay thế Sử học.</w:t>
      </w:r>
    </w:p>
    <w:p>
      <w:pPr>
        <w:pStyle w:val="ListParagraph"/>
      </w:pPr>
      <w:r>
        <w:rPr>
          <w:sz w:val="22"/>
        </w:rPr>
        <w:t>C. Công nghệ không ảnh hưởng đến Sử học.</w:t>
      </w:r>
    </w:p>
    <w:p>
      <w:pPr>
        <w:pStyle w:val="ListParagraph"/>
      </w:pPr>
      <w:r>
        <w:rPr>
          <w:sz w:val="22"/>
        </w:rPr>
        <w:t>D. Sử học vận dụng thành tựu khoa học tự nhiên, công nghệ để nghiên cứu.</w:t>
      </w:r>
    </w:p>
    <w:p/>
    <w:p>
      <w:r>
        <w:rPr>
          <w:b/>
          <w:sz w:val="24"/>
        </w:rPr>
        <w:t>Câu 16: Liên ngành trong nghiên cứu lịch sử là:</w:t>
      </w:r>
    </w:p>
    <w:p>
      <w:pPr>
        <w:pStyle w:val="ListParagraph"/>
      </w:pPr>
      <w:r>
        <w:rPr>
          <w:sz w:val="22"/>
        </w:rPr>
        <w:t>A. Sự kết hợp tri thức, phương pháp của nhiều ngành.</w:t>
      </w:r>
    </w:p>
    <w:p>
      <w:pPr>
        <w:pStyle w:val="ListParagraph"/>
      </w:pPr>
      <w:r>
        <w:rPr>
          <w:sz w:val="22"/>
        </w:rPr>
        <w:t>B. Chỉ dùng một ngành duy nhất.</w:t>
      </w:r>
    </w:p>
    <w:p>
      <w:pPr>
        <w:pStyle w:val="ListParagraph"/>
      </w:pPr>
      <w:r>
        <w:rPr>
          <w:sz w:val="22"/>
        </w:rPr>
        <w:t>C. Phủ nhận các ngành khác.</w:t>
      </w:r>
    </w:p>
    <w:p>
      <w:pPr>
        <w:pStyle w:val="ListParagraph"/>
      </w:pPr>
      <w:r>
        <w:rPr>
          <w:sz w:val="22"/>
        </w:rPr>
        <w:t>D. Chỉ nghiên cứu tự nhiên.</w:t>
      </w:r>
    </w:p>
    <w:p/>
    <w:p>
      <w:r>
        <w:rPr>
          <w:b/>
          <w:sz w:val="24"/>
        </w:rPr>
        <w:t>Câu 17: Học tập lịch sử suốt đời có ý nghĩa:</w:t>
      </w:r>
    </w:p>
    <w:p>
      <w:pPr>
        <w:pStyle w:val="ListParagraph"/>
      </w:pPr>
      <w:r>
        <w:rPr>
          <w:sz w:val="22"/>
        </w:rPr>
        <w:t>A. Chỉ học khi còn đi học.</w:t>
      </w:r>
    </w:p>
    <w:p>
      <w:pPr>
        <w:pStyle w:val="ListParagraph"/>
      </w:pPr>
      <w:r>
        <w:rPr>
          <w:sz w:val="22"/>
        </w:rPr>
        <w:t>B. Cập nhật, mở rộng tri thức lịch sử trước những thay đổi.</w:t>
      </w:r>
    </w:p>
    <w:p>
      <w:pPr>
        <w:pStyle w:val="ListParagraph"/>
      </w:pPr>
      <w:r>
        <w:rPr>
          <w:sz w:val="22"/>
        </w:rPr>
        <w:t>C. Không cần thiết.</w:t>
      </w:r>
    </w:p>
    <w:p>
      <w:pPr>
        <w:pStyle w:val="ListParagraph"/>
      </w:pPr>
      <w:r>
        <w:rPr>
          <w:sz w:val="22"/>
        </w:rPr>
        <w:t>D. Chỉ dành cho nhà sử học.</w:t>
      </w:r>
    </w:p>
    <w:p/>
    <w:p>
      <w:r>
        <w:rPr>
          <w:b/>
          <w:sz w:val="24"/>
        </w:rPr>
        <w:t>Câu 18: Khi sưu tầm và xử lý sử liệu, cần chú ý:</w:t>
      </w:r>
    </w:p>
    <w:p>
      <w:pPr>
        <w:pStyle w:val="ListParagraph"/>
      </w:pPr>
      <w:r>
        <w:rPr>
          <w:sz w:val="22"/>
        </w:rPr>
        <w:t>A. Sử dụng mọi thông tin không kiểm chứng.</w:t>
      </w:r>
    </w:p>
    <w:p>
      <w:pPr>
        <w:pStyle w:val="ListParagraph"/>
      </w:pPr>
      <w:r>
        <w:rPr>
          <w:sz w:val="22"/>
        </w:rPr>
        <w:t>B. Chỉ dùng tin đồn.</w:t>
      </w:r>
    </w:p>
    <w:p>
      <w:pPr>
        <w:pStyle w:val="ListParagraph"/>
      </w:pPr>
      <w:r>
        <w:rPr>
          <w:sz w:val="22"/>
        </w:rPr>
        <w:t>C. Xác minh nguồn gốc, tính xác thực, khách quan.</w:t>
      </w:r>
    </w:p>
    <w:p>
      <w:pPr>
        <w:pStyle w:val="ListParagraph"/>
      </w:pPr>
      <w:r>
        <w:rPr>
          <w:sz w:val="22"/>
        </w:rPr>
        <w:t>D. Bỏ qua bối cảnh.</w:t>
      </w:r>
    </w:p>
    <w:p/>
    <w:p>
      <w:r>
        <w:rPr>
          <w:b/>
          <w:sz w:val="24"/>
        </w:rPr>
        <w:t>Câu 19: Điểm khác biệt cơ bản giữa hiện thực lịch sử và nhận thức lịch sử là:</w:t>
      </w:r>
    </w:p>
    <w:p>
      <w:pPr>
        <w:pStyle w:val="ListParagraph"/>
      </w:pPr>
      <w:r>
        <w:rPr>
          <w:sz w:val="22"/>
        </w:rPr>
        <w:t>A. Hai khái niệm hoàn toàn giống nhau.</w:t>
      </w:r>
    </w:p>
    <w:p>
      <w:pPr>
        <w:pStyle w:val="ListParagraph"/>
      </w:pPr>
      <w:r>
        <w:rPr>
          <w:sz w:val="22"/>
        </w:rPr>
        <w:t>B. Nhận thức lịch sử có trước hiện thực.</w:t>
      </w:r>
    </w:p>
    <w:p>
      <w:pPr>
        <w:pStyle w:val="ListParagraph"/>
      </w:pPr>
      <w:r>
        <w:rPr>
          <w:sz w:val="22"/>
        </w:rPr>
        <w:t>C. Hiện thực lịch sử không tồn tại.</w:t>
      </w:r>
    </w:p>
    <w:p>
      <w:pPr>
        <w:pStyle w:val="ListParagraph"/>
      </w:pPr>
      <w:r>
        <w:rPr>
          <w:sz w:val="22"/>
        </w:rPr>
        <w:t>D. Hiện thực lịch sử có trước, nhận thức lịch sử có sau và có thể thay đổi.</w:t>
      </w:r>
    </w:p>
    <w:p/>
    <w:p>
      <w:r>
        <w:rPr>
          <w:b/>
          <w:sz w:val="24"/>
        </w:rPr>
        <w:t>Câu 20: Vai trò của Sử học trong đời sống xã hội là:</w:t>
      </w:r>
    </w:p>
    <w:p>
      <w:pPr>
        <w:pStyle w:val="ListParagraph"/>
      </w:pPr>
      <w:r>
        <w:rPr>
          <w:sz w:val="22"/>
        </w:rPr>
        <w:t>A. Góp phần giáo dục truyền thống, bản sắc, đạo đức.</w:t>
      </w:r>
    </w:p>
    <w:p>
      <w:pPr>
        <w:pStyle w:val="ListParagraph"/>
      </w:pPr>
      <w:r>
        <w:rPr>
          <w:sz w:val="22"/>
        </w:rPr>
        <w:t>B. Chỉ phục vụ giải trí.</w:t>
      </w:r>
    </w:p>
    <w:p>
      <w:pPr>
        <w:pStyle w:val="ListParagraph"/>
      </w:pPr>
      <w:r>
        <w:rPr>
          <w:sz w:val="22"/>
        </w:rPr>
        <w:t>C. Không liên quan đến đời sống.</w:t>
      </w:r>
    </w:p>
    <w:p>
      <w:pPr>
        <w:pStyle w:val="ListParagraph"/>
      </w:pPr>
      <w:r>
        <w:rPr>
          <w:sz w:val="22"/>
        </w:rPr>
        <w:t>D. Chỉ dành cho chính trị.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