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Kiểm tra 5 phút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Việt Nam nằm ở khu vực nào?</w:t>
      </w:r>
    </w:p>
    <w:p>
      <w:pPr>
        <w:pStyle w:val="ListParagraph"/>
      </w:pPr>
      <w:r>
        <w:rPr>
          <w:sz w:val="22"/>
        </w:rPr>
        <w:t>A. Nam Á</w:t>
      </w:r>
    </w:p>
    <w:p>
      <w:pPr>
        <w:pStyle w:val="ListParagraph"/>
      </w:pPr>
      <w:r>
        <w:rPr>
          <w:sz w:val="22"/>
        </w:rPr>
        <w:t>B. Đông Nam Á</w:t>
      </w:r>
    </w:p>
    <w:p>
      <w:pPr>
        <w:pStyle w:val="ListParagraph"/>
      </w:pPr>
      <w:r>
        <w:rPr>
          <w:sz w:val="22"/>
        </w:rPr>
        <w:t>C. Đông Bắc Á</w:t>
      </w:r>
    </w:p>
    <w:p>
      <w:pPr>
        <w:pStyle w:val="ListParagraph"/>
      </w:pPr>
      <w:r>
        <w:rPr>
          <w:sz w:val="22"/>
        </w:rPr>
        <w:t>D. Trung Á</w:t>
      </w:r>
    </w:p>
    <w:p/>
    <w:p>
      <w:r>
        <w:rPr>
          <w:b/>
          <w:sz w:val="24"/>
        </w:rPr>
        <w:t>Câu 2: Việt Nam nằm trên bán đảo nào?</w:t>
      </w:r>
    </w:p>
    <w:p>
      <w:pPr>
        <w:pStyle w:val="ListParagraph"/>
      </w:pPr>
      <w:r>
        <w:rPr>
          <w:sz w:val="22"/>
        </w:rPr>
        <w:t>A. Mã Lai</w:t>
      </w:r>
    </w:p>
    <w:p>
      <w:pPr>
        <w:pStyle w:val="ListParagraph"/>
      </w:pPr>
      <w:r>
        <w:rPr>
          <w:sz w:val="22"/>
        </w:rPr>
        <w:t>B. Triều Tiên</w:t>
      </w:r>
    </w:p>
    <w:p>
      <w:pPr>
        <w:pStyle w:val="ListParagraph"/>
      </w:pPr>
      <w:r>
        <w:rPr>
          <w:sz w:val="22"/>
        </w:rPr>
        <w:t>C. Đông Dương</w:t>
      </w:r>
    </w:p>
    <w:p>
      <w:pPr>
        <w:pStyle w:val="ListParagraph"/>
      </w:pPr>
      <w:r>
        <w:rPr>
          <w:sz w:val="22"/>
        </w:rPr>
        <w:t>D. Ả Rập</w:t>
      </w:r>
    </w:p>
    <w:p/>
    <w:p>
      <w:r>
        <w:rPr>
          <w:b/>
          <w:sz w:val="24"/>
        </w:rPr>
        <w:t>Câu 3: Phần đất liền Việt Nam có hình dạng như thế nào?</w:t>
      </w:r>
    </w:p>
    <w:p>
      <w:pPr>
        <w:pStyle w:val="ListParagraph"/>
      </w:pPr>
      <w:r>
        <w:rPr>
          <w:sz w:val="22"/>
        </w:rPr>
        <w:t>A. Hình chữ S, kéo dài, hẹp ngang</w:t>
      </w:r>
    </w:p>
    <w:p>
      <w:pPr>
        <w:pStyle w:val="ListParagraph"/>
      </w:pPr>
      <w:r>
        <w:rPr>
          <w:sz w:val="22"/>
        </w:rPr>
        <w:t>B. Hình vuông</w:t>
      </w:r>
    </w:p>
    <w:p>
      <w:pPr>
        <w:pStyle w:val="ListParagraph"/>
      </w:pPr>
      <w:r>
        <w:rPr>
          <w:sz w:val="22"/>
        </w:rPr>
        <w:t>C. Hình tròn</w:t>
      </w:r>
    </w:p>
    <w:p>
      <w:pPr>
        <w:pStyle w:val="ListParagraph"/>
      </w:pPr>
      <w:r>
        <w:rPr>
          <w:sz w:val="22"/>
        </w:rPr>
        <w:t>D. Hình chữ nhật rộng lớn</w:t>
      </w:r>
    </w:p>
    <w:p/>
    <w:p>
      <w:r>
        <w:rPr>
          <w:b/>
          <w:sz w:val="24"/>
        </w:rPr>
        <w:t>Câu 4: Điểm cực Bắc của nước ta thuộc tỉnh nào?</w:t>
      </w:r>
    </w:p>
    <w:p>
      <w:pPr>
        <w:pStyle w:val="ListParagraph"/>
      </w:pPr>
      <w:r>
        <w:rPr>
          <w:sz w:val="22"/>
        </w:rPr>
        <w:t>A. Cà Mau</w:t>
      </w:r>
    </w:p>
    <w:p>
      <w:pPr>
        <w:pStyle w:val="ListParagraph"/>
      </w:pPr>
      <w:r>
        <w:rPr>
          <w:sz w:val="22"/>
        </w:rPr>
        <w:t>B. Điện Biên</w:t>
      </w:r>
    </w:p>
    <w:p>
      <w:pPr>
        <w:pStyle w:val="ListParagraph"/>
      </w:pPr>
      <w:r>
        <w:rPr>
          <w:sz w:val="22"/>
        </w:rPr>
        <w:t>C. Hà Giang</w:t>
      </w:r>
    </w:p>
    <w:p>
      <w:pPr>
        <w:pStyle w:val="ListParagraph"/>
      </w:pPr>
      <w:r>
        <w:rPr>
          <w:sz w:val="22"/>
        </w:rPr>
        <w:t>D. Khánh Hòa</w:t>
      </w:r>
    </w:p>
    <w:p/>
    <w:p>
      <w:r>
        <w:rPr>
          <w:b/>
          <w:sz w:val="24"/>
        </w:rPr>
        <w:t>Câu 5: Điểm cực Nam phần đất liền nước ta thuộc tỉnh nào?</w:t>
      </w:r>
    </w:p>
    <w:p>
      <w:pPr>
        <w:pStyle w:val="ListParagraph"/>
      </w:pPr>
      <w:r>
        <w:rPr>
          <w:sz w:val="22"/>
        </w:rPr>
        <w:t>A. Cà Mau</w:t>
      </w:r>
    </w:p>
    <w:p>
      <w:pPr>
        <w:pStyle w:val="ListParagraph"/>
      </w:pPr>
      <w:r>
        <w:rPr>
          <w:sz w:val="22"/>
        </w:rPr>
        <w:t>B. Hà Giang</w:t>
      </w:r>
    </w:p>
    <w:p>
      <w:pPr>
        <w:pStyle w:val="ListParagraph"/>
      </w:pPr>
      <w:r>
        <w:rPr>
          <w:sz w:val="22"/>
        </w:rPr>
        <w:t>C. Điện Biên</w:t>
      </w:r>
    </w:p>
    <w:p>
      <w:pPr>
        <w:pStyle w:val="ListParagraph"/>
      </w:pPr>
      <w:r>
        <w:rPr>
          <w:sz w:val="22"/>
        </w:rPr>
        <w:t>D. Khánh Hòa</w:t>
      </w:r>
    </w:p>
    <w:p/>
    <w:p>
      <w:r>
        <w:rPr>
          <w:b/>
          <w:sz w:val="24"/>
        </w:rPr>
        <w:t>Câu 6: Điểm cực Tây phần đất liền nước ta thuộc tỉnh nào?</w:t>
      </w:r>
    </w:p>
    <w:p>
      <w:pPr>
        <w:pStyle w:val="ListParagraph"/>
      </w:pPr>
      <w:r>
        <w:rPr>
          <w:sz w:val="22"/>
        </w:rPr>
        <w:t>A. Hà Giang</w:t>
      </w:r>
    </w:p>
    <w:p>
      <w:pPr>
        <w:pStyle w:val="ListParagraph"/>
      </w:pPr>
      <w:r>
        <w:rPr>
          <w:sz w:val="22"/>
        </w:rPr>
        <w:t>B. Điện Biên</w:t>
      </w:r>
    </w:p>
    <w:p>
      <w:pPr>
        <w:pStyle w:val="ListParagraph"/>
      </w:pPr>
      <w:r>
        <w:rPr>
          <w:sz w:val="22"/>
        </w:rPr>
        <w:t>C. Cà Mau</w:t>
      </w:r>
    </w:p>
    <w:p>
      <w:pPr>
        <w:pStyle w:val="ListParagraph"/>
      </w:pPr>
      <w:r>
        <w:rPr>
          <w:sz w:val="22"/>
        </w:rPr>
        <w:t>D. Khánh Hòa</w:t>
      </w:r>
    </w:p>
    <w:p/>
    <w:p>
      <w:r>
        <w:rPr>
          <w:b/>
          <w:sz w:val="24"/>
        </w:rPr>
        <w:t>Câu 7: Điểm cực Đông phần đất liền nước ta thuộc tỉnh nào?</w:t>
      </w:r>
    </w:p>
    <w:p>
      <w:pPr>
        <w:pStyle w:val="ListParagraph"/>
      </w:pPr>
      <w:r>
        <w:rPr>
          <w:sz w:val="22"/>
        </w:rPr>
        <w:t>A. Khánh Hòa</w:t>
      </w:r>
    </w:p>
    <w:p>
      <w:pPr>
        <w:pStyle w:val="ListParagraph"/>
      </w:pPr>
      <w:r>
        <w:rPr>
          <w:sz w:val="22"/>
        </w:rPr>
        <w:t>B. Hà Giang</w:t>
      </w:r>
    </w:p>
    <w:p>
      <w:pPr>
        <w:pStyle w:val="ListParagraph"/>
      </w:pPr>
      <w:r>
        <w:rPr>
          <w:sz w:val="22"/>
        </w:rPr>
        <w:t>C. Cà Mau</w:t>
      </w:r>
    </w:p>
    <w:p>
      <w:pPr>
        <w:pStyle w:val="ListParagraph"/>
      </w:pPr>
      <w:r>
        <w:rPr>
          <w:sz w:val="22"/>
        </w:rPr>
        <w:t>D. Điện Biên</w:t>
      </w:r>
    </w:p>
    <w:p/>
    <w:p>
      <w:r>
        <w:rPr>
          <w:b/>
          <w:sz w:val="24"/>
        </w:rPr>
        <w:t>Câu 8: Việt Nam có đường biên giới trên đất liền với các quốc gia nào?</w:t>
      </w:r>
    </w:p>
    <w:p>
      <w:pPr>
        <w:pStyle w:val="ListParagraph"/>
      </w:pPr>
      <w:r>
        <w:rPr>
          <w:sz w:val="22"/>
        </w:rPr>
        <w:t>A. Trung Quốc, Lào, Campuchia</w:t>
      </w:r>
    </w:p>
    <w:p>
      <w:pPr>
        <w:pStyle w:val="ListParagraph"/>
      </w:pPr>
      <w:r>
        <w:rPr>
          <w:sz w:val="22"/>
        </w:rPr>
        <w:t>B. Trung Quốc, Thái Lan, Lào</w:t>
      </w:r>
    </w:p>
    <w:p>
      <w:pPr>
        <w:pStyle w:val="ListParagraph"/>
      </w:pPr>
      <w:r>
        <w:rPr>
          <w:sz w:val="22"/>
        </w:rPr>
        <w:t>C. Lào, Campuchia, Thái Lan</w:t>
      </w:r>
    </w:p>
    <w:p>
      <w:pPr>
        <w:pStyle w:val="ListParagraph"/>
      </w:pPr>
      <w:r>
        <w:rPr>
          <w:sz w:val="22"/>
        </w:rPr>
        <w:t>D. Trung Quốc, Campuchia, Malaysia</w:t>
      </w:r>
    </w:p>
    <w:p/>
    <w:p>
      <w:r>
        <w:rPr>
          <w:b/>
          <w:sz w:val="24"/>
        </w:rPr>
        <w:t>Câu 9: Đường bờ biển nước ta dài khoảng bao nhiêu km?</w:t>
      </w:r>
    </w:p>
    <w:p>
      <w:pPr>
        <w:pStyle w:val="ListParagraph"/>
      </w:pPr>
      <w:r>
        <w:rPr>
          <w:sz w:val="22"/>
        </w:rPr>
        <w:t>A. 2360 km</w:t>
      </w:r>
    </w:p>
    <w:p>
      <w:pPr>
        <w:pStyle w:val="ListParagraph"/>
      </w:pPr>
      <w:r>
        <w:rPr>
          <w:sz w:val="22"/>
        </w:rPr>
        <w:t>B. 3260 km</w:t>
      </w:r>
    </w:p>
    <w:p>
      <w:pPr>
        <w:pStyle w:val="ListParagraph"/>
      </w:pPr>
      <w:r>
        <w:rPr>
          <w:sz w:val="22"/>
        </w:rPr>
        <w:t>C. 4260 km</w:t>
      </w:r>
    </w:p>
    <w:p>
      <w:pPr>
        <w:pStyle w:val="ListParagraph"/>
      </w:pPr>
      <w:r>
        <w:rPr>
          <w:sz w:val="22"/>
        </w:rPr>
        <w:t>D. 1650 km</w:t>
      </w:r>
    </w:p>
    <w:p/>
    <w:p>
      <w:r>
        <w:rPr>
          <w:b/>
          <w:sz w:val="24"/>
        </w:rPr>
        <w:t>Câu 10: Diện tích phần đất liền Việt Nam khoảng bao nhiêu?</w:t>
      </w:r>
    </w:p>
    <w:p>
      <w:pPr>
        <w:pStyle w:val="ListParagraph"/>
      </w:pPr>
      <w:r>
        <w:rPr>
          <w:sz w:val="22"/>
        </w:rPr>
        <w:t>A. 330.212 km²</w:t>
      </w:r>
    </w:p>
    <w:p>
      <w:pPr>
        <w:pStyle w:val="ListParagraph"/>
      </w:pPr>
      <w:r>
        <w:rPr>
          <w:sz w:val="22"/>
        </w:rPr>
        <w:t>B. 331.212 km²</w:t>
      </w:r>
    </w:p>
    <w:p>
      <w:pPr>
        <w:pStyle w:val="ListParagraph"/>
      </w:pPr>
      <w:r>
        <w:rPr>
          <w:sz w:val="22"/>
        </w:rPr>
        <w:t>C. 313.212 km²</w:t>
      </w:r>
    </w:p>
    <w:p>
      <w:pPr>
        <w:pStyle w:val="ListParagraph"/>
      </w:pPr>
      <w:r>
        <w:rPr>
          <w:sz w:val="22"/>
        </w:rPr>
        <w:t>D. 513.120 km²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C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C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