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tập trăc nghiệm nhiều lựa chọn 10 ở mức đ...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Cách mạng tư sản Anh bùng nổ vào năm nào?</w:t>
      </w:r>
    </w:p>
    <w:p>
      <w:pPr>
        <w:pStyle w:val="ListParagraph"/>
      </w:pPr>
      <w:r>
        <w:rPr>
          <w:sz w:val="22"/>
        </w:rPr>
        <w:t>A. 1640</w:t>
      </w:r>
    </w:p>
    <w:p>
      <w:pPr>
        <w:pStyle w:val="ListParagraph"/>
      </w:pPr>
      <w:r>
        <w:rPr>
          <w:sz w:val="22"/>
        </w:rPr>
        <w:t>B. 1642</w:t>
      </w:r>
    </w:p>
    <w:p>
      <w:pPr>
        <w:pStyle w:val="ListParagraph"/>
      </w:pPr>
      <w:r>
        <w:rPr>
          <w:sz w:val="22"/>
        </w:rPr>
        <w:t>C. 1648</w:t>
      </w:r>
    </w:p>
    <w:p>
      <w:pPr>
        <w:pStyle w:val="ListParagraph"/>
      </w:pPr>
      <w:r>
        <w:rPr>
          <w:sz w:val="22"/>
        </w:rPr>
        <w:t>D. 1688</w:t>
      </w:r>
    </w:p>
    <w:p/>
    <w:p>
      <w:r>
        <w:rPr>
          <w:b/>
          <w:sz w:val="24"/>
        </w:rPr>
        <w:t>Câu 2: Cuộc cách mạng tư sản Anh do giai cấp nào lãnh đạo?</w:t>
      </w:r>
    </w:p>
    <w:p>
      <w:pPr>
        <w:pStyle w:val="ListParagraph"/>
      </w:pPr>
      <w:r>
        <w:rPr>
          <w:sz w:val="22"/>
        </w:rPr>
        <w:t>A. Giai cấp nông dân</w:t>
      </w:r>
    </w:p>
    <w:p>
      <w:pPr>
        <w:pStyle w:val="ListParagraph"/>
      </w:pPr>
      <w:r>
        <w:rPr>
          <w:sz w:val="22"/>
        </w:rPr>
        <w:t>B. Giai cấp tư sản và quý tộc mới</w:t>
      </w:r>
    </w:p>
    <w:p>
      <w:pPr>
        <w:pStyle w:val="ListParagraph"/>
      </w:pPr>
      <w:r>
        <w:rPr>
          <w:sz w:val="22"/>
        </w:rPr>
        <w:t>C. Giai cấp vô sản</w:t>
      </w:r>
    </w:p>
    <w:p>
      <w:pPr>
        <w:pStyle w:val="ListParagraph"/>
      </w:pPr>
      <w:r>
        <w:rPr>
          <w:sz w:val="22"/>
        </w:rPr>
        <w:t>D. Tầng lớp trí thức</w:t>
      </w:r>
    </w:p>
    <w:p/>
    <w:p>
      <w:r>
        <w:rPr>
          <w:b/>
          <w:sz w:val="24"/>
        </w:rPr>
        <w:t>Câu 3: Vua nào bị xử tử trong Cách mạng tư sản Anh?</w:t>
      </w:r>
    </w:p>
    <w:p>
      <w:pPr>
        <w:pStyle w:val="ListParagraph"/>
      </w:pPr>
      <w:r>
        <w:rPr>
          <w:sz w:val="22"/>
        </w:rPr>
        <w:t>A. Henry VIII</w:t>
      </w:r>
    </w:p>
    <w:p>
      <w:pPr>
        <w:pStyle w:val="ListParagraph"/>
      </w:pPr>
      <w:r>
        <w:rPr>
          <w:sz w:val="22"/>
        </w:rPr>
        <w:t>B. Charles I</w:t>
      </w:r>
    </w:p>
    <w:p>
      <w:pPr>
        <w:pStyle w:val="ListParagraph"/>
      </w:pPr>
      <w:r>
        <w:rPr>
          <w:sz w:val="22"/>
        </w:rPr>
        <w:t>C. James II</w:t>
      </w:r>
    </w:p>
    <w:p>
      <w:pPr>
        <w:pStyle w:val="ListParagraph"/>
      </w:pPr>
      <w:r>
        <w:rPr>
          <w:sz w:val="22"/>
        </w:rPr>
        <w:t>D. William III</w:t>
      </w:r>
    </w:p>
    <w:p/>
    <w:p>
      <w:r>
        <w:rPr>
          <w:b/>
          <w:sz w:val="24"/>
        </w:rPr>
        <w:t>Câu 4: Sự kiện nào đánh dấu sự kết thúc của Cách mạng tư sản Anh?</w:t>
      </w:r>
    </w:p>
    <w:p>
      <w:pPr>
        <w:pStyle w:val="ListParagraph"/>
      </w:pPr>
      <w:r>
        <w:rPr>
          <w:sz w:val="22"/>
        </w:rPr>
        <w:t>A. Vua Charles I bị xử tử</w:t>
      </w:r>
    </w:p>
    <w:p>
      <w:pPr>
        <w:pStyle w:val="ListParagraph"/>
      </w:pPr>
      <w:r>
        <w:rPr>
          <w:sz w:val="22"/>
        </w:rPr>
        <w:t>B. Thiết lập nền cộng hòa</w:t>
      </w:r>
    </w:p>
    <w:p>
      <w:pPr>
        <w:pStyle w:val="ListParagraph"/>
      </w:pPr>
      <w:r>
        <w:rPr>
          <w:sz w:val="22"/>
        </w:rPr>
        <w:t>C. Cuộc đảo chính năm 1688</w:t>
      </w:r>
    </w:p>
    <w:p>
      <w:pPr>
        <w:pStyle w:val="ListParagraph"/>
      </w:pPr>
      <w:r>
        <w:rPr>
          <w:sz w:val="22"/>
        </w:rPr>
        <w:t>D. Nội chiến kết thúc</w:t>
      </w:r>
    </w:p>
    <w:p/>
    <w:p>
      <w:r>
        <w:rPr>
          <w:b/>
          <w:sz w:val="24"/>
        </w:rPr>
        <w:t>Câu 5: Cách mạng tư sản Anh diễn ra dưới hình thức nào?</w:t>
      </w:r>
    </w:p>
    <w:p>
      <w:pPr>
        <w:pStyle w:val="ListParagraph"/>
      </w:pPr>
      <w:r>
        <w:rPr>
          <w:sz w:val="22"/>
        </w:rPr>
        <w:t>A. Nội chiến</w:t>
      </w:r>
    </w:p>
    <w:p>
      <w:pPr>
        <w:pStyle w:val="ListParagraph"/>
      </w:pPr>
      <w:r>
        <w:rPr>
          <w:sz w:val="22"/>
        </w:rPr>
        <w:t>B. Đấu tranh nghị trường</w:t>
      </w:r>
    </w:p>
    <w:p>
      <w:pPr>
        <w:pStyle w:val="ListParagraph"/>
      </w:pPr>
      <w:r>
        <w:rPr>
          <w:sz w:val="22"/>
        </w:rPr>
        <w:t>C. Cải cách từ trên xuống</w:t>
      </w:r>
    </w:p>
    <w:p>
      <w:pPr>
        <w:pStyle w:val="ListParagraph"/>
      </w:pPr>
      <w:r>
        <w:rPr>
          <w:sz w:val="22"/>
        </w:rPr>
        <w:t>D. Khởi nghĩa nông dân</w:t>
      </w:r>
    </w:p>
    <w:p/>
    <w:p>
      <w:r>
        <w:rPr>
          <w:b/>
          <w:sz w:val="24"/>
        </w:rPr>
        <w:t>Câu 6: Nguyên nhân sâu xa dẫn đến Cách mạng tư sản Anh là gì?</w:t>
      </w:r>
    </w:p>
    <w:p>
      <w:pPr>
        <w:pStyle w:val="ListParagraph"/>
      </w:pPr>
      <w:r>
        <w:rPr>
          <w:sz w:val="22"/>
        </w:rPr>
        <w:t>A. Mâu thuẫn giữa tư sản, quý tộc mới với chế độ phong kiến</w:t>
      </w:r>
    </w:p>
    <w:p>
      <w:pPr>
        <w:pStyle w:val="ListParagraph"/>
      </w:pPr>
      <w:r>
        <w:rPr>
          <w:sz w:val="22"/>
        </w:rPr>
        <w:t>B. Mâu thuẫn giữa nông dân và địa chủ</w:t>
      </w:r>
    </w:p>
    <w:p>
      <w:pPr>
        <w:pStyle w:val="ListParagraph"/>
      </w:pPr>
      <w:r>
        <w:rPr>
          <w:sz w:val="22"/>
        </w:rPr>
        <w:t>C. Mâu thuẫn giữa các tôn giáo</w:t>
      </w:r>
    </w:p>
    <w:p>
      <w:pPr>
        <w:pStyle w:val="ListParagraph"/>
      </w:pPr>
      <w:r>
        <w:rPr>
          <w:sz w:val="22"/>
        </w:rPr>
        <w:t>D. Mâu thuẫn giữa các thuộc địa</w:t>
      </w:r>
    </w:p>
    <w:p/>
    <w:p>
      <w:r>
        <w:rPr>
          <w:b/>
          <w:sz w:val="24"/>
        </w:rPr>
        <w:t>Câu 7: Kết quả của Cách mạng tư sản Anh là gì?</w:t>
      </w:r>
    </w:p>
    <w:p>
      <w:pPr>
        <w:pStyle w:val="ListParagraph"/>
      </w:pPr>
      <w:r>
        <w:rPr>
          <w:sz w:val="22"/>
        </w:rPr>
        <w:t>A. Lật đổ chế độ phong kiến, thiết lập chế độ quân chủ lập hiến</w:t>
      </w:r>
    </w:p>
    <w:p>
      <w:pPr>
        <w:pStyle w:val="ListParagraph"/>
      </w:pPr>
      <w:r>
        <w:rPr>
          <w:sz w:val="22"/>
        </w:rPr>
        <w:t>B. Thiết lập nền cộng hòa</w:t>
      </w:r>
    </w:p>
    <w:p>
      <w:pPr>
        <w:pStyle w:val="ListParagraph"/>
      </w:pPr>
      <w:r>
        <w:rPr>
          <w:sz w:val="22"/>
        </w:rPr>
        <w:t>C. Thiết lập chế độ quân chủ chuyên chế</w:t>
      </w:r>
    </w:p>
    <w:p>
      <w:pPr>
        <w:pStyle w:val="ListParagraph"/>
      </w:pPr>
      <w:r>
        <w:rPr>
          <w:sz w:val="22"/>
        </w:rPr>
        <w:t>D. Thiết lập chế độ xã hội chủ nghĩa</w:t>
      </w:r>
    </w:p>
    <w:p/>
    <w:p>
      <w:r>
        <w:rPr>
          <w:b/>
          <w:sz w:val="24"/>
        </w:rPr>
        <w:t>Câu 8: Cách mạng tư sản Anh mang tính chất gì?</w:t>
      </w:r>
    </w:p>
    <w:p>
      <w:pPr>
        <w:pStyle w:val="ListParagraph"/>
      </w:pPr>
      <w:r>
        <w:rPr>
          <w:sz w:val="22"/>
        </w:rPr>
        <w:t>A. Cách mạng tư sản không triệt để</w:t>
      </w:r>
    </w:p>
    <w:p>
      <w:pPr>
        <w:pStyle w:val="ListParagraph"/>
      </w:pPr>
      <w:r>
        <w:rPr>
          <w:sz w:val="22"/>
        </w:rPr>
        <w:t>B. Cách mạng tư sản triệt để</w:t>
      </w:r>
    </w:p>
    <w:p>
      <w:pPr>
        <w:pStyle w:val="ListParagraph"/>
      </w:pPr>
      <w:r>
        <w:rPr>
          <w:sz w:val="22"/>
        </w:rPr>
        <w:t>C. Cách mạng vô sản</w:t>
      </w:r>
    </w:p>
    <w:p>
      <w:pPr>
        <w:pStyle w:val="ListParagraph"/>
      </w:pPr>
      <w:r>
        <w:rPr>
          <w:sz w:val="22"/>
        </w:rPr>
        <w:t>D. Cách mạng dân chủ nhân dân</w:t>
      </w:r>
    </w:p>
    <w:p/>
    <w:p>
      <w:r>
        <w:rPr>
          <w:b/>
          <w:sz w:val="24"/>
        </w:rPr>
        <w:t>Câu 9: Ai là người lãnh đạo Cách mạng tư sản Anh?</w:t>
      </w:r>
    </w:p>
    <w:p>
      <w:pPr>
        <w:pStyle w:val="ListParagraph"/>
      </w:pPr>
      <w:r>
        <w:rPr>
          <w:sz w:val="22"/>
        </w:rPr>
        <w:t>A. Oliver Cromwell</w:t>
      </w:r>
    </w:p>
    <w:p>
      <w:pPr>
        <w:pStyle w:val="ListParagraph"/>
      </w:pPr>
      <w:r>
        <w:rPr>
          <w:sz w:val="22"/>
        </w:rPr>
        <w:t>B. George Washington</w:t>
      </w:r>
    </w:p>
    <w:p>
      <w:pPr>
        <w:pStyle w:val="ListParagraph"/>
      </w:pPr>
      <w:r>
        <w:rPr>
          <w:sz w:val="22"/>
        </w:rPr>
        <w:t>C. Napoleon Bonaparte</w:t>
      </w:r>
    </w:p>
    <w:p>
      <w:pPr>
        <w:pStyle w:val="ListParagraph"/>
      </w:pPr>
      <w:r>
        <w:rPr>
          <w:sz w:val="22"/>
        </w:rPr>
        <w:t>D. Maximilien Robespierre</w:t>
      </w:r>
    </w:p>
    <w:p/>
    <w:p>
      <w:r>
        <w:rPr>
          <w:b/>
          <w:sz w:val="24"/>
        </w:rPr>
        <w:t>Câu 10: Cách mạng tư sản Anh đã mở đường cho chủ nghĩa tư bản phát triển như thế nào?</w:t>
      </w:r>
    </w:p>
    <w:p>
      <w:pPr>
        <w:pStyle w:val="ListParagraph"/>
      </w:pPr>
      <w:r>
        <w:rPr>
          <w:sz w:val="22"/>
        </w:rPr>
        <w:t>A. Tạo điều kiện cho kinh tế tư bản phát triển</w:t>
      </w:r>
    </w:p>
    <w:p>
      <w:pPr>
        <w:pStyle w:val="ListParagraph"/>
      </w:pPr>
      <w:r>
        <w:rPr>
          <w:sz w:val="22"/>
        </w:rPr>
        <w:t>B. Kìm hãm sự phát triển của chủ nghĩa tư bản</w:t>
      </w:r>
    </w:p>
    <w:p>
      <w:pPr>
        <w:pStyle w:val="ListParagraph"/>
      </w:pPr>
      <w:r>
        <w:rPr>
          <w:sz w:val="22"/>
        </w:rPr>
        <w:t>C. Duy trì chế độ phong kiến</w:t>
      </w:r>
    </w:p>
    <w:p>
      <w:pPr>
        <w:pStyle w:val="ListParagraph"/>
      </w:pPr>
      <w:r>
        <w:rPr>
          <w:sz w:val="22"/>
        </w:rPr>
        <w:t>D. Thiết lập chế độ độc tài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