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Tính: $3 \times 4 = ?$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Tính: $3 \times 4 = ?$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2: Tính: $18 \div 3 = ?$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Tính: $5 \times 6 = ?$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4: Tính: $24 \div 4 = ?$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5: Tính: $7 \times 8 = ?$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6: Tính: $45 \div 5 = ?$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7: Tính: $9 \times 3 = ?$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8: Tính: $32 \div 8 = ?$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9: Tính: $6 \times 7 = ?$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49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10: Tính: $56 \div 7 = ?$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