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Ktra 15 phút môn kinh tế pháp luật lớp 11 sách kết nối tri thức</w:t>
      </w:r>
    </w:p>
    <w:p>
      <w:pPr>
        <w:jc w:val="center"/>
      </w:pPr>
      <w:r>
        <w:rPr>
          <w:sz w:val="22"/>
        </w:rPr>
        <w:t>Số câu: 25    Thời gian: _____ phút    Họ và tên: _________________________</w:t>
      </w:r>
    </w:p>
    <w:p/>
    <w:p>
      <w:r>
        <w:rPr>
          <w:b/>
          <w:sz w:val="24"/>
        </w:rPr>
        <w:t>Câu 1: Cạnh tranh trong nền kinh tế là gì?</w:t>
      </w:r>
    </w:p>
    <w:p>
      <w:pPr>
        <w:pStyle w:val="ListParagraph"/>
      </w:pPr>
      <w:r>
        <w:rPr>
          <w:sz w:val="22"/>
        </w:rPr>
        <w:t>A. Sự ganh đua giữa các chủ thể kinh tế nhằm giành lợi thế về giá, chất lượng, thị trường.</w:t>
      </w:r>
    </w:p>
    <w:p>
      <w:pPr>
        <w:pStyle w:val="ListParagraph"/>
      </w:pPr>
      <w:r>
        <w:rPr>
          <w:sz w:val="22"/>
        </w:rPr>
        <w:t>B. Sự thỏa thuận giữa các doanh nghiệp để cùng nâng giá.</w:t>
      </w:r>
    </w:p>
    <w:p>
      <w:pPr>
        <w:pStyle w:val="ListParagraph"/>
      </w:pPr>
      <w:r>
        <w:rPr>
          <w:sz w:val="22"/>
        </w:rPr>
        <w:t>C. Sự độc quyền của một doanh nghiệp đối với một loại hàng hóa.</w:t>
      </w:r>
    </w:p>
    <w:p>
      <w:pPr>
        <w:pStyle w:val="ListParagraph"/>
      </w:pPr>
      <w:r>
        <w:rPr>
          <w:sz w:val="22"/>
        </w:rPr>
        <w:t>D. Sự can thiệp của Nhà nước vào hoạt động sản xuất kinh doanh.</w:t>
      </w:r>
    </w:p>
    <w:p/>
    <w:p>
      <w:r>
        <w:rPr>
          <w:b/>
          <w:sz w:val="24"/>
        </w:rPr>
        <w:t>Câu 2: Mục đích quan trọng nhất của cạnh tranh giữa các chủ thể kinh tế là</w:t>
      </w:r>
    </w:p>
    <w:p>
      <w:pPr>
        <w:pStyle w:val="ListParagraph"/>
      </w:pPr>
      <w:r>
        <w:rPr>
          <w:sz w:val="22"/>
        </w:rPr>
        <w:t>A. loại bỏ hoàn toàn đối thủ.</w:t>
      </w:r>
    </w:p>
    <w:p>
      <w:pPr>
        <w:pStyle w:val="ListParagraph"/>
      </w:pPr>
      <w:r>
        <w:rPr>
          <w:sz w:val="22"/>
        </w:rPr>
        <w:t>B. giành lợi thế và thu nhiều lợi nhuận.</w:t>
      </w:r>
    </w:p>
    <w:p>
      <w:pPr>
        <w:pStyle w:val="ListParagraph"/>
      </w:pPr>
      <w:r>
        <w:rPr>
          <w:sz w:val="22"/>
        </w:rPr>
        <w:t>C. hạn chế tối đa sự phát triển của thị trường.</w:t>
      </w:r>
    </w:p>
    <w:p>
      <w:pPr>
        <w:pStyle w:val="ListParagraph"/>
      </w:pPr>
      <w:r>
        <w:rPr>
          <w:sz w:val="22"/>
        </w:rPr>
        <w:t>D. chia đều lợi nhuận cho mọi doanh nghiệp.</w:t>
      </w:r>
    </w:p>
    <w:p/>
    <w:p>
      <w:r>
        <w:rPr>
          <w:b/>
          <w:sz w:val="24"/>
        </w:rPr>
        <w:t>Câu 3: Biểu hiện nào dưới đây là cạnh tranh lành mạnh?</w:t>
      </w:r>
    </w:p>
    <w:p>
      <w:pPr>
        <w:pStyle w:val="ListParagraph"/>
      </w:pPr>
      <w:r>
        <w:rPr>
          <w:sz w:val="22"/>
        </w:rPr>
        <w:t>A. Nâng cao chất lượng sản phẩm, hạ giá thành hợp lý.</w:t>
      </w:r>
    </w:p>
    <w:p>
      <w:pPr>
        <w:pStyle w:val="ListParagraph"/>
      </w:pPr>
      <w:r>
        <w:rPr>
          <w:sz w:val="22"/>
        </w:rPr>
        <w:t>B. Tung tin sai sự thật về đối thủ.</w:t>
      </w:r>
    </w:p>
    <w:p>
      <w:pPr>
        <w:pStyle w:val="ListParagraph"/>
      </w:pPr>
      <w:r>
        <w:rPr>
          <w:sz w:val="22"/>
        </w:rPr>
        <w:t>C. Xâm phạm bí mật kinh doanh của đối thủ.</w:t>
      </w:r>
    </w:p>
    <w:p>
      <w:pPr>
        <w:pStyle w:val="ListParagraph"/>
      </w:pPr>
      <w:r>
        <w:rPr>
          <w:sz w:val="22"/>
        </w:rPr>
        <w:t>D. Lôi kéo khách hàng bằng hành vi gian dối.</w:t>
      </w:r>
    </w:p>
    <w:p/>
    <w:p>
      <w:r>
        <w:rPr>
          <w:b/>
          <w:sz w:val="24"/>
        </w:rPr>
        <w:t>Câu 4: Hành vi nào dưới đây là cạnh tranh không lành mạnh?</w:t>
      </w:r>
    </w:p>
    <w:p>
      <w:pPr>
        <w:pStyle w:val="ListParagraph"/>
      </w:pPr>
      <w:r>
        <w:rPr>
          <w:sz w:val="22"/>
        </w:rPr>
        <w:t>A. Cải tiến công nghệ để nâng cao năng suất.</w:t>
      </w:r>
    </w:p>
    <w:p>
      <w:pPr>
        <w:pStyle w:val="ListParagraph"/>
      </w:pPr>
      <w:r>
        <w:rPr>
          <w:sz w:val="22"/>
        </w:rPr>
        <w:t>B. Quảng cáo trung thực về sản phẩm.</w:t>
      </w:r>
    </w:p>
    <w:p>
      <w:pPr>
        <w:pStyle w:val="ListParagraph"/>
      </w:pPr>
      <w:r>
        <w:rPr>
          <w:sz w:val="22"/>
        </w:rPr>
        <w:t>C. Bắt chước nhãn hiệu hàng hóa gây nhầm lẫn.</w:t>
      </w:r>
    </w:p>
    <w:p>
      <w:pPr>
        <w:pStyle w:val="ListParagraph"/>
      </w:pPr>
      <w:r>
        <w:rPr>
          <w:sz w:val="22"/>
        </w:rPr>
        <w:t>D. Giảm giá do tiết kiệm chi phí sản xuất.</w:t>
      </w:r>
    </w:p>
    <w:p/>
    <w:p>
      <w:r>
        <w:rPr>
          <w:b/>
          <w:sz w:val="24"/>
        </w:rPr>
        <w:t>Câu 5: Ở Việt Nam, hành vi cạnh tranh không lành mạnh có thể bị xử lý theo</w:t>
      </w:r>
    </w:p>
    <w:p>
      <w:pPr>
        <w:pStyle w:val="ListParagraph"/>
      </w:pPr>
      <w:r>
        <w:rPr>
          <w:sz w:val="22"/>
        </w:rPr>
        <w:t>A. Luật Đầu tư.</w:t>
      </w:r>
    </w:p>
    <w:p>
      <w:pPr>
        <w:pStyle w:val="ListParagraph"/>
      </w:pPr>
      <w:r>
        <w:rPr>
          <w:sz w:val="22"/>
        </w:rPr>
        <w:t>B. Luật Cạnh tranh.</w:t>
      </w:r>
    </w:p>
    <w:p>
      <w:pPr>
        <w:pStyle w:val="ListParagraph"/>
      </w:pPr>
      <w:r>
        <w:rPr>
          <w:sz w:val="22"/>
        </w:rPr>
        <w:t>C. Luật Doanh nghiệp.</w:t>
      </w:r>
    </w:p>
    <w:p>
      <w:pPr>
        <w:pStyle w:val="ListParagraph"/>
      </w:pPr>
      <w:r>
        <w:rPr>
          <w:sz w:val="22"/>
        </w:rPr>
        <w:t>D. Luật Đất đai.</w:t>
      </w:r>
    </w:p>
    <w:p/>
    <w:p>
      <w:r>
        <w:rPr>
          <w:b/>
          <w:sz w:val="24"/>
        </w:rPr>
        <w:t>Câu 6: Cạnh tranh có vai trò nào sau đây đối với nền kinh tế?</w:t>
      </w:r>
    </w:p>
    <w:p>
      <w:pPr>
        <w:pStyle w:val="ListParagraph"/>
      </w:pPr>
      <w:r>
        <w:rPr>
          <w:sz w:val="22"/>
        </w:rPr>
        <w:t>A. Kìm hãm sự đổi mới kỹ thuật.</w:t>
      </w:r>
    </w:p>
    <w:p>
      <w:pPr>
        <w:pStyle w:val="ListParagraph"/>
      </w:pPr>
      <w:r>
        <w:rPr>
          <w:sz w:val="22"/>
        </w:rPr>
        <w:t>B. Làm cho hàng hóa khan hiếm hơn.</w:t>
      </w:r>
    </w:p>
    <w:p>
      <w:pPr>
        <w:pStyle w:val="ListParagraph"/>
      </w:pPr>
      <w:r>
        <w:rPr>
          <w:sz w:val="22"/>
        </w:rPr>
        <w:t>C. Thúc đẩy sản xuất phát triển, chất lượng hàng hóa nâng cao.</w:t>
      </w:r>
    </w:p>
    <w:p>
      <w:pPr>
        <w:pStyle w:val="ListParagraph"/>
      </w:pPr>
      <w:r>
        <w:rPr>
          <w:sz w:val="22"/>
        </w:rPr>
        <w:t>D. Xóa bỏ cạnh tranh trên thị trường.</w:t>
      </w:r>
    </w:p>
    <w:p/>
    <w:p>
      <w:r>
        <w:rPr>
          <w:b/>
          <w:sz w:val="24"/>
        </w:rPr>
        <w:t>Câu 7: Tác động tiêu cực của cạnh tranh có thể là</w:t>
      </w:r>
    </w:p>
    <w:p>
      <w:pPr>
        <w:pStyle w:val="ListParagraph"/>
      </w:pPr>
      <w:r>
        <w:rPr>
          <w:sz w:val="22"/>
        </w:rPr>
        <w:t>A. thúc đẩy sử dụng công nghệ mới.</w:t>
      </w:r>
    </w:p>
    <w:p>
      <w:pPr>
        <w:pStyle w:val="ListParagraph"/>
      </w:pPr>
      <w:r>
        <w:rPr>
          <w:sz w:val="22"/>
        </w:rPr>
        <w:t>B. nâng cao năng lực cạnh tranh của doanh nghiệp.</w:t>
      </w:r>
    </w:p>
    <w:p>
      <w:pPr>
        <w:pStyle w:val="ListParagraph"/>
      </w:pPr>
      <w:r>
        <w:rPr>
          <w:sz w:val="22"/>
        </w:rPr>
        <w:t>C. mở rộng thị trường tiêu thụ.</w:t>
      </w:r>
    </w:p>
    <w:p>
      <w:pPr>
        <w:pStyle w:val="ListParagraph"/>
      </w:pPr>
      <w:r>
        <w:rPr>
          <w:sz w:val="22"/>
        </w:rPr>
        <w:t>D. lợi dụng cạnh tranh để thực hiện hành vi vi phạm pháp luật.</w:t>
      </w:r>
    </w:p>
    <w:p/>
    <w:p>
      <w:r>
        <w:rPr>
          <w:b/>
          <w:sz w:val="24"/>
        </w:rPr>
        <w:t>Câu 8: Cầu hàng hóa là</w:t>
      </w:r>
    </w:p>
    <w:p>
      <w:pPr>
        <w:pStyle w:val="ListParagraph"/>
      </w:pPr>
      <w:r>
        <w:rPr>
          <w:sz w:val="22"/>
        </w:rPr>
        <w:t>A. số lượng hàng hóa mà người bán muốn bán ở mỗi mức giá.</w:t>
      </w:r>
    </w:p>
    <w:p>
      <w:pPr>
        <w:pStyle w:val="ListParagraph"/>
      </w:pPr>
      <w:r>
        <w:rPr>
          <w:sz w:val="22"/>
        </w:rPr>
        <w:t>B. số lượng hàng hóa, dịch vụ mà người mua sẵn sàng và có khả năng mua ở các mức giá khác nhau.</w:t>
      </w:r>
    </w:p>
    <w:p>
      <w:pPr>
        <w:pStyle w:val="ListParagraph"/>
      </w:pPr>
      <w:r>
        <w:rPr>
          <w:sz w:val="22"/>
        </w:rPr>
        <w:t>C. số lượng hàng hóa có sẵn trong kho của doanh nghiệp.</w:t>
      </w:r>
    </w:p>
    <w:p>
      <w:pPr>
        <w:pStyle w:val="ListParagraph"/>
      </w:pPr>
      <w:r>
        <w:rPr>
          <w:sz w:val="22"/>
        </w:rPr>
        <w:t>D. số lượng hàng hóa mà Nhà nước quy định phải bán.</w:t>
      </w:r>
    </w:p>
    <w:p/>
    <w:p>
      <w:r>
        <w:rPr>
          <w:b/>
          <w:sz w:val="24"/>
        </w:rPr>
        <w:t>Câu 9: Cung hàng hóa là</w:t>
      </w:r>
    </w:p>
    <w:p>
      <w:pPr>
        <w:pStyle w:val="ListParagraph"/>
      </w:pPr>
      <w:r>
        <w:rPr>
          <w:sz w:val="22"/>
        </w:rPr>
        <w:t>A. số lượng hàng hóa, dịch vụ mà người bán sẵn sàng và có khả năng bán ở các mức giá khác nhau.</w:t>
      </w:r>
    </w:p>
    <w:p>
      <w:pPr>
        <w:pStyle w:val="ListParagraph"/>
      </w:pPr>
      <w:r>
        <w:rPr>
          <w:sz w:val="22"/>
        </w:rPr>
        <w:t>B. số lượng hàng hóa mà người mua muốn mua ở mỗi mức giá.</w:t>
      </w:r>
    </w:p>
    <w:p>
      <w:pPr>
        <w:pStyle w:val="ListParagraph"/>
      </w:pPr>
      <w:r>
        <w:rPr>
          <w:sz w:val="22"/>
        </w:rPr>
        <w:t>C. tổng nhu cầu tiêu dùng của xã hội.</w:t>
      </w:r>
    </w:p>
    <w:p>
      <w:pPr>
        <w:pStyle w:val="ListParagraph"/>
      </w:pPr>
      <w:r>
        <w:rPr>
          <w:sz w:val="22"/>
        </w:rPr>
        <w:t>D. lượng hàng hóa bị tồn đọng trong lưu thông.</w:t>
      </w:r>
    </w:p>
    <w:p/>
    <w:p>
      <w:r>
        <w:rPr>
          <w:b/>
          <w:sz w:val="24"/>
        </w:rPr>
        <w:t>Câu 10: Theo quy luật cung, khi giá hàng hóa tăng thì</w:t>
      </w:r>
    </w:p>
    <w:p>
      <w:pPr>
        <w:pStyle w:val="ListParagraph"/>
      </w:pPr>
      <w:r>
        <w:rPr>
          <w:sz w:val="22"/>
        </w:rPr>
        <w:t>A. lượng cung giảm.</w:t>
      </w:r>
    </w:p>
    <w:p>
      <w:pPr>
        <w:pStyle w:val="ListParagraph"/>
      </w:pPr>
      <w:r>
        <w:rPr>
          <w:sz w:val="22"/>
        </w:rPr>
        <w:t>B. lượng cung tăng.</w:t>
      </w:r>
    </w:p>
    <w:p>
      <w:pPr>
        <w:pStyle w:val="ListParagraph"/>
      </w:pPr>
      <w:r>
        <w:rPr>
          <w:sz w:val="22"/>
        </w:rPr>
        <w:t>C. lượng cung không đổi.</w:t>
      </w:r>
    </w:p>
    <w:p>
      <w:pPr>
        <w:pStyle w:val="ListParagraph"/>
      </w:pPr>
      <w:r>
        <w:rPr>
          <w:sz w:val="22"/>
        </w:rPr>
        <w:t>D. lượng cầu tăng.</w:t>
      </w:r>
    </w:p>
    <w:p/>
    <w:p>
      <w:r>
        <w:rPr>
          <w:b/>
          <w:sz w:val="24"/>
        </w:rPr>
        <w:t>Câu 11: Theo quy luật cầu, khi giá hàng hóa tăng thì</w:t>
      </w:r>
    </w:p>
    <w:p>
      <w:pPr>
        <w:pStyle w:val="ListParagraph"/>
      </w:pPr>
      <w:r>
        <w:rPr>
          <w:sz w:val="22"/>
        </w:rPr>
        <w:t>A. lượng cầu tăng.</w:t>
      </w:r>
    </w:p>
    <w:p>
      <w:pPr>
        <w:pStyle w:val="ListParagraph"/>
      </w:pPr>
      <w:r>
        <w:rPr>
          <w:sz w:val="22"/>
        </w:rPr>
        <w:t>B. lượng cầu giảm.</w:t>
      </w:r>
    </w:p>
    <w:p>
      <w:pPr>
        <w:pStyle w:val="ListParagraph"/>
      </w:pPr>
      <w:r>
        <w:rPr>
          <w:sz w:val="22"/>
        </w:rPr>
        <w:t>C. lượng cầu không đổi.</w:t>
      </w:r>
    </w:p>
    <w:p>
      <w:pPr>
        <w:pStyle w:val="ListParagraph"/>
      </w:pPr>
      <w:r>
        <w:rPr>
          <w:sz w:val="22"/>
        </w:rPr>
        <w:t>D. lượng cung giảm.</w:t>
      </w:r>
    </w:p>
    <w:p/>
    <w:p>
      <w:r>
        <w:rPr>
          <w:b/>
          <w:sz w:val="24"/>
        </w:rPr>
        <w:t>Câu 12: Trạng thái cân bằng thị trường xuất hiện khi</w:t>
      </w:r>
    </w:p>
    <w:p>
      <w:pPr>
        <w:pStyle w:val="ListParagraph"/>
      </w:pPr>
      <w:r>
        <w:rPr>
          <w:sz w:val="22"/>
        </w:rPr>
        <w:t>A. lượng cung lớn hơn lượng cầu.</w:t>
      </w:r>
    </w:p>
    <w:p>
      <w:pPr>
        <w:pStyle w:val="ListParagraph"/>
      </w:pPr>
      <w:r>
        <w:rPr>
          <w:sz w:val="22"/>
        </w:rPr>
        <w:t>B. lượng cầu lớn hơn lượng cung.</w:t>
      </w:r>
    </w:p>
    <w:p>
      <w:pPr>
        <w:pStyle w:val="ListParagraph"/>
      </w:pPr>
      <w:r>
        <w:rPr>
          <w:sz w:val="22"/>
        </w:rPr>
        <w:t>C. lượng cung bằng lượng cầu.</w:t>
      </w:r>
    </w:p>
    <w:p>
      <w:pPr>
        <w:pStyle w:val="ListParagraph"/>
      </w:pPr>
      <w:r>
        <w:rPr>
          <w:sz w:val="22"/>
        </w:rPr>
        <w:t>D. giá cả hàng hóa giảm liên tục.</w:t>
      </w:r>
    </w:p>
    <w:p/>
    <w:p>
      <w:r>
        <w:rPr>
          <w:b/>
          <w:sz w:val="24"/>
        </w:rPr>
        <w:t>Câu 13: Khi cung lớn hơn cầu trên thị trường, giá cả hàng hóa thường</w:t>
      </w:r>
    </w:p>
    <w:p>
      <w:pPr>
        <w:pStyle w:val="ListParagraph"/>
      </w:pPr>
      <w:r>
        <w:rPr>
          <w:sz w:val="22"/>
        </w:rPr>
        <w:t>A. tăng.</w:t>
      </w:r>
    </w:p>
    <w:p>
      <w:pPr>
        <w:pStyle w:val="ListParagraph"/>
      </w:pPr>
      <w:r>
        <w:rPr>
          <w:sz w:val="22"/>
        </w:rPr>
        <w:t>B. giảm.</w:t>
      </w:r>
    </w:p>
    <w:p>
      <w:pPr>
        <w:pStyle w:val="ListParagraph"/>
      </w:pPr>
      <w:r>
        <w:rPr>
          <w:sz w:val="22"/>
        </w:rPr>
        <w:t>C. giữ nguyên.</w:t>
      </w:r>
    </w:p>
    <w:p>
      <w:pPr>
        <w:pStyle w:val="ListParagraph"/>
      </w:pPr>
      <w:r>
        <w:rPr>
          <w:sz w:val="22"/>
        </w:rPr>
        <w:t>D. không xác định.</w:t>
      </w:r>
    </w:p>
    <w:p/>
    <w:p>
      <w:r>
        <w:rPr>
          <w:b/>
          <w:sz w:val="24"/>
        </w:rPr>
        <w:t>Câu 14: Khi cầu lớn hơn cung trên thị trường, giá cả hàng hóa thường</w:t>
      </w:r>
    </w:p>
    <w:p>
      <w:pPr>
        <w:pStyle w:val="ListParagraph"/>
      </w:pPr>
      <w:r>
        <w:rPr>
          <w:sz w:val="22"/>
        </w:rPr>
        <w:t>A. tăng.</w:t>
      </w:r>
    </w:p>
    <w:p>
      <w:pPr>
        <w:pStyle w:val="ListParagraph"/>
      </w:pPr>
      <w:r>
        <w:rPr>
          <w:sz w:val="22"/>
        </w:rPr>
        <w:t>B. giảm.</w:t>
      </w:r>
    </w:p>
    <w:p>
      <w:pPr>
        <w:pStyle w:val="ListParagraph"/>
      </w:pPr>
      <w:r>
        <w:rPr>
          <w:sz w:val="22"/>
        </w:rPr>
        <w:t>C. giữ nguyên.</w:t>
      </w:r>
    </w:p>
    <w:p>
      <w:pPr>
        <w:pStyle w:val="ListParagraph"/>
      </w:pPr>
      <w:r>
        <w:rPr>
          <w:sz w:val="22"/>
        </w:rPr>
        <w:t>D. không xác định.</w:t>
      </w:r>
    </w:p>
    <w:p/>
    <w:p>
      <w:r>
        <w:rPr>
          <w:b/>
          <w:sz w:val="24"/>
        </w:rPr>
        <w:t>Câu 15: Nhân tố nào sau đây ảnh hưởng đến cung hàng hóa?</w:t>
      </w:r>
    </w:p>
    <w:p>
      <w:pPr>
        <w:pStyle w:val="ListParagraph"/>
      </w:pPr>
      <w:r>
        <w:rPr>
          <w:sz w:val="22"/>
        </w:rPr>
        <w:t>A. Thị hiếu của người tiêu dùng.</w:t>
      </w:r>
    </w:p>
    <w:p>
      <w:pPr>
        <w:pStyle w:val="ListParagraph"/>
      </w:pPr>
      <w:r>
        <w:rPr>
          <w:sz w:val="22"/>
        </w:rPr>
        <w:t>B. Thu nhập của người tiêu dùng.</w:t>
      </w:r>
    </w:p>
    <w:p>
      <w:pPr>
        <w:pStyle w:val="ListParagraph"/>
      </w:pPr>
      <w:r>
        <w:rPr>
          <w:sz w:val="22"/>
        </w:rPr>
        <w:t>C. Giá của các yếu tố đầu vào.</w:t>
      </w:r>
    </w:p>
    <w:p>
      <w:pPr>
        <w:pStyle w:val="ListParagraph"/>
      </w:pPr>
      <w:r>
        <w:rPr>
          <w:sz w:val="22"/>
        </w:rPr>
        <w:t>D. Quy mô dân số.</w:t>
      </w:r>
    </w:p>
    <w:p/>
    <w:p>
      <w:r>
        <w:rPr>
          <w:b/>
          <w:sz w:val="24"/>
        </w:rPr>
        <w:t>Câu 16: Nhân tố nào sau đây ảnh hưởng đến cầu hàng hóa?</w:t>
      </w:r>
    </w:p>
    <w:p>
      <w:pPr>
        <w:pStyle w:val="ListParagraph"/>
      </w:pPr>
      <w:r>
        <w:rPr>
          <w:sz w:val="22"/>
        </w:rPr>
        <w:t>A. Công nghệ sản xuất.</w:t>
      </w:r>
    </w:p>
    <w:p>
      <w:pPr>
        <w:pStyle w:val="ListParagraph"/>
      </w:pPr>
      <w:r>
        <w:rPr>
          <w:sz w:val="22"/>
        </w:rPr>
        <w:t>B. Giá của các yếu tố đầu vào.</w:t>
      </w:r>
    </w:p>
    <w:p>
      <w:pPr>
        <w:pStyle w:val="ListParagraph"/>
      </w:pPr>
      <w:r>
        <w:rPr>
          <w:sz w:val="22"/>
        </w:rPr>
        <w:t>C. Chính sách thuế đối với doanh nghiệp.</w:t>
      </w:r>
    </w:p>
    <w:p>
      <w:pPr>
        <w:pStyle w:val="ListParagraph"/>
      </w:pPr>
      <w:r>
        <w:rPr>
          <w:sz w:val="22"/>
        </w:rPr>
        <w:t>D. Thu nhập của người tiêu dùng.</w:t>
      </w:r>
    </w:p>
    <w:p/>
    <w:p>
      <w:r>
        <w:rPr>
          <w:b/>
          <w:sz w:val="24"/>
        </w:rPr>
        <w:t>Câu 17: Khi giá hàng hóa thay thế tăng, cầu đối với hàng hóa đang xét thường</w:t>
      </w:r>
    </w:p>
    <w:p>
      <w:pPr>
        <w:pStyle w:val="ListParagraph"/>
      </w:pPr>
      <w:r>
        <w:rPr>
          <w:sz w:val="22"/>
        </w:rPr>
        <w:t>A. giảm.</w:t>
      </w:r>
    </w:p>
    <w:p>
      <w:pPr>
        <w:pStyle w:val="ListParagraph"/>
      </w:pPr>
      <w:r>
        <w:rPr>
          <w:sz w:val="22"/>
        </w:rPr>
        <w:t>B. tăng.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giảm xuống bằng không.</w:t>
      </w:r>
    </w:p>
    <w:p/>
    <w:p>
      <w:r>
        <w:rPr>
          <w:b/>
          <w:sz w:val="24"/>
        </w:rPr>
        <w:t>Câu 18: Khi giá hàng hóa bổ sung tăng, cầu đối với hàng hóa đang xét thường</w:t>
      </w:r>
    </w:p>
    <w:p>
      <w:pPr>
        <w:pStyle w:val="ListParagraph"/>
      </w:pPr>
      <w:r>
        <w:rPr>
          <w:sz w:val="22"/>
        </w:rPr>
        <w:t>A. tăng.</w:t>
      </w:r>
    </w:p>
    <w:p>
      <w:pPr>
        <w:pStyle w:val="ListParagraph"/>
      </w:pPr>
      <w:r>
        <w:rPr>
          <w:sz w:val="22"/>
        </w:rPr>
        <w:t>B. giảm.</w:t>
      </w:r>
    </w:p>
    <w:p>
      <w:pPr>
        <w:pStyle w:val="ListParagraph"/>
      </w:pPr>
      <w:r>
        <w:rPr>
          <w:sz w:val="22"/>
        </w:rPr>
        <w:t>C. không đổi.</w:t>
      </w:r>
    </w:p>
    <w:p>
      <w:pPr>
        <w:pStyle w:val="ListParagraph"/>
      </w:pPr>
      <w:r>
        <w:rPr>
          <w:sz w:val="22"/>
        </w:rPr>
        <w:t>D. tăng gấp đôi.</w:t>
      </w:r>
    </w:p>
    <w:p/>
    <w:p>
      <w:r>
        <w:rPr>
          <w:b/>
          <w:sz w:val="24"/>
        </w:rPr>
        <w:t>Câu 19: Nhà nước sử dụng các biện pháp nào để điều tiết quan hệ cung - cầu?</w:t>
      </w:r>
    </w:p>
    <w:p>
      <w:pPr>
        <w:pStyle w:val="ListParagraph"/>
      </w:pPr>
      <w:r>
        <w:rPr>
          <w:sz w:val="22"/>
        </w:rPr>
        <w:t>A. Ban hành chính sách tài khóa, tiền tệ, giá cả, thuế.</w:t>
      </w:r>
    </w:p>
    <w:p>
      <w:pPr>
        <w:pStyle w:val="ListParagraph"/>
      </w:pPr>
      <w:r>
        <w:rPr>
          <w:sz w:val="22"/>
        </w:rPr>
        <w:t>B. Cấm mọi hoạt động mua bán.</w:t>
      </w:r>
    </w:p>
    <w:p>
      <w:pPr>
        <w:pStyle w:val="ListParagraph"/>
      </w:pPr>
      <w:r>
        <w:rPr>
          <w:sz w:val="22"/>
        </w:rPr>
        <w:t>C. Để thị trường tự điều tiết hoàn toàn.</w:t>
      </w:r>
    </w:p>
    <w:p>
      <w:pPr>
        <w:pStyle w:val="ListParagraph"/>
      </w:pPr>
      <w:r>
        <w:rPr>
          <w:sz w:val="22"/>
        </w:rPr>
        <w:t>D. Xóa bỏ quy luật cung - cầu.</w:t>
      </w:r>
    </w:p>
    <w:p/>
    <w:p>
      <w:r>
        <w:rPr>
          <w:b/>
          <w:sz w:val="24"/>
        </w:rPr>
        <w:t>Câu 20: Mối quan hệ giữa cung, cầu và giá cả thị trường là</w:t>
      </w:r>
    </w:p>
    <w:p>
      <w:pPr>
        <w:pStyle w:val="ListParagraph"/>
      </w:pPr>
      <w:r>
        <w:rPr>
          <w:sz w:val="22"/>
        </w:rPr>
        <w:t>A. giá cả chỉ phụ thuộc vào cung.</w:t>
      </w:r>
    </w:p>
    <w:p>
      <w:pPr>
        <w:pStyle w:val="ListParagraph"/>
      </w:pPr>
      <w:r>
        <w:rPr>
          <w:sz w:val="22"/>
        </w:rPr>
        <w:t>B. giá cả chỉ phụ thuộc vào cầu.</w:t>
      </w:r>
    </w:p>
    <w:p>
      <w:pPr>
        <w:pStyle w:val="ListParagraph"/>
      </w:pPr>
      <w:r>
        <w:rPr>
          <w:sz w:val="22"/>
        </w:rPr>
        <w:t>C. cung - cầu tác động qua lại và ảnh hưởng đến giá cả thị trường.</w:t>
      </w:r>
    </w:p>
    <w:p>
      <w:pPr>
        <w:pStyle w:val="ListParagraph"/>
      </w:pPr>
      <w:r>
        <w:rPr>
          <w:sz w:val="22"/>
        </w:rPr>
        <w:t>D. cung - cầu không ảnh hưởng đến giá cả.</w:t>
      </w:r>
    </w:p>
    <w:p/>
    <w:p>
      <w:r>
        <w:rPr>
          <w:b/>
          <w:sz w:val="24"/>
        </w:rPr>
        <w:t>Câu 21: Cạnh tranh trong nền kinh tế chỉ mang lại tác động tiêu cực.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22: Cạnh tranh lành mạnh góp phần nâng cao chất lượng hàng hóa, dịch vụ và thúc đẩy đổi mới.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23: Khi giá cả hàng hóa tăng lên, lượng cầu có xu hướng giảm.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24: Cung là số lượng hàng hóa, dịch vụ mà người mua sẵn sàng và có khả năng mua ở các mức giá khác nhau.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25: Nhà nước không cần can thiệp vào quan hệ cung - cầu vì thị trường luôn tự điều tiết hiệu quả.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