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làm giúp tôi 10 câu hỏi chắc nghiệm kiểm tra 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Lịch sử là gì?</w:t>
      </w:r>
    </w:p>
    <w:p>
      <w:pPr>
        <w:pStyle w:val="ListParagraph"/>
      </w:pPr>
      <w:r>
        <w:rPr>
          <w:sz w:val="22"/>
        </w:rPr>
        <w:t>A. Những gì đã xảy ra trong quá khứ của xã hội loài người</w:t>
      </w:r>
    </w:p>
    <w:p>
      <w:pPr>
        <w:pStyle w:val="ListParagraph"/>
      </w:pPr>
      <w:r>
        <w:rPr>
          <w:sz w:val="22"/>
        </w:rPr>
        <w:t>B. Tất cả những gì đã xảy ra trong tự nhiên và xã hội</w:t>
      </w:r>
    </w:p>
    <w:p>
      <w:pPr>
        <w:pStyle w:val="ListParagraph"/>
      </w:pPr>
      <w:r>
        <w:rPr>
          <w:sz w:val="22"/>
        </w:rPr>
        <w:t>C. Khoa học nghiên cứu về quá trình phát triển của tự nhiên</w:t>
      </w:r>
    </w:p>
    <w:p>
      <w:pPr>
        <w:pStyle w:val="ListParagraph"/>
      </w:pPr>
      <w:r>
        <w:rPr>
          <w:sz w:val="22"/>
        </w:rPr>
        <w:t>D. Những câu chuyện truyền miệng về quá khứ</w:t>
      </w:r>
    </w:p>
    <w:p/>
    <w:p>
      <w:r>
        <w:rPr>
          <w:b/>
          <w:sz w:val="24"/>
        </w:rPr>
        <w:t>Câu 2: Đối tượng nghiên cứu của Sử học là gì?</w:t>
      </w:r>
    </w:p>
    <w:p>
      <w:pPr>
        <w:pStyle w:val="ListParagraph"/>
      </w:pPr>
      <w:r>
        <w:rPr>
          <w:sz w:val="22"/>
        </w:rPr>
        <w:t>A. Toàn bộ quá trình phát triển của tự nhiên và xã hội</w:t>
      </w:r>
    </w:p>
    <w:p>
      <w:pPr>
        <w:pStyle w:val="ListParagraph"/>
      </w:pPr>
      <w:r>
        <w:rPr>
          <w:sz w:val="22"/>
        </w:rPr>
        <w:t>B. Quá trình phát sinh, phát triển của xã hội loài người và những hoạt động của con người trong quá khứ</w:t>
      </w:r>
    </w:p>
    <w:p>
      <w:pPr>
        <w:pStyle w:val="ListParagraph"/>
      </w:pPr>
      <w:r>
        <w:rPr>
          <w:sz w:val="22"/>
        </w:rPr>
        <w:t>C. Các sự kiện chính trị, quân sự của các quốc gia</w:t>
      </w:r>
    </w:p>
    <w:p>
      <w:pPr>
        <w:pStyle w:val="ListParagraph"/>
      </w:pPr>
      <w:r>
        <w:rPr>
          <w:sz w:val="22"/>
        </w:rPr>
        <w:t>D. Những biến đổi về kinh tế, văn hóa của một quốc gia</w:t>
      </w:r>
    </w:p>
    <w:p/>
    <w:p>
      <w:r>
        <w:rPr>
          <w:b/>
          <w:sz w:val="24"/>
        </w:rPr>
        <w:t>Câu 3: Phương pháp nghiên cứu chủ yếu của Sử học là gì?</w:t>
      </w:r>
    </w:p>
    <w:p>
      <w:pPr>
        <w:pStyle w:val="ListParagraph"/>
      </w:pPr>
      <w:r>
        <w:rPr>
          <w:sz w:val="22"/>
        </w:rPr>
        <w:t>A. Phương pháp thực nghiệm</w:t>
      </w:r>
    </w:p>
    <w:p>
      <w:pPr>
        <w:pStyle w:val="ListParagraph"/>
      </w:pPr>
      <w:r>
        <w:rPr>
          <w:sz w:val="22"/>
        </w:rPr>
        <w:t>B. Phương pháp quan sát</w:t>
      </w:r>
    </w:p>
    <w:p>
      <w:pPr>
        <w:pStyle w:val="ListParagraph"/>
      </w:pPr>
      <w:r>
        <w:rPr>
          <w:sz w:val="22"/>
        </w:rPr>
        <w:t>C. Phương pháp lịch sử và phương pháp logic</w:t>
      </w:r>
    </w:p>
    <w:p>
      <w:pPr>
        <w:pStyle w:val="ListParagraph"/>
      </w:pPr>
      <w:r>
        <w:rPr>
          <w:sz w:val="22"/>
        </w:rPr>
        <w:t>D. Phương pháp phân tích hóa học</w:t>
      </w:r>
    </w:p>
    <w:p/>
    <w:p>
      <w:r>
        <w:rPr>
          <w:b/>
          <w:sz w:val="24"/>
        </w:rPr>
        <w:t>Câu 4: Sử liệu là gì?</w:t>
      </w:r>
    </w:p>
    <w:p>
      <w:pPr>
        <w:pStyle w:val="ListParagraph"/>
      </w:pPr>
      <w:r>
        <w:rPr>
          <w:sz w:val="22"/>
        </w:rPr>
        <w:t>A. Tất cả những thông tin, tài liệu về quá khứ được con người lưu giữ, truyền lại</w:t>
      </w:r>
    </w:p>
    <w:p>
      <w:pPr>
        <w:pStyle w:val="ListParagraph"/>
      </w:pPr>
      <w:r>
        <w:rPr>
          <w:sz w:val="22"/>
        </w:rPr>
        <w:t>B. Các hiện vật khảo cổ được khai quật</w:t>
      </w:r>
    </w:p>
    <w:p>
      <w:pPr>
        <w:pStyle w:val="ListParagraph"/>
      </w:pPr>
      <w:r>
        <w:rPr>
          <w:sz w:val="22"/>
        </w:rPr>
        <w:t>C. Các văn bản được viết tay hoặc in ấn</w:t>
      </w:r>
    </w:p>
    <w:p>
      <w:pPr>
        <w:pStyle w:val="ListParagraph"/>
      </w:pPr>
      <w:r>
        <w:rPr>
          <w:sz w:val="22"/>
        </w:rPr>
        <w:t>D. Các câu chuyện dân gian được truyền miệng</w:t>
      </w:r>
    </w:p>
    <w:p/>
    <w:p>
      <w:r>
        <w:rPr>
          <w:b/>
          <w:sz w:val="24"/>
        </w:rPr>
        <w:t>Câu 5: Các loại sử liệu thường gặp là gì?</w:t>
      </w:r>
    </w:p>
    <w:p>
      <w:pPr>
        <w:pStyle w:val="ListParagraph"/>
      </w:pPr>
      <w:r>
        <w:rPr>
          <w:sz w:val="22"/>
        </w:rPr>
        <w:t>A. Sử liệu hiện vật, sử liệu chữ viết, sử liệu truyền miệng, sử liệu đa phương tiện</w:t>
      </w:r>
    </w:p>
    <w:p>
      <w:pPr>
        <w:pStyle w:val="ListParagraph"/>
      </w:pPr>
      <w:r>
        <w:rPr>
          <w:sz w:val="22"/>
        </w:rPr>
        <w:t>B. Sử liệu thành văn, sử liệu hiện vật, sử liệu hình ảnh</w:t>
      </w:r>
    </w:p>
    <w:p>
      <w:pPr>
        <w:pStyle w:val="ListParagraph"/>
      </w:pPr>
      <w:r>
        <w:rPr>
          <w:sz w:val="22"/>
        </w:rPr>
        <w:t>C. Sử liệu gốc, sử liệu phái sinh, sử liệu trực tiếp</w:t>
      </w:r>
    </w:p>
    <w:p>
      <w:pPr>
        <w:pStyle w:val="ListParagraph"/>
      </w:pPr>
      <w:r>
        <w:rPr>
          <w:sz w:val="22"/>
        </w:rPr>
        <w:t>D. Sử liệu thực địa, sử liệu văn phòng, sử liệu dân gian</w:t>
      </w:r>
    </w:p>
    <w:p/>
    <w:p>
      <w:r>
        <w:rPr>
          <w:b/>
          <w:sz w:val="24"/>
        </w:rPr>
        <w:t>Câu 6: Vai trò của Sử học đối với xã hội là gì?</w:t>
      </w:r>
    </w:p>
    <w:p>
      <w:pPr>
        <w:pStyle w:val="ListParagraph"/>
      </w:pPr>
      <w:r>
        <w:rPr>
          <w:sz w:val="22"/>
        </w:rPr>
        <w:t>A. Giúp con người hiểu biết về quá khứ, từ đó rút ra bài học cho hiện tại và tương lai</w:t>
      </w:r>
    </w:p>
    <w:p>
      <w:pPr>
        <w:pStyle w:val="ListParagraph"/>
      </w:pPr>
      <w:r>
        <w:rPr>
          <w:sz w:val="22"/>
        </w:rPr>
        <w:t>B. Chỉ để ghi chép và lưu trữ các sự kiện lịch sử</w:t>
      </w:r>
    </w:p>
    <w:p>
      <w:pPr>
        <w:pStyle w:val="ListParagraph"/>
      </w:pPr>
      <w:r>
        <w:rPr>
          <w:sz w:val="22"/>
        </w:rPr>
        <w:t>C. Xây dựng các câu chuyện thần thoại về nguồn gốc dân tộc</w:t>
      </w:r>
    </w:p>
    <w:p>
      <w:pPr>
        <w:pStyle w:val="ListParagraph"/>
      </w:pPr>
      <w:r>
        <w:rPr>
          <w:sz w:val="22"/>
        </w:rPr>
        <w:t>D. Dự đoán tương lai của xã hội</w:t>
      </w:r>
    </w:p>
    <w:p/>
    <w:p>
      <w:r>
        <w:rPr>
          <w:b/>
          <w:sz w:val="24"/>
        </w:rPr>
        <w:t>Câu 7: Tại sao cần phải học lịch sử?</w:t>
      </w:r>
    </w:p>
    <w:p>
      <w:pPr>
        <w:pStyle w:val="ListParagraph"/>
      </w:pPr>
      <w:r>
        <w:rPr>
          <w:sz w:val="22"/>
        </w:rPr>
        <w:t>A. Để biết về cội nguồn của gia đình, quê hương, đất nước và để ứng xử đúng trong hiện tại</w:t>
      </w:r>
    </w:p>
    <w:p>
      <w:pPr>
        <w:pStyle w:val="ListParagraph"/>
      </w:pPr>
      <w:r>
        <w:rPr>
          <w:sz w:val="22"/>
        </w:rPr>
        <w:t>B. Để trở thành nhà sử học</w:t>
      </w:r>
    </w:p>
    <w:p>
      <w:pPr>
        <w:pStyle w:val="ListParagraph"/>
      </w:pPr>
      <w:r>
        <w:rPr>
          <w:sz w:val="22"/>
        </w:rPr>
        <w:t>C. Để hiểu biết về văn hóa các nước</w:t>
      </w:r>
    </w:p>
    <w:p>
      <w:pPr>
        <w:pStyle w:val="ListParagraph"/>
      </w:pPr>
      <w:r>
        <w:rPr>
          <w:sz w:val="22"/>
        </w:rPr>
        <w:t>D. Để đối phó với các bài kiểm tra</w:t>
      </w:r>
    </w:p>
    <w:p/>
    <w:p>
      <w:r>
        <w:rPr>
          <w:b/>
          <w:sz w:val="24"/>
        </w:rPr>
        <w:t>Câu 8: “Lịch sử” theo nghĩa khoa học là gì?</w:t>
      </w:r>
    </w:p>
    <w:p>
      <w:pPr>
        <w:pStyle w:val="ListParagraph"/>
      </w:pPr>
      <w:r>
        <w:rPr>
          <w:sz w:val="22"/>
        </w:rPr>
        <w:t>A. Là một khoa học nghiên cứu về quá trình phát sinh, phát triển của xã hội loài người</w:t>
      </w:r>
    </w:p>
    <w:p>
      <w:pPr>
        <w:pStyle w:val="ListParagraph"/>
      </w:pPr>
      <w:r>
        <w:rPr>
          <w:sz w:val="22"/>
        </w:rPr>
        <w:t>B. Là những gì đã diễn ra trong quá khứ</w:t>
      </w:r>
    </w:p>
    <w:p>
      <w:pPr>
        <w:pStyle w:val="ListParagraph"/>
      </w:pPr>
      <w:r>
        <w:rPr>
          <w:sz w:val="22"/>
        </w:rPr>
        <w:t>C. Là các câu chuyện về thần thoại và truyền thuyết</w:t>
      </w:r>
    </w:p>
    <w:p>
      <w:pPr>
        <w:pStyle w:val="ListParagraph"/>
      </w:pPr>
      <w:r>
        <w:rPr>
          <w:sz w:val="22"/>
        </w:rPr>
        <w:t>D. Là môn học thuộc lòng các sự kiện</w:t>
      </w:r>
    </w:p>
    <w:p/>
    <w:p>
      <w:r>
        <w:rPr>
          <w:b/>
          <w:sz w:val="24"/>
        </w:rPr>
        <w:t>Câu 9: Điều gì giúp Sử học tái hiện lại quá khứ?</w:t>
      </w:r>
    </w:p>
    <w:p>
      <w:pPr>
        <w:pStyle w:val="ListParagraph"/>
      </w:pPr>
      <w:r>
        <w:rPr>
          <w:sz w:val="22"/>
        </w:rPr>
        <w:t>A. Sử liệu</w:t>
      </w:r>
    </w:p>
    <w:p>
      <w:pPr>
        <w:pStyle w:val="ListParagraph"/>
      </w:pPr>
      <w:r>
        <w:rPr>
          <w:sz w:val="22"/>
        </w:rPr>
        <w:t>B. Trí tưởng tượng</w:t>
      </w:r>
    </w:p>
    <w:p>
      <w:pPr>
        <w:pStyle w:val="ListParagraph"/>
      </w:pPr>
      <w:r>
        <w:rPr>
          <w:sz w:val="22"/>
        </w:rPr>
        <w:t>C. Phim ảnh</w:t>
      </w:r>
    </w:p>
    <w:p>
      <w:pPr>
        <w:pStyle w:val="ListParagraph"/>
      </w:pPr>
      <w:r>
        <w:rPr>
          <w:sz w:val="22"/>
        </w:rPr>
        <w:t>D. Các câu chuyện dân gian</w:t>
      </w:r>
    </w:p>
    <w:p/>
    <w:p>
      <w:r>
        <w:rPr>
          <w:b/>
          <w:sz w:val="24"/>
        </w:rPr>
        <w:t>Câu 10: Nguyên tắc cơ bản của nghiên cứu Sử học là gì?</w:t>
      </w:r>
    </w:p>
    <w:p>
      <w:pPr>
        <w:pStyle w:val="ListParagraph"/>
      </w:pPr>
      <w:r>
        <w:rPr>
          <w:sz w:val="22"/>
        </w:rPr>
        <w:t>A. Khách quan, trung thực, nhân văn, kế thừa</w:t>
      </w:r>
    </w:p>
    <w:p>
      <w:pPr>
        <w:pStyle w:val="ListParagraph"/>
      </w:pPr>
      <w:r>
        <w:rPr>
          <w:sz w:val="22"/>
        </w:rPr>
        <w:t>B. Chủ quan, sáng tạo, linh hoạt</w:t>
      </w:r>
    </w:p>
    <w:p>
      <w:pPr>
        <w:pStyle w:val="ListParagraph"/>
      </w:pPr>
      <w:r>
        <w:rPr>
          <w:sz w:val="22"/>
        </w:rPr>
        <w:t>C. Dựa trên cảm tính, ủng hộ chính quyền</w:t>
      </w:r>
    </w:p>
    <w:p>
      <w:pPr>
        <w:pStyle w:val="ListParagraph"/>
      </w:pPr>
      <w:r>
        <w:rPr>
          <w:sz w:val="22"/>
        </w:rPr>
        <w:t>D. Chỉ sử dụng sử liệu viết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