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soạn sinh 11 bài 1 trao đổi chất và chuyển ho...</w:t>
      </w:r>
    </w:p>
    <w:p>
      <w:pPr>
        <w:jc w:val="center"/>
      </w:pPr>
      <w:r>
        <w:rPr>
          <w:sz w:val="22"/>
        </w:rPr>
        <w:t>Số câu: 40    Thời gian: _____ phút    Họ và tên: _________________________</w:t>
      </w:r>
    </w:p>
    <w:p/>
    <w:p>
      <w:r>
        <w:rPr>
          <w:b/>
          <w:sz w:val="24"/>
        </w:rPr>
        <w:t>Câu 1: Trao đổi chất ở sinh vật là gì?</w:t>
      </w:r>
    </w:p>
    <w:p>
      <w:pPr>
        <w:pStyle w:val="ListParagraph"/>
      </w:pPr>
      <w:r>
        <w:rPr>
          <w:sz w:val="22"/>
        </w:rPr>
        <w:t>A. Là quá trình sinh vật lấy các chất từ môi trường và thải các chất ra ngoài.</w:t>
      </w:r>
    </w:p>
    <w:p>
      <w:pPr>
        <w:pStyle w:val="ListParagraph"/>
      </w:pPr>
      <w:r>
        <w:rPr>
          <w:sz w:val="22"/>
        </w:rPr>
        <w:t>B. Là quá trình biến đổi các chất trong cơ thể sinh vật.</w:t>
      </w:r>
    </w:p>
    <w:p>
      <w:pPr>
        <w:pStyle w:val="ListParagraph"/>
      </w:pPr>
      <w:r>
        <w:rPr>
          <w:sz w:val="22"/>
        </w:rPr>
        <w:t>C. Là quá trình trao đổi vật chất và năng lượng giữa sinh vật với môi trường, đồng thời diễn ra các quá trình chuyển hóa trong tế bào.</w:t>
      </w:r>
    </w:p>
    <w:p>
      <w:pPr>
        <w:pStyle w:val="ListParagraph"/>
      </w:pPr>
      <w:r>
        <w:rPr>
          <w:sz w:val="22"/>
        </w:rPr>
        <w:t>D. Là quá trình sinh vật hấp thụ năng lượng từ ánh sáng mặt trời.</w:t>
      </w:r>
    </w:p>
    <w:p/>
    <w:p>
      <w:r>
        <w:rPr>
          <w:b/>
          <w:sz w:val="24"/>
        </w:rPr>
        <w:t>Câu 2: Chuyển hóa năng lượng trong tế bào bao gồm những quá trình nào?</w:t>
      </w:r>
    </w:p>
    <w:p>
      <w:pPr>
        <w:pStyle w:val="ListParagraph"/>
      </w:pPr>
      <w:r>
        <w:rPr>
          <w:sz w:val="22"/>
        </w:rPr>
        <w:t>A. Đồng hóa và dị hóa.</w:t>
      </w:r>
    </w:p>
    <w:p>
      <w:pPr>
        <w:pStyle w:val="ListParagraph"/>
      </w:pPr>
      <w:r>
        <w:rPr>
          <w:sz w:val="22"/>
        </w:rPr>
        <w:t>B. Quang hợp và hô hấp.</w:t>
      </w:r>
    </w:p>
    <w:p>
      <w:pPr>
        <w:pStyle w:val="ListParagraph"/>
      </w:pPr>
      <w:r>
        <w:rPr>
          <w:sz w:val="22"/>
        </w:rPr>
        <w:t>C. Tổng hợp và phân giải các chất.</w:t>
      </w:r>
    </w:p>
    <w:p>
      <w:pPr>
        <w:pStyle w:val="ListParagraph"/>
      </w:pPr>
      <w:r>
        <w:rPr>
          <w:sz w:val="22"/>
        </w:rPr>
        <w:t>D. Hấp thụ và bài tiết.</w:t>
      </w:r>
    </w:p>
    <w:p/>
    <w:p>
      <w:r>
        <w:rPr>
          <w:b/>
          <w:sz w:val="24"/>
        </w:rPr>
        <w:t>Câu 3: Đồng hóa là quá trình:</w:t>
      </w:r>
    </w:p>
    <w:p>
      <w:pPr>
        <w:pStyle w:val="ListParagraph"/>
      </w:pPr>
      <w:r>
        <w:rPr>
          <w:sz w:val="22"/>
        </w:rPr>
        <w:t>A. Phân giải các chất hữu cơ phức tạp thành các chất đơn giản và giải phóng năng lượng.</w:t>
      </w:r>
    </w:p>
    <w:p>
      <w:pPr>
        <w:pStyle w:val="ListParagraph"/>
      </w:pPr>
      <w:r>
        <w:rPr>
          <w:sz w:val="22"/>
        </w:rPr>
        <w:t>B. Tổng hợp các chất hữu cơ phức tạp từ các chất đơn giản và tích lũy năng lượng.</w:t>
      </w:r>
    </w:p>
    <w:p>
      <w:pPr>
        <w:pStyle w:val="ListParagraph"/>
      </w:pPr>
      <w:r>
        <w:rPr>
          <w:sz w:val="22"/>
        </w:rPr>
        <w:t>C. Vận chuyển các chất trong cơ thể.</w:t>
      </w:r>
    </w:p>
    <w:p>
      <w:pPr>
        <w:pStyle w:val="ListParagraph"/>
      </w:pPr>
      <w:r>
        <w:rPr>
          <w:sz w:val="22"/>
        </w:rPr>
        <w:t>D. Thải các chất cặn bã ra khỏi cơ thể.</w:t>
      </w:r>
    </w:p>
    <w:p/>
    <w:p>
      <w:r>
        <w:rPr>
          <w:b/>
          <w:sz w:val="24"/>
        </w:rPr>
        <w:t>Câu 4: Dị hóa là quá trình:</w:t>
      </w:r>
    </w:p>
    <w:p>
      <w:pPr>
        <w:pStyle w:val="ListParagraph"/>
      </w:pPr>
      <w:r>
        <w:rPr>
          <w:sz w:val="22"/>
        </w:rPr>
        <w:t>A. Tổng hợp các chất hữu cơ phức tạp từ các chất đơn giản.</w:t>
      </w:r>
    </w:p>
    <w:p>
      <w:pPr>
        <w:pStyle w:val="ListParagraph"/>
      </w:pPr>
      <w:r>
        <w:rPr>
          <w:sz w:val="22"/>
        </w:rPr>
        <w:t>B. Phân giải các chất hữu cơ phức tạp thành các chất đơn giản và giải phóng năng lượng.</w:t>
      </w:r>
    </w:p>
    <w:p>
      <w:pPr>
        <w:pStyle w:val="ListParagraph"/>
      </w:pPr>
      <w:r>
        <w:rPr>
          <w:sz w:val="22"/>
        </w:rPr>
        <w:t>C. Hấp thụ nước và muối khoáng.</w:t>
      </w:r>
    </w:p>
    <w:p>
      <w:pPr>
        <w:pStyle w:val="ListParagraph"/>
      </w:pPr>
      <w:r>
        <w:rPr>
          <w:sz w:val="22"/>
        </w:rPr>
        <w:t>D. Quang hợp ở thực vật.</w:t>
      </w:r>
    </w:p>
    <w:p/>
    <w:p>
      <w:r>
        <w:rPr>
          <w:b/>
          <w:sz w:val="24"/>
        </w:rPr>
        <w:t>Câu 5: Mối quan hệ giữa đồng hóa và dị hóa là:</w:t>
      </w:r>
    </w:p>
    <w:p>
      <w:pPr>
        <w:pStyle w:val="ListParagraph"/>
      </w:pPr>
      <w:r>
        <w:rPr>
          <w:sz w:val="22"/>
        </w:rPr>
        <w:t>A. Đồng hóa và dị hóa là hai quá trình độc lập, không liên quan đến nhau.</w:t>
      </w:r>
    </w:p>
    <w:p>
      <w:pPr>
        <w:pStyle w:val="ListParagraph"/>
      </w:pPr>
      <w:r>
        <w:rPr>
          <w:sz w:val="22"/>
        </w:rPr>
        <w:t>B. Đồng hóa cung cấp nguyên liệu cho dị hóa, dị hóa cung cấp năng lượng cho đồng hóa.</w:t>
      </w:r>
    </w:p>
    <w:p>
      <w:pPr>
        <w:pStyle w:val="ListParagraph"/>
      </w:pPr>
      <w:r>
        <w:rPr>
          <w:sz w:val="22"/>
        </w:rPr>
        <w:t>C. Đồng hóa xảy ra trước, dị hóa xảy ra sau.</w:t>
      </w:r>
    </w:p>
    <w:p>
      <w:pPr>
        <w:pStyle w:val="ListParagraph"/>
      </w:pPr>
      <w:r>
        <w:rPr>
          <w:sz w:val="22"/>
        </w:rPr>
        <w:t>D. Dị hóa cung cấp nguyên liệu cho đồng hóa, đồng hóa cung cấp năng lượng cho dị hóa.</w:t>
      </w:r>
    </w:p>
    <w:p/>
    <w:p>
      <w:r>
        <w:rPr>
          <w:b/>
          <w:sz w:val="24"/>
        </w:rPr>
        <w:t>Câu 6: ATP là gì?</w:t>
      </w:r>
    </w:p>
    <w:p>
      <w:pPr>
        <w:pStyle w:val="ListParagraph"/>
      </w:pPr>
      <w:r>
        <w:rPr>
          <w:sz w:val="22"/>
        </w:rPr>
        <w:t>A. Là phân tử mang năng lượng chủ yếu trong tế bào.</w:t>
      </w:r>
    </w:p>
    <w:p>
      <w:pPr>
        <w:pStyle w:val="ListParagraph"/>
      </w:pPr>
      <w:r>
        <w:rPr>
          <w:sz w:val="22"/>
        </w:rPr>
        <w:t>B. Là enzyme xúc tác các phản ứng sinh hóa.</w:t>
      </w:r>
    </w:p>
    <w:p>
      <w:pPr>
        <w:pStyle w:val="ListParagraph"/>
      </w:pPr>
      <w:r>
        <w:rPr>
          <w:sz w:val="22"/>
        </w:rPr>
        <w:t>C. Là chất dự trữ năng lượng lâu dài trong cơ thể.</w:t>
      </w:r>
    </w:p>
    <w:p>
      <w:pPr>
        <w:pStyle w:val="ListParagraph"/>
      </w:pPr>
      <w:r>
        <w:rPr>
          <w:sz w:val="22"/>
        </w:rPr>
        <w:t>D. Là sắc tố quang hợp.</w:t>
      </w:r>
    </w:p>
    <w:p/>
    <w:p>
      <w:r>
        <w:rPr>
          <w:b/>
          <w:sz w:val="24"/>
        </w:rPr>
        <w:t>Câu 7: Năng lượng được giải phóng trong quá trình dị hóa được tích lũy vào phân tử nào?</w:t>
      </w:r>
    </w:p>
    <w:p>
      <w:pPr>
        <w:pStyle w:val="ListParagraph"/>
      </w:pPr>
      <w:r>
        <w:rPr>
          <w:sz w:val="22"/>
        </w:rPr>
        <w:t>A. ADP</w:t>
      </w:r>
    </w:p>
    <w:p>
      <w:pPr>
        <w:pStyle w:val="ListParagraph"/>
      </w:pPr>
      <w:r>
        <w:rPr>
          <w:sz w:val="22"/>
        </w:rPr>
        <w:t>B. ATP</w:t>
      </w:r>
    </w:p>
    <w:p>
      <w:pPr>
        <w:pStyle w:val="ListParagraph"/>
      </w:pPr>
      <w:r>
        <w:rPr>
          <w:sz w:val="22"/>
        </w:rPr>
        <w:t>C. NADPH</w:t>
      </w:r>
    </w:p>
    <w:p>
      <w:pPr>
        <w:pStyle w:val="ListParagraph"/>
      </w:pPr>
      <w:r>
        <w:rPr>
          <w:sz w:val="22"/>
        </w:rPr>
        <w:t>D. FADH2</w:t>
      </w:r>
    </w:p>
    <w:p/>
    <w:p>
      <w:r>
        <w:rPr>
          <w:b/>
          <w:sz w:val="24"/>
        </w:rPr>
        <w:t>Câu 8: Quá trình chuyển hóa vật chất và năng lượng ở sinh vật gồm những giai đoạn nào?</w:t>
      </w:r>
    </w:p>
    <w:p>
      <w:pPr>
        <w:pStyle w:val="ListParagraph"/>
      </w:pPr>
      <w:r>
        <w:rPr>
          <w:sz w:val="22"/>
        </w:rPr>
        <w:t>A. Tiêu hóa, hấp thụ, vận chuyển, chuyển hóa trong tế bào, bài tiết.</w:t>
      </w:r>
    </w:p>
    <w:p>
      <w:pPr>
        <w:pStyle w:val="ListParagraph"/>
      </w:pPr>
      <w:r>
        <w:rPr>
          <w:sz w:val="22"/>
        </w:rPr>
        <w:t>B. Quang hợp, hô hấp, thoát hơi nước.</w:t>
      </w:r>
    </w:p>
    <w:p>
      <w:pPr>
        <w:pStyle w:val="ListParagraph"/>
      </w:pPr>
      <w:r>
        <w:rPr>
          <w:sz w:val="22"/>
        </w:rPr>
        <w:t>C. Đồng hóa, dị hóa, bài tiết.</w:t>
      </w:r>
    </w:p>
    <w:p>
      <w:pPr>
        <w:pStyle w:val="ListParagraph"/>
      </w:pPr>
      <w:r>
        <w:rPr>
          <w:sz w:val="22"/>
        </w:rPr>
        <w:t>D. Hấp thụ, đồng hóa, dị hóa, thải chất.</w:t>
      </w:r>
    </w:p>
    <w:p/>
    <w:p>
      <w:r>
        <w:rPr>
          <w:b/>
          <w:sz w:val="24"/>
        </w:rPr>
        <w:t>Câu 9: Ở thực vật, quá trình trao đổi chất và chuyển hóa năng lượng diễn ra chủ yếu ở:</w:t>
      </w:r>
    </w:p>
    <w:p>
      <w:pPr>
        <w:pStyle w:val="ListParagraph"/>
      </w:pPr>
      <w:r>
        <w:rPr>
          <w:sz w:val="22"/>
        </w:rPr>
        <w:t>A. Rễ</w:t>
      </w:r>
    </w:p>
    <w:p>
      <w:pPr>
        <w:pStyle w:val="ListParagraph"/>
      </w:pPr>
      <w:r>
        <w:rPr>
          <w:sz w:val="22"/>
        </w:rPr>
        <w:t>B. Thân</w:t>
      </w:r>
    </w:p>
    <w:p>
      <w:pPr>
        <w:pStyle w:val="ListParagraph"/>
      </w:pPr>
      <w:r>
        <w:rPr>
          <w:sz w:val="22"/>
        </w:rPr>
        <w:t>C. Lá</w:t>
      </w:r>
    </w:p>
    <w:p>
      <w:pPr>
        <w:pStyle w:val="ListParagraph"/>
      </w:pPr>
      <w:r>
        <w:rPr>
          <w:sz w:val="22"/>
        </w:rPr>
        <w:t>D. Tất cả các cơ quan</w:t>
      </w:r>
    </w:p>
    <w:p/>
    <w:p>
      <w:r>
        <w:rPr>
          <w:b/>
          <w:sz w:val="24"/>
        </w:rPr>
        <w:t>Câu 10: Ở động vật, quá trình trao đổi chất và chuyển hóa năng lượng diễn ra ở:</w:t>
      </w:r>
    </w:p>
    <w:p>
      <w:pPr>
        <w:pStyle w:val="ListParagraph"/>
      </w:pPr>
      <w:r>
        <w:rPr>
          <w:sz w:val="22"/>
        </w:rPr>
        <w:t>A. Tế bào</w:t>
      </w:r>
    </w:p>
    <w:p>
      <w:pPr>
        <w:pStyle w:val="ListParagraph"/>
      </w:pPr>
      <w:r>
        <w:rPr>
          <w:sz w:val="22"/>
        </w:rPr>
        <w:t>B. Cơ quan tiêu hóa</w:t>
      </w:r>
    </w:p>
    <w:p>
      <w:pPr>
        <w:pStyle w:val="ListParagraph"/>
      </w:pPr>
      <w:r>
        <w:rPr>
          <w:sz w:val="22"/>
        </w:rPr>
        <w:t>C. Cơ quan hô hấp</w:t>
      </w:r>
    </w:p>
    <w:p>
      <w:pPr>
        <w:pStyle w:val="ListParagraph"/>
      </w:pPr>
      <w:r>
        <w:rPr>
          <w:sz w:val="22"/>
        </w:rPr>
        <w:t>D. Tất cả các cơ quan</w:t>
      </w:r>
    </w:p>
    <w:p/>
    <w:p>
      <w:r>
        <w:rPr>
          <w:b/>
          <w:sz w:val="24"/>
        </w:rPr>
        <w:t>Câu 11: Vai trò của nước đối với thực vật là:</w:t>
      </w:r>
    </w:p>
    <w:p>
      <w:pPr>
        <w:pStyle w:val="ListParagraph"/>
      </w:pPr>
      <w:r>
        <w:rPr>
          <w:sz w:val="22"/>
        </w:rPr>
        <w:t>A. Là dung môi hòa tan các chất, tham gia vào các phản ứng sinh hóa, điều hòa nhiệt độ.</w:t>
      </w:r>
    </w:p>
    <w:p>
      <w:pPr>
        <w:pStyle w:val="ListParagraph"/>
      </w:pPr>
      <w:r>
        <w:rPr>
          <w:sz w:val="22"/>
        </w:rPr>
        <w:t>B. Cung cấp năng lượng cho cây.</w:t>
      </w:r>
    </w:p>
    <w:p>
      <w:pPr>
        <w:pStyle w:val="ListParagraph"/>
      </w:pPr>
      <w:r>
        <w:rPr>
          <w:sz w:val="22"/>
        </w:rPr>
        <w:t>C. Là nguyên liệu cho quang hợp.</w:t>
      </w:r>
    </w:p>
    <w:p>
      <w:pPr>
        <w:pStyle w:val="ListParagraph"/>
      </w:pPr>
      <w:r>
        <w:rPr>
          <w:sz w:val="22"/>
        </w:rPr>
        <w:t>D. Cả A và C.</w:t>
      </w:r>
    </w:p>
    <w:p/>
    <w:p>
      <w:r>
        <w:rPr>
          <w:b/>
          <w:sz w:val="24"/>
        </w:rPr>
        <w:t>Câu 12: Quá trình hấp thụ nước ở rễ cây diễn ra theo cơ chế nào?</w:t>
      </w:r>
    </w:p>
    <w:p>
      <w:pPr>
        <w:pStyle w:val="ListParagraph"/>
      </w:pPr>
      <w:r>
        <w:rPr>
          <w:sz w:val="22"/>
        </w:rPr>
        <w:t>A. Thẩm thấu</w:t>
      </w:r>
    </w:p>
    <w:p>
      <w:pPr>
        <w:pStyle w:val="ListParagraph"/>
      </w:pPr>
      <w:r>
        <w:rPr>
          <w:sz w:val="22"/>
        </w:rPr>
        <w:t>B. Khuếch tán</w:t>
      </w:r>
    </w:p>
    <w:p>
      <w:pPr>
        <w:pStyle w:val="ListParagraph"/>
      </w:pPr>
      <w:r>
        <w:rPr>
          <w:sz w:val="22"/>
        </w:rPr>
        <w:t>C. Vận chuyển chủ động</w:t>
      </w:r>
    </w:p>
    <w:p>
      <w:pPr>
        <w:pStyle w:val="ListParagraph"/>
      </w:pPr>
      <w:r>
        <w:rPr>
          <w:sz w:val="22"/>
        </w:rPr>
        <w:t>D. Ẩm bào</w:t>
      </w:r>
    </w:p>
    <w:p/>
    <w:p>
      <w:r>
        <w:rPr>
          <w:b/>
          <w:sz w:val="24"/>
        </w:rPr>
        <w:t>Câu 13: Nước được hấp thụ chủ yếu qua bộ phận nào của rễ?</w:t>
      </w:r>
    </w:p>
    <w:p>
      <w:pPr>
        <w:pStyle w:val="ListParagraph"/>
      </w:pPr>
      <w:r>
        <w:rPr>
          <w:sz w:val="22"/>
        </w:rPr>
        <w:t>A. Miền sinh trưởng</w:t>
      </w:r>
    </w:p>
    <w:p>
      <w:pPr>
        <w:pStyle w:val="ListParagraph"/>
      </w:pPr>
      <w:r>
        <w:rPr>
          <w:sz w:val="22"/>
        </w:rPr>
        <w:t>B. Miền lông hút</w:t>
      </w:r>
    </w:p>
    <w:p>
      <w:pPr>
        <w:pStyle w:val="ListParagraph"/>
      </w:pPr>
      <w:r>
        <w:rPr>
          <w:sz w:val="22"/>
        </w:rPr>
        <w:t>C. Miền chóp rễ</w:t>
      </w:r>
    </w:p>
    <w:p>
      <w:pPr>
        <w:pStyle w:val="ListParagraph"/>
      </w:pPr>
      <w:r>
        <w:rPr>
          <w:sz w:val="22"/>
        </w:rPr>
        <w:t>D. Miền bần</w:t>
      </w:r>
    </w:p>
    <w:p/>
    <w:p>
      <w:r>
        <w:rPr>
          <w:b/>
          <w:sz w:val="24"/>
        </w:rPr>
        <w:t>Câu 14: Các ion khoáng được hấp thụ vào rễ theo cơ chế nào?</w:t>
      </w:r>
    </w:p>
    <w:p>
      <w:pPr>
        <w:pStyle w:val="ListParagraph"/>
      </w:pPr>
      <w:r>
        <w:rPr>
          <w:sz w:val="22"/>
        </w:rPr>
        <w:t>A. Thụ động và chủ động</w:t>
      </w:r>
    </w:p>
    <w:p>
      <w:pPr>
        <w:pStyle w:val="ListParagraph"/>
      </w:pPr>
      <w:r>
        <w:rPr>
          <w:sz w:val="22"/>
        </w:rPr>
        <w:t>B. Chỉ thụ động</w:t>
      </w:r>
    </w:p>
    <w:p>
      <w:pPr>
        <w:pStyle w:val="ListParagraph"/>
      </w:pPr>
      <w:r>
        <w:rPr>
          <w:sz w:val="22"/>
        </w:rPr>
        <w:t>C. Chỉ chủ động</w:t>
      </w:r>
    </w:p>
    <w:p>
      <w:pPr>
        <w:pStyle w:val="ListParagraph"/>
      </w:pPr>
      <w:r>
        <w:rPr>
          <w:sz w:val="22"/>
        </w:rPr>
        <w:t>D. Ẩm bào</w:t>
      </w:r>
    </w:p>
    <w:p/>
    <w:p>
      <w:r>
        <w:rPr>
          <w:b/>
          <w:sz w:val="24"/>
        </w:rPr>
        <w:t>Câu 15: Dòng nước và ion khoáng đi từ lông hút vào mạch gỗ của rễ theo con đường nào?</w:t>
      </w:r>
    </w:p>
    <w:p>
      <w:pPr>
        <w:pStyle w:val="ListParagraph"/>
      </w:pPr>
      <w:r>
        <w:rPr>
          <w:sz w:val="22"/>
        </w:rPr>
        <w:t>A. Con đường gian bào và con đường tế bào chất</w:t>
      </w:r>
    </w:p>
    <w:p>
      <w:pPr>
        <w:pStyle w:val="ListParagraph"/>
      </w:pPr>
      <w:r>
        <w:rPr>
          <w:sz w:val="22"/>
        </w:rPr>
        <w:t>B. Con đường mạch rây</w:t>
      </w:r>
    </w:p>
    <w:p>
      <w:pPr>
        <w:pStyle w:val="ListParagraph"/>
      </w:pPr>
      <w:r>
        <w:rPr>
          <w:sz w:val="22"/>
        </w:rPr>
        <w:t>C. Con đường khí khổng</w:t>
      </w:r>
    </w:p>
    <w:p>
      <w:pPr>
        <w:pStyle w:val="ListParagraph"/>
      </w:pPr>
      <w:r>
        <w:rPr>
          <w:sz w:val="22"/>
        </w:rPr>
        <w:t>D. Con đường mạch gỗ</w:t>
      </w:r>
    </w:p>
    <w:p/>
    <w:p>
      <w:r>
        <w:rPr>
          <w:b/>
          <w:sz w:val="24"/>
        </w:rPr>
        <w:t>Câu 16: Động lực nào đẩy nước từ rễ lên lá?</w:t>
      </w:r>
    </w:p>
    <w:p>
      <w:pPr>
        <w:pStyle w:val="ListParagraph"/>
      </w:pPr>
      <w:r>
        <w:rPr>
          <w:sz w:val="22"/>
        </w:rPr>
        <w:t>A. Lực đẩy của rễ, lực hút của lá, lực liên kết giữa các phân tử nước.</w:t>
      </w:r>
    </w:p>
    <w:p>
      <w:pPr>
        <w:pStyle w:val="ListParagraph"/>
      </w:pPr>
      <w:r>
        <w:rPr>
          <w:sz w:val="22"/>
        </w:rPr>
        <w:t>B. Lực đẩy của rễ và lực hút của lá.</w:t>
      </w:r>
    </w:p>
    <w:p>
      <w:pPr>
        <w:pStyle w:val="ListParagraph"/>
      </w:pPr>
      <w:r>
        <w:rPr>
          <w:sz w:val="22"/>
        </w:rPr>
        <w:t>C. Lực liên kết giữa các phân tử nước.</w:t>
      </w:r>
    </w:p>
    <w:p>
      <w:pPr>
        <w:pStyle w:val="ListParagraph"/>
      </w:pPr>
      <w:r>
        <w:rPr>
          <w:sz w:val="22"/>
        </w:rPr>
        <w:t>D. Áp suất thẩm thấu của tế bào lá.</w:t>
      </w:r>
    </w:p>
    <w:p/>
    <w:p>
      <w:r>
        <w:rPr>
          <w:b/>
          <w:sz w:val="24"/>
        </w:rPr>
        <w:t>Câu 17: Quá trình thoát hơi nước ở lá có vai trò:</w:t>
      </w:r>
    </w:p>
    <w:p>
      <w:pPr>
        <w:pStyle w:val="ListParagraph"/>
      </w:pPr>
      <w:r>
        <w:rPr>
          <w:sz w:val="22"/>
        </w:rPr>
        <w:t>A. Tạo lực hút nước từ rễ lên lá.</w:t>
      </w:r>
    </w:p>
    <w:p>
      <w:pPr>
        <w:pStyle w:val="ListParagraph"/>
      </w:pPr>
      <w:r>
        <w:rPr>
          <w:sz w:val="22"/>
        </w:rPr>
        <w:t>B. Điều hòa nhiệt độ của lá.</w:t>
      </w:r>
    </w:p>
    <w:p>
      <w:pPr>
        <w:pStyle w:val="ListParagraph"/>
      </w:pPr>
      <w:r>
        <w:rPr>
          <w:sz w:val="22"/>
        </w:rPr>
        <w:t>C. Cung cấp CO2 cho quang hợp.</w:t>
      </w:r>
    </w:p>
    <w:p>
      <w:pPr>
        <w:pStyle w:val="ListParagraph"/>
      </w:pPr>
      <w:r>
        <w:rPr>
          <w:sz w:val="22"/>
        </w:rPr>
        <w:t>D. Cả A, B và C.</w:t>
      </w:r>
    </w:p>
    <w:p/>
    <w:p>
      <w:r>
        <w:rPr>
          <w:b/>
          <w:sz w:val="24"/>
        </w:rPr>
        <w:t>Câu 18: Thoát hơi nước chủ yếu qua con đường nào?</w:t>
      </w:r>
    </w:p>
    <w:p>
      <w:pPr>
        <w:pStyle w:val="ListParagraph"/>
      </w:pPr>
      <w:r>
        <w:rPr>
          <w:sz w:val="22"/>
        </w:rPr>
        <w:t>A. Qua cutin</w:t>
      </w:r>
    </w:p>
    <w:p>
      <w:pPr>
        <w:pStyle w:val="ListParagraph"/>
      </w:pPr>
      <w:r>
        <w:rPr>
          <w:sz w:val="22"/>
        </w:rPr>
        <w:t>B. Qua khí khổng</w:t>
      </w:r>
    </w:p>
    <w:p>
      <w:pPr>
        <w:pStyle w:val="ListParagraph"/>
      </w:pPr>
      <w:r>
        <w:rPr>
          <w:sz w:val="22"/>
        </w:rPr>
        <w:t>C. Qua lớp biểu bì</w:t>
      </w:r>
    </w:p>
    <w:p>
      <w:pPr>
        <w:pStyle w:val="ListParagraph"/>
      </w:pPr>
      <w:r>
        <w:rPr>
          <w:sz w:val="22"/>
        </w:rPr>
        <w:t>D. Qua mạch gỗ</w:t>
      </w:r>
    </w:p>
    <w:p/>
    <w:p>
      <w:r>
        <w:rPr>
          <w:b/>
          <w:sz w:val="24"/>
        </w:rPr>
        <w:t>Câu 19: Cơ chế đóng mở khí khổng liên quan đến:</w:t>
      </w:r>
    </w:p>
    <w:p>
      <w:pPr>
        <w:pStyle w:val="ListParagraph"/>
      </w:pPr>
      <w:r>
        <w:rPr>
          <w:sz w:val="22"/>
        </w:rPr>
        <w:t>A. Sự thay đổi áp suất thẩm thấu của tế bào khí khổng.</w:t>
      </w:r>
    </w:p>
    <w:p>
      <w:pPr>
        <w:pStyle w:val="ListParagraph"/>
      </w:pPr>
      <w:r>
        <w:rPr>
          <w:sz w:val="22"/>
        </w:rPr>
        <w:t>B. Sự thay đổi nồng độ ion K+ trong tế bào khí khổng.</w:t>
      </w:r>
    </w:p>
    <w:p>
      <w:pPr>
        <w:pStyle w:val="ListParagraph"/>
      </w:pPr>
      <w:r>
        <w:rPr>
          <w:sz w:val="22"/>
        </w:rPr>
        <w:t>C. Sự thay đổi hàm lượng nước trong tế bào khí khổng.</w:t>
      </w:r>
    </w:p>
    <w:p>
      <w:pPr>
        <w:pStyle w:val="ListParagraph"/>
      </w:pPr>
      <w:r>
        <w:rPr>
          <w:sz w:val="22"/>
        </w:rPr>
        <w:t>D. Cả A, B và C.</w:t>
      </w:r>
    </w:p>
    <w:p/>
    <w:p>
      <w:r>
        <w:rPr>
          <w:b/>
          <w:sz w:val="24"/>
        </w:rPr>
        <w:t>Câu 20: Các nguyên tố khoáng được chia thành mấy nhóm?</w:t>
      </w:r>
    </w:p>
    <w:p>
      <w:pPr>
        <w:pStyle w:val="ListParagraph"/>
      </w:pPr>
      <w:r>
        <w:rPr>
          <w:sz w:val="22"/>
        </w:rPr>
        <w:t>A. 2 nhóm: đa lượng và vi lượng.</w:t>
      </w:r>
    </w:p>
    <w:p>
      <w:pPr>
        <w:pStyle w:val="ListParagraph"/>
      </w:pPr>
      <w:r>
        <w:rPr>
          <w:sz w:val="22"/>
        </w:rPr>
        <w:t>B. 3 nhóm: đa lượng, trung lượng, vi lượng.</w:t>
      </w:r>
    </w:p>
    <w:p>
      <w:pPr>
        <w:pStyle w:val="ListParagraph"/>
      </w:pPr>
      <w:r>
        <w:rPr>
          <w:sz w:val="22"/>
        </w:rPr>
        <w:t>C. 4 nhóm: đa lượng, trung lượng, vi lượng, siêu vi lượng.</w:t>
      </w:r>
    </w:p>
    <w:p>
      <w:pPr>
        <w:pStyle w:val="ListParagraph"/>
      </w:pPr>
      <w:r>
        <w:rPr>
          <w:sz w:val="22"/>
        </w:rPr>
        <w:t>D. 1 nhóm duy nhất.</w:t>
      </w:r>
    </w:p>
    <w:p/>
    <w:p>
      <w:r>
        <w:rPr>
          <w:b/>
          <w:sz w:val="24"/>
        </w:rPr>
        <w:t>Câu 21: Nguyên tố nào sau đây là nguyên tố đa lượng?</w:t>
      </w:r>
    </w:p>
    <w:p>
      <w:pPr>
        <w:pStyle w:val="ListParagraph"/>
      </w:pPr>
      <w:r>
        <w:rPr>
          <w:sz w:val="22"/>
        </w:rPr>
        <w:t>A. Fe</w:t>
      </w:r>
    </w:p>
    <w:p>
      <w:pPr>
        <w:pStyle w:val="ListParagraph"/>
      </w:pPr>
      <w:r>
        <w:rPr>
          <w:sz w:val="22"/>
        </w:rPr>
        <w:t>B. Mn</w:t>
      </w:r>
    </w:p>
    <w:p>
      <w:pPr>
        <w:pStyle w:val="ListParagraph"/>
      </w:pPr>
      <w:r>
        <w:rPr>
          <w:sz w:val="22"/>
        </w:rPr>
        <w:t>C. N</w:t>
      </w:r>
    </w:p>
    <w:p>
      <w:pPr>
        <w:pStyle w:val="ListParagraph"/>
      </w:pPr>
      <w:r>
        <w:rPr>
          <w:sz w:val="22"/>
        </w:rPr>
        <w:t>D. Zn</w:t>
      </w:r>
    </w:p>
    <w:p/>
    <w:p>
      <w:r>
        <w:rPr>
          <w:b/>
          <w:sz w:val="24"/>
        </w:rPr>
        <w:t>Câu 22: Nguyên tố nào sau đây là nguyên tố vi lượng?</w:t>
      </w:r>
    </w:p>
    <w:p>
      <w:pPr>
        <w:pStyle w:val="ListParagraph"/>
      </w:pPr>
      <w:r>
        <w:rPr>
          <w:sz w:val="22"/>
        </w:rPr>
        <w:t>A. P</w:t>
      </w:r>
    </w:p>
    <w:p>
      <w:pPr>
        <w:pStyle w:val="ListParagraph"/>
      </w:pPr>
      <w:r>
        <w:rPr>
          <w:sz w:val="22"/>
        </w:rPr>
        <w:t>B. K</w:t>
      </w:r>
    </w:p>
    <w:p>
      <w:pPr>
        <w:pStyle w:val="ListParagraph"/>
      </w:pPr>
      <w:r>
        <w:rPr>
          <w:sz w:val="22"/>
        </w:rPr>
        <w:t>C. Cu</w:t>
      </w:r>
    </w:p>
    <w:p>
      <w:pPr>
        <w:pStyle w:val="ListParagraph"/>
      </w:pPr>
      <w:r>
        <w:rPr>
          <w:sz w:val="22"/>
        </w:rPr>
        <w:t>D. Ca</w:t>
      </w:r>
    </w:p>
    <w:p/>
    <w:p>
      <w:r>
        <w:rPr>
          <w:b/>
          <w:sz w:val="24"/>
        </w:rPr>
        <w:t>Câu 23: Vai trò của nitơ đối với thực vật là:</w:t>
      </w:r>
    </w:p>
    <w:p>
      <w:pPr>
        <w:pStyle w:val="ListParagraph"/>
      </w:pPr>
      <w:r>
        <w:rPr>
          <w:sz w:val="22"/>
        </w:rPr>
        <w:t>A. Thành phần của protein, nucleic acid, diệp lục.</w:t>
      </w:r>
    </w:p>
    <w:p>
      <w:pPr>
        <w:pStyle w:val="ListParagraph"/>
      </w:pPr>
      <w:r>
        <w:rPr>
          <w:sz w:val="22"/>
        </w:rPr>
        <w:t>B. Thành phần của thành tế bào.</w:t>
      </w:r>
    </w:p>
    <w:p>
      <w:pPr>
        <w:pStyle w:val="ListParagraph"/>
      </w:pPr>
      <w:r>
        <w:rPr>
          <w:sz w:val="22"/>
        </w:rPr>
        <w:t>C. Hoạt hóa enzyme.</w:t>
      </w:r>
    </w:p>
    <w:p>
      <w:pPr>
        <w:pStyle w:val="ListParagraph"/>
      </w:pPr>
      <w:r>
        <w:rPr>
          <w:sz w:val="22"/>
        </w:rPr>
        <w:t>D. Điều hòa áp suất thẩm thấu.</w:t>
      </w:r>
    </w:p>
    <w:p/>
    <w:p>
      <w:r>
        <w:rPr>
          <w:b/>
          <w:sz w:val="24"/>
        </w:rPr>
        <w:t>Câu 24: Vai trò của photpho đối với thực vật là:</w:t>
      </w:r>
    </w:p>
    <w:p>
      <w:pPr>
        <w:pStyle w:val="ListParagraph"/>
      </w:pPr>
      <w:r>
        <w:rPr>
          <w:sz w:val="22"/>
        </w:rPr>
        <w:t>A. Thành phần của nucleic acid, ATP, phospholipid.</w:t>
      </w:r>
    </w:p>
    <w:p>
      <w:pPr>
        <w:pStyle w:val="ListParagraph"/>
      </w:pPr>
      <w:r>
        <w:rPr>
          <w:sz w:val="22"/>
        </w:rPr>
        <w:t>B. Thành phần của diệp lục.</w:t>
      </w:r>
    </w:p>
    <w:p>
      <w:pPr>
        <w:pStyle w:val="ListParagraph"/>
      </w:pPr>
      <w:r>
        <w:rPr>
          <w:sz w:val="22"/>
        </w:rPr>
        <w:t>C. Hoạt hóa enzyme.</w:t>
      </w:r>
    </w:p>
    <w:p>
      <w:pPr>
        <w:pStyle w:val="ListParagraph"/>
      </w:pPr>
      <w:r>
        <w:rPr>
          <w:sz w:val="22"/>
        </w:rPr>
        <w:t>D. Điều hòa áp suất thẩm thấu.</w:t>
      </w:r>
    </w:p>
    <w:p/>
    <w:p>
      <w:r>
        <w:rPr>
          <w:b/>
          <w:sz w:val="24"/>
        </w:rPr>
        <w:t>Câu 25: Vai trò của kali đối với thực vật là:</w:t>
      </w:r>
    </w:p>
    <w:p>
      <w:pPr>
        <w:pStyle w:val="ListParagraph"/>
      </w:pPr>
      <w:r>
        <w:rPr>
          <w:sz w:val="22"/>
        </w:rPr>
        <w:t>A. Hoạt hóa enzyme, điều hòa áp suất thẩm thấu, đóng mở khí khổng.</w:t>
      </w:r>
    </w:p>
    <w:p>
      <w:pPr>
        <w:pStyle w:val="ListParagraph"/>
      </w:pPr>
      <w:r>
        <w:rPr>
          <w:sz w:val="22"/>
        </w:rPr>
        <w:t>B. Thành phần của protein.</w:t>
      </w:r>
    </w:p>
    <w:p>
      <w:pPr>
        <w:pStyle w:val="ListParagraph"/>
      </w:pPr>
      <w:r>
        <w:rPr>
          <w:sz w:val="22"/>
        </w:rPr>
        <w:t>C. Thành phần của diệp lục.</w:t>
      </w:r>
    </w:p>
    <w:p>
      <w:pPr>
        <w:pStyle w:val="ListParagraph"/>
      </w:pPr>
      <w:r>
        <w:rPr>
          <w:sz w:val="22"/>
        </w:rPr>
        <w:t>D. Thành phần của thành tế bào.</w:t>
      </w:r>
    </w:p>
    <w:p/>
    <w:p>
      <w:r>
        <w:rPr>
          <w:b/>
          <w:sz w:val="24"/>
        </w:rPr>
        <w:t>Câu 26: Quá trình cố định nitơ phân tử được thực hiện bởi:</w:t>
      </w:r>
    </w:p>
    <w:p>
      <w:pPr>
        <w:pStyle w:val="ListParagraph"/>
      </w:pPr>
      <w:r>
        <w:rPr>
          <w:sz w:val="22"/>
        </w:rPr>
        <w:t>A. Vi khuẩn Rhizobium sống cộng sinh trong nốt sần rễ cây họ Đậu.</w:t>
      </w:r>
    </w:p>
    <w:p>
      <w:pPr>
        <w:pStyle w:val="ListParagraph"/>
      </w:pPr>
      <w:r>
        <w:rPr>
          <w:sz w:val="22"/>
        </w:rPr>
        <w:t>B. Vi khuẩn lam.</w:t>
      </w:r>
    </w:p>
    <w:p>
      <w:pPr>
        <w:pStyle w:val="ListParagraph"/>
      </w:pPr>
      <w:r>
        <w:rPr>
          <w:sz w:val="22"/>
        </w:rPr>
        <w:t>C. Nấm rễ.</w:t>
      </w:r>
    </w:p>
    <w:p>
      <w:pPr>
        <w:pStyle w:val="ListParagraph"/>
      </w:pPr>
      <w:r>
        <w:rPr>
          <w:sz w:val="22"/>
        </w:rPr>
        <w:t>D. Cả A và B.</w:t>
      </w:r>
    </w:p>
    <w:p/>
    <w:p>
      <w:r>
        <w:rPr>
          <w:b/>
          <w:sz w:val="24"/>
        </w:rPr>
        <w:t>Câu 27: Quá trình chuyển hóa nitơ trong đất gồm những quá trình nào?</w:t>
      </w:r>
    </w:p>
    <w:p>
      <w:pPr>
        <w:pStyle w:val="ListParagraph"/>
      </w:pPr>
      <w:r>
        <w:rPr>
          <w:sz w:val="22"/>
        </w:rPr>
        <w:t>A. Amôn hóa, nitrat hóa, phản nitrat hóa.</w:t>
      </w:r>
    </w:p>
    <w:p>
      <w:pPr>
        <w:pStyle w:val="ListParagraph"/>
      </w:pPr>
      <w:r>
        <w:rPr>
          <w:sz w:val="22"/>
        </w:rPr>
        <w:t>B. Cố định nitơ, amôn hóa, nitrat hóa.</w:t>
      </w:r>
    </w:p>
    <w:p>
      <w:pPr>
        <w:pStyle w:val="ListParagraph"/>
      </w:pPr>
      <w:r>
        <w:rPr>
          <w:sz w:val="22"/>
        </w:rPr>
        <w:t>C. Amôn hóa, nitrat hóa, cố định nitơ.</w:t>
      </w:r>
    </w:p>
    <w:p>
      <w:pPr>
        <w:pStyle w:val="ListParagraph"/>
      </w:pPr>
      <w:r>
        <w:rPr>
          <w:sz w:val="22"/>
        </w:rPr>
        <w:t>D. Nitrat hóa, phản nitrat hóa, cố định nitơ.</w:t>
      </w:r>
    </w:p>
    <w:p/>
    <w:p>
      <w:r>
        <w:rPr>
          <w:b/>
          <w:sz w:val="24"/>
        </w:rPr>
        <w:t>Câu 28: Bón phân hợp lý là:</w:t>
      </w:r>
    </w:p>
    <w:p>
      <w:pPr>
        <w:pStyle w:val="ListParagraph"/>
      </w:pPr>
      <w:r>
        <w:rPr>
          <w:sz w:val="22"/>
        </w:rPr>
        <w:t>A. Bón đúng loại, đúng liều lượng, đúng thời điểm, đúng phương pháp.</w:t>
      </w:r>
    </w:p>
    <w:p>
      <w:pPr>
        <w:pStyle w:val="ListParagraph"/>
      </w:pPr>
      <w:r>
        <w:rPr>
          <w:sz w:val="22"/>
        </w:rPr>
        <w:t>B. Bón càng nhiều càng tốt.</w:t>
      </w:r>
    </w:p>
    <w:p>
      <w:pPr>
        <w:pStyle w:val="ListParagraph"/>
      </w:pPr>
      <w:r>
        <w:rPr>
          <w:sz w:val="22"/>
        </w:rPr>
        <w:t>C. Bón phân hóa học là chủ yếu.</w:t>
      </w:r>
    </w:p>
    <w:p>
      <w:pPr>
        <w:pStyle w:val="ListParagraph"/>
      </w:pPr>
      <w:r>
        <w:rPr>
          <w:sz w:val="22"/>
        </w:rPr>
        <w:t>D. Bón phân hữu cơ là chủ yếu.</w:t>
      </w:r>
    </w:p>
    <w:p/>
    <w:p>
      <w:r>
        <w:rPr>
          <w:b/>
          <w:sz w:val="24"/>
        </w:rPr>
        <w:t>Câu 29: Tác dụng của việc bón phân hợp lý là:</w:t>
      </w:r>
    </w:p>
    <w:p>
      <w:pPr>
        <w:pStyle w:val="ListParagraph"/>
      </w:pPr>
      <w:r>
        <w:rPr>
          <w:sz w:val="22"/>
        </w:rPr>
        <w:t>A. Tăng năng suất cây trồng, không gây ô nhiễm môi trường.</w:t>
      </w:r>
    </w:p>
    <w:p>
      <w:pPr>
        <w:pStyle w:val="ListParagraph"/>
      </w:pPr>
      <w:r>
        <w:rPr>
          <w:sz w:val="22"/>
        </w:rPr>
        <w:t>B. Giảm chi phí sản xuất.</w:t>
      </w:r>
    </w:p>
    <w:p>
      <w:pPr>
        <w:pStyle w:val="ListParagraph"/>
      </w:pPr>
      <w:r>
        <w:rPr>
          <w:sz w:val="22"/>
        </w:rPr>
        <w:t>C. Cải tạo đất.</w:t>
      </w:r>
    </w:p>
    <w:p>
      <w:pPr>
        <w:pStyle w:val="ListParagraph"/>
      </w:pPr>
      <w:r>
        <w:rPr>
          <w:sz w:val="22"/>
        </w:rPr>
        <w:t>D. Cả A, B và C.</w:t>
      </w:r>
    </w:p>
    <w:p/>
    <w:p>
      <w:r>
        <w:rPr>
          <w:b/>
          <w:sz w:val="24"/>
        </w:rPr>
        <w:t>Câu 30: Quá trình trao đổi nước ở thực vật gồm những giai đoạn nào?</w:t>
      </w:r>
    </w:p>
    <w:p>
      <w:pPr>
        <w:pStyle w:val="ListParagraph"/>
      </w:pPr>
      <w:r>
        <w:rPr>
          <w:sz w:val="22"/>
        </w:rPr>
        <w:t>A. Hấp thụ nước ở rễ, vận chuyển nước ở thân, thoát hơi nước ở lá.</w:t>
      </w:r>
    </w:p>
    <w:p>
      <w:pPr>
        <w:pStyle w:val="ListParagraph"/>
      </w:pPr>
      <w:r>
        <w:rPr>
          <w:sz w:val="22"/>
        </w:rPr>
        <w:t>B. Hấp thụ nước ở lá, vận chuyển nước ở thân, thoát hơi nước ở rễ.</w:t>
      </w:r>
    </w:p>
    <w:p>
      <w:pPr>
        <w:pStyle w:val="ListParagraph"/>
      </w:pPr>
      <w:r>
        <w:rPr>
          <w:sz w:val="22"/>
        </w:rPr>
        <w:t>C. Hấp thụ nước ở rễ, thoát hơi nước ở lá.</w:t>
      </w:r>
    </w:p>
    <w:p>
      <w:pPr>
        <w:pStyle w:val="ListParagraph"/>
      </w:pPr>
      <w:r>
        <w:rPr>
          <w:sz w:val="22"/>
        </w:rPr>
        <w:t>D. Hấp thụ nước ở thân, vận chuyển nước ở rễ, thoát hơi nước ở lá.</w:t>
      </w:r>
    </w:p>
    <w:p/>
    <w:p>
      <w:r>
        <w:rPr>
          <w:b/>
          <w:sz w:val="24"/>
        </w:rPr>
        <w:t>Câu 31: Dịch mạch gỗ được vận chuyển theo chiều nào?</w:t>
      </w:r>
    </w:p>
    <w:p>
      <w:pPr>
        <w:pStyle w:val="ListParagraph"/>
      </w:pPr>
      <w:r>
        <w:rPr>
          <w:sz w:val="22"/>
        </w:rPr>
        <w:t>A. Từ rễ lên lá.</w:t>
      </w:r>
    </w:p>
    <w:p>
      <w:pPr>
        <w:pStyle w:val="ListParagraph"/>
      </w:pPr>
      <w:r>
        <w:rPr>
          <w:sz w:val="22"/>
        </w:rPr>
        <w:t>B. Từ lá xuống rễ.</w:t>
      </w:r>
    </w:p>
    <w:p>
      <w:pPr>
        <w:pStyle w:val="ListParagraph"/>
      </w:pPr>
      <w:r>
        <w:rPr>
          <w:sz w:val="22"/>
        </w:rPr>
        <w:t>C. Từ lá đến các cơ quan khác.</w:t>
      </w:r>
    </w:p>
    <w:p>
      <w:pPr>
        <w:pStyle w:val="ListParagraph"/>
      </w:pPr>
      <w:r>
        <w:rPr>
          <w:sz w:val="22"/>
        </w:rPr>
        <w:t>D. Từ rễ đến hoa, quả.</w:t>
      </w:r>
    </w:p>
    <w:p/>
    <w:p>
      <w:r>
        <w:rPr>
          <w:b/>
          <w:sz w:val="24"/>
        </w:rPr>
        <w:t>Câu 32: Dịch mạch rây được vận chuyển theo chiều nào?</w:t>
      </w:r>
    </w:p>
    <w:p>
      <w:pPr>
        <w:pStyle w:val="ListParagraph"/>
      </w:pPr>
      <w:r>
        <w:rPr>
          <w:sz w:val="22"/>
        </w:rPr>
        <w:t>A. Từ rễ lên lá.</w:t>
      </w:r>
    </w:p>
    <w:p>
      <w:pPr>
        <w:pStyle w:val="ListParagraph"/>
      </w:pPr>
      <w:r>
        <w:rPr>
          <w:sz w:val="22"/>
        </w:rPr>
        <w:t>B. Từ lá xuống rễ và các cơ quan khác.</w:t>
      </w:r>
    </w:p>
    <w:p>
      <w:pPr>
        <w:pStyle w:val="ListParagraph"/>
      </w:pPr>
      <w:r>
        <w:rPr>
          <w:sz w:val="22"/>
        </w:rPr>
        <w:t>C. Từ lá lên ngọn.</w:t>
      </w:r>
    </w:p>
    <w:p>
      <w:pPr>
        <w:pStyle w:val="ListParagraph"/>
      </w:pPr>
      <w:r>
        <w:rPr>
          <w:sz w:val="22"/>
        </w:rPr>
        <w:t>D. Từ rễ đến lá.</w:t>
      </w:r>
    </w:p>
    <w:p/>
    <w:p>
      <w:r>
        <w:rPr>
          <w:b/>
          <w:sz w:val="24"/>
        </w:rPr>
        <w:t>Câu 33: Thành phần của dịch mạch gỗ chủ yếu là:</w:t>
      </w:r>
    </w:p>
    <w:p>
      <w:pPr>
        <w:pStyle w:val="ListParagraph"/>
      </w:pPr>
      <w:r>
        <w:rPr>
          <w:sz w:val="22"/>
        </w:rPr>
        <w:t>A. Nước và ion khoáng.</w:t>
      </w:r>
    </w:p>
    <w:p>
      <w:pPr>
        <w:pStyle w:val="ListParagraph"/>
      </w:pPr>
      <w:r>
        <w:rPr>
          <w:sz w:val="22"/>
        </w:rPr>
        <w:t>B. Nước và chất hữu cơ.</w:t>
      </w:r>
    </w:p>
    <w:p>
      <w:pPr>
        <w:pStyle w:val="ListParagraph"/>
      </w:pPr>
      <w:r>
        <w:rPr>
          <w:sz w:val="22"/>
        </w:rPr>
        <w:t>C. Chất hữu cơ và ion khoáng.</w:t>
      </w:r>
    </w:p>
    <w:p>
      <w:pPr>
        <w:pStyle w:val="ListParagraph"/>
      </w:pPr>
      <w:r>
        <w:rPr>
          <w:sz w:val="22"/>
        </w:rPr>
        <w:t>D. Nước, ion khoáng và chất hữu cơ.</w:t>
      </w:r>
    </w:p>
    <w:p/>
    <w:p>
      <w:r>
        <w:rPr>
          <w:b/>
          <w:sz w:val="24"/>
        </w:rPr>
        <w:t>Câu 34: Thành phần của dịch mạch rây chủ yếu là:</w:t>
      </w:r>
    </w:p>
    <w:p>
      <w:pPr>
        <w:pStyle w:val="ListParagraph"/>
      </w:pPr>
      <w:r>
        <w:rPr>
          <w:sz w:val="22"/>
        </w:rPr>
        <w:t>A. Nước và ion khoáng.</w:t>
      </w:r>
    </w:p>
    <w:p>
      <w:pPr>
        <w:pStyle w:val="ListParagraph"/>
      </w:pPr>
      <w:r>
        <w:rPr>
          <w:sz w:val="22"/>
        </w:rPr>
        <w:t>B. Nước và chất hữu cơ.</w:t>
      </w:r>
    </w:p>
    <w:p>
      <w:pPr>
        <w:pStyle w:val="ListParagraph"/>
      </w:pPr>
      <w:r>
        <w:rPr>
          <w:sz w:val="22"/>
        </w:rPr>
        <w:t>C. Chất hữu cơ và ion khoáng.</w:t>
      </w:r>
    </w:p>
    <w:p>
      <w:pPr>
        <w:pStyle w:val="ListParagraph"/>
      </w:pPr>
      <w:r>
        <w:rPr>
          <w:sz w:val="22"/>
        </w:rPr>
        <w:t>D. Nước, ion khoáng và chất hữu cơ.</w:t>
      </w:r>
    </w:p>
    <w:p/>
    <w:p>
      <w:r>
        <w:rPr>
          <w:b/>
          <w:sz w:val="24"/>
        </w:rPr>
        <w:t>Câu 35: Động lực vận chuyển dịch mạch rây là:</w:t>
      </w:r>
    </w:p>
    <w:p>
      <w:pPr>
        <w:pStyle w:val="ListParagraph"/>
      </w:pPr>
      <w:r>
        <w:rPr>
          <w:sz w:val="22"/>
        </w:rPr>
        <w:t>A. Sự chênh lệch áp suất thẩm thấu giữa cơ quan nguồn và cơ quan chứa.</w:t>
      </w:r>
    </w:p>
    <w:p>
      <w:pPr>
        <w:pStyle w:val="ListParagraph"/>
      </w:pPr>
      <w:r>
        <w:rPr>
          <w:sz w:val="22"/>
        </w:rPr>
        <w:t>B. Lực đẩy của rễ.</w:t>
      </w:r>
    </w:p>
    <w:p>
      <w:pPr>
        <w:pStyle w:val="ListParagraph"/>
      </w:pPr>
      <w:r>
        <w:rPr>
          <w:sz w:val="22"/>
        </w:rPr>
        <w:t>C. Lực hút của lá.</w:t>
      </w:r>
    </w:p>
    <w:p>
      <w:pPr>
        <w:pStyle w:val="ListParagraph"/>
      </w:pPr>
      <w:r>
        <w:rPr>
          <w:sz w:val="22"/>
        </w:rPr>
        <w:t>D. Lực liên kết giữa các phân tử nước.</w:t>
      </w:r>
    </w:p>
    <w:p/>
    <w:p>
      <w:r>
        <w:rPr>
          <w:b/>
          <w:sz w:val="24"/>
        </w:rPr>
        <w:t>Câu 36: Ứng dụng của việc hiểu biết về trao đổi nước và khoáng ở thực vật trong trồng trọt là:</w:t>
      </w:r>
    </w:p>
    <w:p>
      <w:pPr>
        <w:pStyle w:val="ListParagraph"/>
      </w:pPr>
      <w:r>
        <w:rPr>
          <w:sz w:val="22"/>
        </w:rPr>
        <w:t>A. Tưới nước hợp lý, bón phân hợp lý.</w:t>
      </w:r>
    </w:p>
    <w:p>
      <w:pPr>
        <w:pStyle w:val="ListParagraph"/>
      </w:pPr>
      <w:r>
        <w:rPr>
          <w:sz w:val="22"/>
        </w:rPr>
        <w:t>B. Chọn giống cây trồng phù hợp.</w:t>
      </w:r>
    </w:p>
    <w:p>
      <w:pPr>
        <w:pStyle w:val="ListParagraph"/>
      </w:pPr>
      <w:r>
        <w:rPr>
          <w:sz w:val="22"/>
        </w:rPr>
        <w:t>C. Điều khiển sinh trưởng, phát triển của cây.</w:t>
      </w:r>
    </w:p>
    <w:p>
      <w:pPr>
        <w:pStyle w:val="ListParagraph"/>
      </w:pPr>
      <w:r>
        <w:rPr>
          <w:sz w:val="22"/>
        </w:rPr>
        <w:t>D. Cả A, B và C.</w:t>
      </w:r>
    </w:p>
    <w:p/>
    <w:p>
      <w:r>
        <w:rPr>
          <w:b/>
          <w:sz w:val="24"/>
        </w:rPr>
        <w:t>Câu 37: Cây bị thiếu nước sẽ có biểu hiện:</w:t>
      </w:r>
    </w:p>
    <w:p>
      <w:pPr>
        <w:pStyle w:val="ListParagraph"/>
      </w:pPr>
      <w:r>
        <w:rPr>
          <w:sz w:val="22"/>
        </w:rPr>
        <w:t>A. Lá héo, sinh trưởng chậm.</w:t>
      </w:r>
    </w:p>
    <w:p>
      <w:pPr>
        <w:pStyle w:val="ListParagraph"/>
      </w:pPr>
      <w:r>
        <w:rPr>
          <w:sz w:val="22"/>
        </w:rPr>
        <w:t>B. Lá vàng, rụng.</w:t>
      </w:r>
    </w:p>
    <w:p>
      <w:pPr>
        <w:pStyle w:val="ListParagraph"/>
      </w:pPr>
      <w:r>
        <w:rPr>
          <w:sz w:val="22"/>
        </w:rPr>
        <w:t>C. Thân mềm, dễ gãy.</w:t>
      </w:r>
    </w:p>
    <w:p>
      <w:pPr>
        <w:pStyle w:val="ListParagraph"/>
      </w:pPr>
      <w:r>
        <w:rPr>
          <w:sz w:val="22"/>
        </w:rPr>
        <w:t>D. Cả A, B và C.</w:t>
      </w:r>
    </w:p>
    <w:p/>
    <w:p>
      <w:r>
        <w:rPr>
          <w:b/>
          <w:sz w:val="24"/>
        </w:rPr>
        <w:t>Câu 38: Cây bị ngập úng lâu ngày sẽ chết vì:</w:t>
      </w:r>
    </w:p>
    <w:p>
      <w:pPr>
        <w:pStyle w:val="ListParagraph"/>
      </w:pPr>
      <w:r>
        <w:rPr>
          <w:sz w:val="22"/>
        </w:rPr>
        <w:t>A. Rễ không hô hấp được, thiếu oxy.</w:t>
      </w:r>
    </w:p>
    <w:p>
      <w:pPr>
        <w:pStyle w:val="ListParagraph"/>
      </w:pPr>
      <w:r>
        <w:rPr>
          <w:sz w:val="22"/>
        </w:rPr>
        <w:t>B. Rễ bị thối, không hấp thụ được nước và khoáng.</w:t>
      </w:r>
    </w:p>
    <w:p>
      <w:pPr>
        <w:pStyle w:val="ListParagraph"/>
      </w:pPr>
      <w:r>
        <w:rPr>
          <w:sz w:val="22"/>
        </w:rPr>
        <w:t>C. Cây bị mất nước do thoát hơi nước mạnh.</w:t>
      </w:r>
    </w:p>
    <w:p>
      <w:pPr>
        <w:pStyle w:val="ListParagraph"/>
      </w:pPr>
      <w:r>
        <w:rPr>
          <w:sz w:val="22"/>
        </w:rPr>
        <w:t>D. Cả A và B.</w:t>
      </w:r>
    </w:p>
    <w:p/>
    <w:p>
      <w:r>
        <w:rPr>
          <w:b/>
          <w:sz w:val="24"/>
        </w:rPr>
        <w:t>Câu 39: Tại sao khi bón phân cho cây trồng cần phải tưới nước?</w:t>
      </w:r>
    </w:p>
    <w:p>
      <w:pPr>
        <w:pStyle w:val="ListParagraph"/>
      </w:pPr>
      <w:r>
        <w:rPr>
          <w:sz w:val="22"/>
        </w:rPr>
        <w:t>A. Để hòa tan phân bón, giúp rễ hấp thụ dễ dàng.</w:t>
      </w:r>
    </w:p>
    <w:p>
      <w:pPr>
        <w:pStyle w:val="ListParagraph"/>
      </w:pPr>
      <w:r>
        <w:rPr>
          <w:sz w:val="22"/>
        </w:rPr>
        <w:t>B. Để rửa trôi phân bón.</w:t>
      </w:r>
    </w:p>
    <w:p>
      <w:pPr>
        <w:pStyle w:val="ListParagraph"/>
      </w:pPr>
      <w:r>
        <w:rPr>
          <w:sz w:val="22"/>
        </w:rPr>
        <w:t>C. Để giảm nồng độ phân bón, tránh gây cháy rễ.</w:t>
      </w:r>
    </w:p>
    <w:p>
      <w:pPr>
        <w:pStyle w:val="ListParagraph"/>
      </w:pPr>
      <w:r>
        <w:rPr>
          <w:sz w:val="22"/>
        </w:rPr>
        <w:t>D. Cả A và C.</w:t>
      </w:r>
    </w:p>
    <w:p/>
    <w:p>
      <w:r>
        <w:rPr>
          <w:b/>
          <w:sz w:val="24"/>
        </w:rPr>
        <w:t>Câu 40: Vì sao cây trên cạn bị ngập úng lâu ngày sẽ chết?</w:t>
      </w:r>
    </w:p>
    <w:p>
      <w:pPr>
        <w:pStyle w:val="ListParagraph"/>
      </w:pPr>
      <w:r>
        <w:rPr>
          <w:sz w:val="22"/>
        </w:rPr>
        <w:t>A. Vì rễ cây thiếu oxy để hô hấp, không hấp thụ được nước và khoáng.</w:t>
      </w:r>
    </w:p>
    <w:p>
      <w:pPr>
        <w:pStyle w:val="ListParagraph"/>
      </w:pPr>
      <w:r>
        <w:rPr>
          <w:sz w:val="22"/>
        </w:rPr>
        <w:t>B. Vì cây bị mất nước do thoát hơi nước mạnh.</w:t>
      </w:r>
    </w:p>
    <w:p>
      <w:pPr>
        <w:pStyle w:val="ListParagraph"/>
      </w:pPr>
      <w:r>
        <w:rPr>
          <w:sz w:val="22"/>
        </w:rPr>
        <w:t>C. Vì cây bị ngộ độc các chất độc hại tích tụ.</w:t>
      </w:r>
    </w:p>
    <w:p>
      <w:pPr>
        <w:pStyle w:val="ListParagraph"/>
      </w:pPr>
      <w:r>
        <w:rPr>
          <w:sz w:val="22"/>
        </w:rPr>
        <w:t>D. Cả A và C.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C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D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D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B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D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D</w:t>
      </w:r>
    </w:p>
    <w:p>
      <w:r>
        <w:rPr>
          <w:b/>
        </w:rPr>
        <w:t>Câu 39: Đáp án đúng: D</w:t>
      </w:r>
    </w:p>
    <w:p>
      <w:r>
        <w:rPr>
          <w:b/>
        </w:rPr>
        <w:t>Câu 40: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