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20 câu Toán trắc nghiệm và tự luận lớp 3 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Số lớn nhất trong các số 235, 325, 253, 352 là:</w:t>
      </w:r>
    </w:p>
    <w:p>
      <w:pPr>
        <w:pStyle w:val="ListParagraph"/>
      </w:pPr>
      <w:r>
        <w:rPr>
          <w:sz w:val="22"/>
        </w:rPr>
        <w:t>A. 235</w:t>
      </w:r>
    </w:p>
    <w:p>
      <w:pPr>
        <w:pStyle w:val="ListParagraph"/>
      </w:pPr>
      <w:r>
        <w:rPr>
          <w:sz w:val="22"/>
        </w:rPr>
        <w:t>B. 325</w:t>
      </w:r>
    </w:p>
    <w:p>
      <w:pPr>
        <w:pStyle w:val="ListParagraph"/>
      </w:pPr>
      <w:r>
        <w:rPr>
          <w:sz w:val="22"/>
        </w:rPr>
        <w:t>C. 253</w:t>
      </w:r>
    </w:p>
    <w:p>
      <w:pPr>
        <w:pStyle w:val="ListParagraph"/>
      </w:pPr>
      <w:r>
        <w:rPr>
          <w:sz w:val="22"/>
        </w:rPr>
        <w:t>D. 352</w:t>
      </w:r>
    </w:p>
    <w:p/>
    <w:p>
      <w:r>
        <w:rPr>
          <w:b/>
          <w:sz w:val="24"/>
        </w:rPr>
        <w:t>Câu 2: Kết quả của phép tính 345 + 123 là:</w:t>
      </w:r>
    </w:p>
    <w:p>
      <w:pPr>
        <w:pStyle w:val="ListParagraph"/>
      </w:pPr>
      <w:r>
        <w:rPr>
          <w:sz w:val="22"/>
        </w:rPr>
        <w:t>A. 468</w:t>
      </w:r>
    </w:p>
    <w:p>
      <w:pPr>
        <w:pStyle w:val="ListParagraph"/>
      </w:pPr>
      <w:r>
        <w:rPr>
          <w:sz w:val="22"/>
        </w:rPr>
        <w:t>B. 458</w:t>
      </w:r>
    </w:p>
    <w:p>
      <w:pPr>
        <w:pStyle w:val="ListParagraph"/>
      </w:pPr>
      <w:r>
        <w:rPr>
          <w:sz w:val="22"/>
        </w:rPr>
        <w:t>C. 478</w:t>
      </w:r>
    </w:p>
    <w:p>
      <w:pPr>
        <w:pStyle w:val="ListParagraph"/>
      </w:pPr>
      <w:r>
        <w:rPr>
          <w:sz w:val="22"/>
        </w:rPr>
        <w:t>D. 488</w:t>
      </w:r>
    </w:p>
    <w:p/>
    <w:p>
      <w:r>
        <w:rPr>
          <w:b/>
          <w:sz w:val="24"/>
        </w:rPr>
        <w:t>Câu 3: Kết quả của phép tính 500 - 200 là:</w:t>
      </w:r>
    </w:p>
    <w:p>
      <w:pPr>
        <w:pStyle w:val="ListParagraph"/>
      </w:pPr>
      <w:r>
        <w:rPr>
          <w:sz w:val="22"/>
        </w:rPr>
        <w:t>A. 300</w:t>
      </w:r>
    </w:p>
    <w:p>
      <w:pPr>
        <w:pStyle w:val="ListParagraph"/>
      </w:pPr>
      <w:r>
        <w:rPr>
          <w:sz w:val="22"/>
        </w:rPr>
        <w:t>B. 200</w:t>
      </w:r>
    </w:p>
    <w:p>
      <w:pPr>
        <w:pStyle w:val="ListParagraph"/>
      </w:pPr>
      <w:r>
        <w:rPr>
          <w:sz w:val="22"/>
        </w:rPr>
        <w:t>C. 400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4: 7 x 8 = ?</w:t>
      </w:r>
    </w:p>
    <w:p>
      <w:pPr>
        <w:pStyle w:val="ListParagraph"/>
      </w:pPr>
      <w:r>
        <w:rPr>
          <w:sz w:val="22"/>
        </w:rPr>
        <w:t>A. 56</w:t>
      </w:r>
    </w:p>
    <w:p>
      <w:pPr>
        <w:pStyle w:val="ListParagraph"/>
      </w:pPr>
      <w:r>
        <w:rPr>
          <w:sz w:val="22"/>
        </w:rPr>
        <w:t>B. 48</w:t>
      </w:r>
    </w:p>
    <w:p>
      <w:pPr>
        <w:pStyle w:val="ListParagraph"/>
      </w:pPr>
      <w:r>
        <w:rPr>
          <w:sz w:val="22"/>
        </w:rPr>
        <w:t>C. 64</w:t>
      </w:r>
    </w:p>
    <w:p>
      <w:pPr>
        <w:pStyle w:val="ListParagraph"/>
      </w:pPr>
      <w:r>
        <w:rPr>
          <w:sz w:val="22"/>
        </w:rPr>
        <w:t>D. 72</w:t>
      </w:r>
    </w:p>
    <w:p/>
    <w:p>
      <w:r>
        <w:rPr>
          <w:b/>
          <w:sz w:val="24"/>
        </w:rPr>
        <w:t>Câu 5: 36 : 6 = 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6: Hình tam giác có mấy cạnh?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7: 1m = ... cm?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100</w:t>
      </w:r>
    </w:p>
    <w:p>
      <w:pPr>
        <w:pStyle w:val="ListParagraph"/>
      </w:pPr>
      <w:r>
        <w:rPr>
          <w:sz w:val="22"/>
        </w:rPr>
        <w:t>C. 1000</w:t>
      </w:r>
    </w:p>
    <w:p>
      <w:pPr>
        <w:pStyle w:val="ListParagraph"/>
      </w:pPr>
      <w:r>
        <w:rPr>
          <w:sz w:val="22"/>
        </w:rPr>
        <w:t>D. 10000</w:t>
      </w:r>
    </w:p>
    <w:p/>
    <w:p>
      <w:r>
        <w:rPr>
          <w:b/>
          <w:sz w:val="24"/>
        </w:rPr>
        <w:t>Câu 8: Đồng hồ chỉ 3 giờ 15 phút. Kim giờ chỉ số mấy?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9: Số liền sau của 899 là:</w:t>
      </w:r>
    </w:p>
    <w:p>
      <w:pPr>
        <w:pStyle w:val="ListParagraph"/>
      </w:pPr>
      <w:r>
        <w:rPr>
          <w:sz w:val="22"/>
        </w:rPr>
        <w:t>A. 898</w:t>
      </w:r>
    </w:p>
    <w:p>
      <w:pPr>
        <w:pStyle w:val="ListParagraph"/>
      </w:pPr>
      <w:r>
        <w:rPr>
          <w:sz w:val="22"/>
        </w:rPr>
        <w:t>B. 900</w:t>
      </w:r>
    </w:p>
    <w:p>
      <w:pPr>
        <w:pStyle w:val="ListParagraph"/>
      </w:pPr>
      <w:r>
        <w:rPr>
          <w:sz w:val="22"/>
        </w:rPr>
        <w:t>C. 901</w:t>
      </w:r>
    </w:p>
    <w:p>
      <w:pPr>
        <w:pStyle w:val="ListParagraph"/>
      </w:pPr>
      <w:r>
        <w:rPr>
          <w:sz w:val="22"/>
        </w:rPr>
        <w:t>D. 890</w:t>
      </w:r>
    </w:p>
    <w:p/>
    <w:p>
      <w:r>
        <w:rPr>
          <w:b/>
          <w:sz w:val="24"/>
        </w:rPr>
        <w:t>Câu 10: 4 x 6 + 10 = ?</w:t>
      </w:r>
    </w:p>
    <w:p>
      <w:pPr>
        <w:pStyle w:val="ListParagraph"/>
      </w:pPr>
      <w:r>
        <w:rPr>
          <w:sz w:val="22"/>
        </w:rPr>
        <w:t>A. 34</w:t>
      </w:r>
    </w:p>
    <w:p>
      <w:pPr>
        <w:pStyle w:val="ListParagraph"/>
      </w:pPr>
      <w:r>
        <w:rPr>
          <w:sz w:val="22"/>
        </w:rPr>
        <w:t>B. 24</w:t>
      </w:r>
    </w:p>
    <w:p>
      <w:pPr>
        <w:pStyle w:val="ListParagraph"/>
      </w:pPr>
      <w:r>
        <w:rPr>
          <w:sz w:val="22"/>
        </w:rPr>
        <w:t>C. 44</w:t>
      </w:r>
    </w:p>
    <w:p>
      <w:pPr>
        <w:pStyle w:val="ListParagraph"/>
      </w:pPr>
      <w:r>
        <w:rPr>
          <w:sz w:val="22"/>
        </w:rPr>
        <w:t>D. 30</w:t>
      </w:r>
    </w:p>
    <w:p/>
    <w:p>
      <w:r>
        <w:rPr>
          <w:b/>
          <w:sz w:val="24"/>
        </w:rPr>
        <w:t>Câu 11: Đặt tính rồi tính: 456 + 123</w:t>
      </w:r>
    </w:p>
    <w:p/>
    <w:p>
      <w:r>
        <w:rPr>
          <w:b/>
          <w:sz w:val="24"/>
        </w:rPr>
        <w:t>Câu 12: Đặt tính rồi tính: 789 - 456</w:t>
      </w:r>
    </w:p>
    <w:p/>
    <w:p>
      <w:r>
        <w:rPr>
          <w:b/>
          <w:sz w:val="24"/>
        </w:rPr>
        <w:t>Câu 13: Tìm x: x + 25 = 100</w:t>
      </w:r>
    </w:p>
    <w:p/>
    <w:p>
      <w:r>
        <w:rPr>
          <w:b/>
          <w:sz w:val="24"/>
        </w:rPr>
        <w:t>Câu 14: Tính: 5 x 7 = ?</w:t>
      </w:r>
    </w:p>
    <w:p/>
    <w:p>
      <w:r>
        <w:rPr>
          <w:b/>
          <w:sz w:val="24"/>
        </w:rPr>
        <w:t>Câu 15: Tính: 42 : 6 = ?</w:t>
      </w:r>
    </w:p>
    <w:p/>
    <w:p>
      <w:r>
        <w:rPr>
          <w:b/>
          <w:sz w:val="24"/>
        </w:rPr>
        <w:t>Câu 16: Một hình vuông có cạnh 5cm. Tính chu vi hình vuông đó.</w:t>
      </w:r>
    </w:p>
    <w:p/>
    <w:p>
      <w:r>
        <w:rPr>
          <w:b/>
          <w:sz w:val="24"/>
        </w:rPr>
        <w:t>Câu 17: Viết số thích hợp vào chỗ chấm: 3m 5cm = ... cm</w:t>
      </w:r>
    </w:p>
    <w:p/>
    <w:p>
      <w:r>
        <w:rPr>
          <w:b/>
          <w:sz w:val="24"/>
        </w:rPr>
        <w:t>Câu 18: Có 24 quả cam chia đều vào 4 giỏ. Hỏi mỗi giỏ có mấy quả cam?</w:t>
      </w:r>
    </w:p>
    <w:p/>
    <w:p>
      <w:r>
        <w:rPr>
          <w:b/>
          <w:sz w:val="24"/>
        </w:rPr>
        <w:t>Câu 19: Điền số thích hợp vào chỗ chấm: 2 giờ = ... phút</w:t>
      </w:r>
    </w:p>
    <w:p/>
    <w:p>
      <w:r>
        <w:rPr>
          <w:b/>
          <w:sz w:val="24"/>
        </w:rPr>
        <w:t>Câu 20: Số? 4, 8, 12, 16, ..., ...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579</w:t>
      </w:r>
    </w:p>
    <w:p>
      <w:r>
        <w:rPr>
          <w:b/>
        </w:rPr>
        <w:t>Câu 12: Đáp án đúng: 333</w:t>
      </w:r>
    </w:p>
    <w:p>
      <w:r>
        <w:rPr>
          <w:b/>
        </w:rPr>
        <w:t>Câu 13: Đáp án đúng: x = 75</w:t>
      </w:r>
    </w:p>
    <w:p>
      <w:r>
        <w:rPr>
          <w:b/>
        </w:rPr>
        <w:t>Câu 14: Đáp án đúng: 35</w:t>
      </w:r>
    </w:p>
    <w:p>
      <w:r>
        <w:rPr>
          <w:b/>
        </w:rPr>
        <w:t>Câu 15: Đáp án đúng: 7</w:t>
      </w:r>
    </w:p>
    <w:p>
      <w:r>
        <w:rPr>
          <w:b/>
        </w:rPr>
        <w:t>Câu 16: Đáp án đúng: 20 cm</w:t>
      </w:r>
    </w:p>
    <w:p>
      <w:r>
        <w:rPr>
          <w:b/>
        </w:rPr>
        <w:t>Câu 17: Đáp án đúng: 305 cm</w:t>
      </w:r>
    </w:p>
    <w:p>
      <w:r>
        <w:rPr>
          <w:b/>
        </w:rPr>
        <w:t>Câu 18: Đáp án đúng: 6 quả cam</w:t>
      </w:r>
    </w:p>
    <w:p>
      <w:r>
        <w:rPr>
          <w:b/>
        </w:rPr>
        <w:t>Câu 19: Đáp án đúng: 120 phút</w:t>
      </w:r>
    </w:p>
    <w:p>
      <w:r>
        <w:rPr>
          <w:b/>
        </w:rPr>
        <w:t>Câu 20: Đáp án đúng: 20, 24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