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Unit 1 Tiếng Anh 10 Global success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Which phrase means "to arrange cutlery and dishes on the table for a meal"?</w:t>
      </w:r>
    </w:p>
    <w:p>
      <w:pPr>
        <w:pStyle w:val="ListParagraph"/>
      </w:pPr>
      <w:r>
        <w:rPr>
          <w:sz w:val="22"/>
        </w:rPr>
        <w:t>A. lay the table</w:t>
      </w:r>
    </w:p>
    <w:p>
      <w:pPr>
        <w:pStyle w:val="ListParagraph"/>
      </w:pPr>
      <w:r>
        <w:rPr>
          <w:sz w:val="22"/>
        </w:rPr>
        <w:t>B. make the table</w:t>
      </w:r>
    </w:p>
    <w:p>
      <w:pPr>
        <w:pStyle w:val="ListParagraph"/>
      </w:pPr>
      <w:r>
        <w:rPr>
          <w:sz w:val="22"/>
        </w:rPr>
        <w:t>C. do the table</w:t>
      </w:r>
    </w:p>
    <w:p>
      <w:pPr>
        <w:pStyle w:val="ListParagraph"/>
      </w:pPr>
      <w:r>
        <w:rPr>
          <w:sz w:val="22"/>
        </w:rPr>
        <w:t>D. take the table</w:t>
      </w:r>
    </w:p>
    <w:p/>
    <w:p>
      <w:r>
        <w:rPr>
          <w:b/>
          <w:sz w:val="24"/>
        </w:rPr>
        <w:t>Câu 2: "I need to _____ the laundry before I go to work."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take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3: What is the correct phrase for "to remove dust from furniture"?</w:t>
      </w:r>
    </w:p>
    <w:p>
      <w:pPr>
        <w:pStyle w:val="ListParagraph"/>
      </w:pPr>
      <w:r>
        <w:rPr>
          <w:sz w:val="22"/>
        </w:rPr>
        <w:t>A. dust the furniture</w:t>
      </w:r>
    </w:p>
    <w:p>
      <w:pPr>
        <w:pStyle w:val="ListParagraph"/>
      </w:pPr>
      <w:r>
        <w:rPr>
          <w:sz w:val="22"/>
        </w:rPr>
        <w:t>B. clean the furniture</w:t>
      </w:r>
    </w:p>
    <w:p>
      <w:pPr>
        <w:pStyle w:val="ListParagraph"/>
      </w:pPr>
      <w:r>
        <w:rPr>
          <w:sz w:val="22"/>
        </w:rPr>
        <w:t>C. wipe the furniture</w:t>
      </w:r>
    </w:p>
    <w:p>
      <w:pPr>
        <w:pStyle w:val="ListParagraph"/>
      </w:pPr>
      <w:r>
        <w:rPr>
          <w:sz w:val="22"/>
        </w:rPr>
        <w:t>D. polish the furniture</w:t>
      </w:r>
    </w:p>
    <w:p/>
    <w:p>
      <w:r>
        <w:rPr>
          <w:b/>
          <w:sz w:val="24"/>
        </w:rPr>
        <w:t>Câu 4: Which of these is NOT a household chore?</w:t>
      </w:r>
    </w:p>
    <w:p>
      <w:pPr>
        <w:pStyle w:val="ListParagraph"/>
      </w:pPr>
      <w:r>
        <w:rPr>
          <w:sz w:val="22"/>
        </w:rPr>
        <w:t>A. walk the dog</w:t>
      </w:r>
    </w:p>
    <w:p>
      <w:pPr>
        <w:pStyle w:val="ListParagraph"/>
      </w:pPr>
      <w:r>
        <w:rPr>
          <w:sz w:val="22"/>
        </w:rPr>
        <w:t>B. water the plants</w:t>
      </w:r>
    </w:p>
    <w:p>
      <w:pPr>
        <w:pStyle w:val="ListParagraph"/>
      </w:pPr>
      <w:r>
        <w:rPr>
          <w:sz w:val="22"/>
        </w:rPr>
        <w:t>C. read a book</w:t>
      </w:r>
    </w:p>
    <w:p>
      <w:pPr>
        <w:pStyle w:val="ListParagraph"/>
      </w:pPr>
      <w:r>
        <w:rPr>
          <w:sz w:val="22"/>
        </w:rPr>
        <w:t>D. take out the rubbish</w:t>
      </w:r>
    </w:p>
    <w:p/>
    <w:p>
      <w:r>
        <w:rPr>
          <w:b/>
          <w:sz w:val="24"/>
        </w:rPr>
        <w:t>Câu 5: "After dinner, I usually _____ the table."</w:t>
      </w:r>
    </w:p>
    <w:p>
      <w:pPr>
        <w:pStyle w:val="ListParagraph"/>
      </w:pPr>
      <w:r>
        <w:rPr>
          <w:sz w:val="22"/>
        </w:rPr>
        <w:t>A. clear</w:t>
      </w:r>
    </w:p>
    <w:p>
      <w:pPr>
        <w:pStyle w:val="ListParagraph"/>
      </w:pPr>
      <w:r>
        <w:rPr>
          <w:sz w:val="22"/>
        </w:rPr>
        <w:t>B. clean</w:t>
      </w:r>
    </w:p>
    <w:p>
      <w:pPr>
        <w:pStyle w:val="ListParagraph"/>
      </w:pPr>
      <w:r>
        <w:rPr>
          <w:sz w:val="22"/>
        </w:rPr>
        <w:t>C. wipe</w:t>
      </w:r>
    </w:p>
    <w:p>
      <w:pPr>
        <w:pStyle w:val="ListParagraph"/>
      </w:pPr>
      <w:r>
        <w:rPr>
          <w:sz w:val="22"/>
        </w:rPr>
        <w:t>D. wash</w:t>
      </w:r>
    </w:p>
    <w:p/>
    <w:p>
      <w:r>
        <w:rPr>
          <w:b/>
          <w:sz w:val="24"/>
        </w:rPr>
        <w:t>Câu 6: What does "do the dishes" mean?</w:t>
      </w:r>
    </w:p>
    <w:p>
      <w:pPr>
        <w:pStyle w:val="ListParagraph"/>
      </w:pPr>
      <w:r>
        <w:rPr>
          <w:sz w:val="22"/>
        </w:rPr>
        <w:t>A. wash the dishes</w:t>
      </w:r>
    </w:p>
    <w:p>
      <w:pPr>
        <w:pStyle w:val="ListParagraph"/>
      </w:pPr>
      <w:r>
        <w:rPr>
          <w:sz w:val="22"/>
        </w:rPr>
        <w:t>B. dry the dishes</w:t>
      </w:r>
    </w:p>
    <w:p>
      <w:pPr>
        <w:pStyle w:val="ListParagraph"/>
      </w:pPr>
      <w:r>
        <w:rPr>
          <w:sz w:val="22"/>
        </w:rPr>
        <w:t>C. put away the dishes</w:t>
      </w:r>
    </w:p>
    <w:p>
      <w:pPr>
        <w:pStyle w:val="ListParagraph"/>
      </w:pPr>
      <w:r>
        <w:rPr>
          <w:sz w:val="22"/>
        </w:rPr>
        <w:t>D. break the dishes</w:t>
      </w:r>
    </w:p>
    <w:p/>
    <w:p>
      <w:r>
        <w:rPr>
          <w:b/>
          <w:sz w:val="24"/>
        </w:rPr>
        <w:t>Câu 7: Which phrase means "to put clothes into the washing machine"?</w:t>
      </w:r>
    </w:p>
    <w:p>
      <w:pPr>
        <w:pStyle w:val="ListParagraph"/>
      </w:pPr>
      <w:r>
        <w:rPr>
          <w:sz w:val="22"/>
        </w:rPr>
        <w:t>A. do the laundry</w:t>
      </w:r>
    </w:p>
    <w:p>
      <w:pPr>
        <w:pStyle w:val="ListParagraph"/>
      </w:pPr>
      <w:r>
        <w:rPr>
          <w:sz w:val="22"/>
        </w:rPr>
        <w:t>B. make the laundry</w:t>
      </w:r>
    </w:p>
    <w:p>
      <w:pPr>
        <w:pStyle w:val="ListParagraph"/>
      </w:pPr>
      <w:r>
        <w:rPr>
          <w:sz w:val="22"/>
        </w:rPr>
        <w:t>C. take the laundry</w:t>
      </w:r>
    </w:p>
    <w:p>
      <w:pPr>
        <w:pStyle w:val="ListParagraph"/>
      </w:pPr>
      <w:r>
        <w:rPr>
          <w:sz w:val="22"/>
        </w:rPr>
        <w:t>D. get the laundry</w:t>
      </w:r>
    </w:p>
    <w:p/>
    <w:p>
      <w:r>
        <w:rPr>
          <w:b/>
          <w:sz w:val="24"/>
        </w:rPr>
        <w:t>Câu 8: "I have to _____ my bed every morning."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take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9: Which chore involves using a vacuum cleaner?</w:t>
      </w:r>
    </w:p>
    <w:p>
      <w:pPr>
        <w:pStyle w:val="ListParagraph"/>
      </w:pPr>
      <w:r>
        <w:rPr>
          <w:sz w:val="22"/>
        </w:rPr>
        <w:t>A. vacuum the floor</w:t>
      </w:r>
    </w:p>
    <w:p>
      <w:pPr>
        <w:pStyle w:val="ListParagraph"/>
      </w:pPr>
      <w:r>
        <w:rPr>
          <w:sz w:val="22"/>
        </w:rPr>
        <w:t>B. sweep the floor</w:t>
      </w:r>
    </w:p>
    <w:p>
      <w:pPr>
        <w:pStyle w:val="ListParagraph"/>
      </w:pPr>
      <w:r>
        <w:rPr>
          <w:sz w:val="22"/>
        </w:rPr>
        <w:t>C. mop the floor</w:t>
      </w:r>
    </w:p>
    <w:p>
      <w:pPr>
        <w:pStyle w:val="ListParagraph"/>
      </w:pPr>
      <w:r>
        <w:rPr>
          <w:sz w:val="22"/>
        </w:rPr>
        <w:t>D. dust the floor</w:t>
      </w:r>
    </w:p>
    <w:p/>
    <w:p>
      <w:r>
        <w:rPr>
          <w:b/>
          <w:sz w:val="24"/>
        </w:rPr>
        <w:t>Câu 10: "Can you _____ the rubbish out, please?"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bring</w:t>
      </w:r>
    </w:p>
    <w:p>
      <w:pPr>
        <w:pStyle w:val="ListParagraph"/>
      </w:pPr>
      <w:r>
        <w:rPr>
          <w:sz w:val="22"/>
        </w:rPr>
        <w:t>C. get</w:t>
      </w:r>
    </w:p>
    <w:p>
      <w:pPr>
        <w:pStyle w:val="ListParagraph"/>
      </w:pPr>
      <w:r>
        <w:rPr>
          <w:sz w:val="22"/>
        </w:rPr>
        <w:t>D. put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