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2: Trí tuệ nhân tạo trong khoa học và đời sống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mạng máy tính, giao thức là gì?</w:t>
      </w:r>
    </w:p>
    <w:p>
      <w:pPr>
        <w:pStyle w:val="ListParagraph"/>
      </w:pPr>
      <w:r>
        <w:rPr>
          <w:sz w:val="22"/>
        </w:rPr>
        <w:t>A. Là các quy tắc và quy ước mà các máy tính tuân thủ khi trao đổi dữ liệu.</w:t>
      </w:r>
    </w:p>
    <w:p>
      <w:pPr>
        <w:pStyle w:val="ListParagraph"/>
      </w:pPr>
      <w:r>
        <w:rPr>
          <w:sz w:val="22"/>
        </w:rPr>
        <w:t>B. Là phần cứng dùng để kết nối các máy tính.</w:t>
      </w:r>
    </w:p>
    <w:p>
      <w:pPr>
        <w:pStyle w:val="ListParagraph"/>
      </w:pPr>
      <w:r>
        <w:rPr>
          <w:sz w:val="22"/>
        </w:rPr>
        <w:t>C. Là phần mềm diệt virus.</w:t>
      </w:r>
    </w:p>
    <w:p>
      <w:pPr>
        <w:pStyle w:val="ListParagraph"/>
      </w:pPr>
      <w:r>
        <w:rPr>
          <w:sz w:val="22"/>
        </w:rPr>
        <w:t>D. Là địa chỉ IP của máy tính.</w:t>
      </w:r>
    </w:p>
    <w:p/>
    <w:p>
      <w:r>
        <w:rPr>
          <w:b/>
          <w:sz w:val="24"/>
        </w:rPr>
        <w:t>Câu 2: Giao thức TCP/IP có chức năng chính là gì?</w:t>
      </w:r>
    </w:p>
    <w:p>
      <w:pPr>
        <w:pStyle w:val="ListParagraph"/>
      </w:pPr>
      <w:r>
        <w:rPr>
          <w:sz w:val="22"/>
        </w:rPr>
        <w:t>A. Truyền tệp tin.</w:t>
      </w:r>
    </w:p>
    <w:p>
      <w:pPr>
        <w:pStyle w:val="ListParagraph"/>
      </w:pPr>
      <w:r>
        <w:rPr>
          <w:sz w:val="22"/>
        </w:rPr>
        <w:t>B. Định tuyến và truyền dữ liệu trên mạng.</w:t>
      </w:r>
    </w:p>
    <w:p>
      <w:pPr>
        <w:pStyle w:val="ListParagraph"/>
      </w:pPr>
      <w:r>
        <w:rPr>
          <w:sz w:val="22"/>
        </w:rPr>
        <w:t>C. Gửi email.</w:t>
      </w:r>
    </w:p>
    <w:p>
      <w:pPr>
        <w:pStyle w:val="ListParagraph"/>
      </w:pPr>
      <w:r>
        <w:rPr>
          <w:sz w:val="22"/>
        </w:rPr>
        <w:t>D. Duyệt web.</w:t>
      </w:r>
    </w:p>
    <w:p/>
    <w:p>
      <w:r>
        <w:rPr>
          <w:b/>
          <w:sz w:val="24"/>
        </w:rPr>
        <w:t>Câu 3: Địa chỉ IP là gì?</w:t>
      </w:r>
    </w:p>
    <w:p>
      <w:pPr>
        <w:pStyle w:val="ListParagraph"/>
      </w:pPr>
      <w:r>
        <w:rPr>
          <w:sz w:val="22"/>
        </w:rPr>
        <w:t>A. Là địa chỉ của một trang web.</w:t>
      </w:r>
    </w:p>
    <w:p>
      <w:pPr>
        <w:pStyle w:val="ListParagraph"/>
      </w:pPr>
      <w:r>
        <w:rPr>
          <w:sz w:val="22"/>
        </w:rPr>
        <w:t>B. Là địa chỉ của một máy tính trong mạng.</w:t>
      </w:r>
    </w:p>
    <w:p>
      <w:pPr>
        <w:pStyle w:val="ListParagraph"/>
      </w:pPr>
      <w:r>
        <w:rPr>
          <w:sz w:val="22"/>
        </w:rPr>
        <w:t>C. Là tên miền của một website.</w:t>
      </w:r>
    </w:p>
    <w:p>
      <w:pPr>
        <w:pStyle w:val="ListParagraph"/>
      </w:pPr>
      <w:r>
        <w:rPr>
          <w:sz w:val="22"/>
        </w:rPr>
        <w:t>D. Là địa chỉ email.</w:t>
      </w:r>
    </w:p>
    <w:p/>
    <w:p>
      <w:r>
        <w:rPr>
          <w:b/>
          <w:sz w:val="24"/>
        </w:rPr>
        <w:t>Câu 4: Địa chỉ IP được chia thành mấy phiên bản chính?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5: Địa chỉ IPv4 có bao nhiêu bit?</w:t>
      </w:r>
    </w:p>
    <w:p>
      <w:pPr>
        <w:pStyle w:val="ListParagraph"/>
      </w:pPr>
      <w:r>
        <w:rPr>
          <w:sz w:val="22"/>
        </w:rPr>
        <w:t>A. 16 bit</w:t>
      </w:r>
    </w:p>
    <w:p>
      <w:pPr>
        <w:pStyle w:val="ListParagraph"/>
      </w:pPr>
      <w:r>
        <w:rPr>
          <w:sz w:val="22"/>
        </w:rPr>
        <w:t>B. 32 bit</w:t>
      </w:r>
    </w:p>
    <w:p>
      <w:pPr>
        <w:pStyle w:val="ListParagraph"/>
      </w:pPr>
      <w:r>
        <w:rPr>
          <w:sz w:val="22"/>
        </w:rPr>
        <w:t>C. 64 bit</w:t>
      </w:r>
    </w:p>
    <w:p>
      <w:pPr>
        <w:pStyle w:val="ListParagraph"/>
      </w:pPr>
      <w:r>
        <w:rPr>
          <w:sz w:val="22"/>
        </w:rPr>
        <w:t>D. 128 bit</w:t>
      </w:r>
    </w:p>
    <w:p/>
    <w:p>
      <w:r>
        <w:rPr>
          <w:b/>
          <w:sz w:val="24"/>
        </w:rPr>
        <w:t>Câu 6: Địa chỉ IPv6 có bao nhiêu bit?</w:t>
      </w:r>
    </w:p>
    <w:p>
      <w:pPr>
        <w:pStyle w:val="ListParagraph"/>
      </w:pPr>
      <w:r>
        <w:rPr>
          <w:sz w:val="22"/>
        </w:rPr>
        <w:t>A. 32 bit</w:t>
      </w:r>
    </w:p>
    <w:p>
      <w:pPr>
        <w:pStyle w:val="ListParagraph"/>
      </w:pPr>
      <w:r>
        <w:rPr>
          <w:sz w:val="22"/>
        </w:rPr>
        <w:t>B. 64 bit</w:t>
      </w:r>
    </w:p>
    <w:p>
      <w:pPr>
        <w:pStyle w:val="ListParagraph"/>
      </w:pPr>
      <w:r>
        <w:rPr>
          <w:sz w:val="22"/>
        </w:rPr>
        <w:t>C. 128 bit</w:t>
      </w:r>
    </w:p>
    <w:p>
      <w:pPr>
        <w:pStyle w:val="ListParagraph"/>
      </w:pPr>
      <w:r>
        <w:rPr>
          <w:sz w:val="22"/>
        </w:rPr>
        <w:t>D. 256 bit</w:t>
      </w:r>
    </w:p>
    <w:p/>
    <w:p>
      <w:r>
        <w:rPr>
          <w:b/>
          <w:sz w:val="24"/>
        </w:rPr>
        <w:t>Câu 7: Tên miền (Domain Name) là gì?</w:t>
      </w:r>
    </w:p>
    <w:p>
      <w:pPr>
        <w:pStyle w:val="ListParagraph"/>
      </w:pPr>
      <w:r>
        <w:rPr>
          <w:sz w:val="22"/>
        </w:rPr>
        <w:t>A. Là tên gọi dễ nhớ của một địa chỉ IP.</w:t>
      </w:r>
    </w:p>
    <w:p>
      <w:pPr>
        <w:pStyle w:val="ListParagraph"/>
      </w:pPr>
      <w:r>
        <w:rPr>
          <w:sz w:val="22"/>
        </w:rPr>
        <w:t>B. Là địa chỉ IP của máy chủ.</w:t>
      </w:r>
    </w:p>
    <w:p>
      <w:pPr>
        <w:pStyle w:val="ListParagraph"/>
      </w:pPr>
      <w:r>
        <w:rPr>
          <w:sz w:val="22"/>
        </w:rPr>
        <w:t>C. Là giao thức truyền thông.</w:t>
      </w:r>
    </w:p>
    <w:p>
      <w:pPr>
        <w:pStyle w:val="ListParagraph"/>
      </w:pPr>
      <w:r>
        <w:rPr>
          <w:sz w:val="22"/>
        </w:rPr>
        <w:t>D. Là phần mềm quản lý mạng.</w:t>
      </w:r>
    </w:p>
    <w:p/>
    <w:p>
      <w:r>
        <w:rPr>
          <w:b/>
          <w:sz w:val="24"/>
        </w:rPr>
        <w:t>Câu 8: DNS có chức năng gì?</w:t>
      </w:r>
    </w:p>
    <w:p>
      <w:pPr>
        <w:pStyle w:val="ListParagraph"/>
      </w:pPr>
      <w:r>
        <w:rPr>
          <w:sz w:val="22"/>
        </w:rPr>
        <w:t>A. Chuyển đổi tên miền thành địa chỉ IP và ngược lại.</w:t>
      </w:r>
    </w:p>
    <w:p>
      <w:pPr>
        <w:pStyle w:val="ListParagraph"/>
      </w:pPr>
      <w:r>
        <w:rPr>
          <w:sz w:val="22"/>
        </w:rPr>
        <w:t>B. Truyền tệp tin.</w:t>
      </w:r>
    </w:p>
    <w:p>
      <w:pPr>
        <w:pStyle w:val="ListParagraph"/>
      </w:pPr>
      <w:r>
        <w:rPr>
          <w:sz w:val="22"/>
        </w:rPr>
        <w:t>C. Gửi email.</w:t>
      </w:r>
    </w:p>
    <w:p>
      <w:pPr>
        <w:pStyle w:val="ListParagraph"/>
      </w:pPr>
      <w:r>
        <w:rPr>
          <w:sz w:val="22"/>
        </w:rPr>
        <w:t>D. Duyệt web.</w:t>
      </w:r>
    </w:p>
    <w:p/>
    <w:p>
      <w:r>
        <w:rPr>
          <w:b/>
          <w:sz w:val="24"/>
        </w:rPr>
        <w:t>Câu 9: HTTP là viết tắt của gì?</w:t>
      </w:r>
    </w:p>
    <w:p>
      <w:pPr>
        <w:pStyle w:val="ListParagraph"/>
      </w:pPr>
      <w:r>
        <w:rPr>
          <w:sz w:val="22"/>
        </w:rPr>
        <w:t>A. HyperText Transfer Protocol</w:t>
      </w:r>
    </w:p>
    <w:p>
      <w:pPr>
        <w:pStyle w:val="ListParagraph"/>
      </w:pPr>
      <w:r>
        <w:rPr>
          <w:sz w:val="22"/>
        </w:rPr>
        <w:t>B. HyperText Transmission Protocol</w:t>
      </w:r>
    </w:p>
    <w:p>
      <w:pPr>
        <w:pStyle w:val="ListParagraph"/>
      </w:pPr>
      <w:r>
        <w:rPr>
          <w:sz w:val="22"/>
        </w:rPr>
        <w:t>C. HyperText Transport Protocol</w:t>
      </w:r>
    </w:p>
    <w:p>
      <w:pPr>
        <w:pStyle w:val="ListParagraph"/>
      </w:pPr>
      <w:r>
        <w:rPr>
          <w:sz w:val="22"/>
        </w:rPr>
        <w:t>D. HyperText Transaction Protocol</w:t>
      </w:r>
    </w:p>
    <w:p/>
    <w:p>
      <w:r>
        <w:rPr>
          <w:b/>
          <w:sz w:val="24"/>
        </w:rPr>
        <w:t>Câu 10: HTTPS là gì?</w:t>
      </w:r>
    </w:p>
    <w:p>
      <w:pPr>
        <w:pStyle w:val="ListParagraph"/>
      </w:pPr>
      <w:r>
        <w:rPr>
          <w:sz w:val="22"/>
        </w:rPr>
        <w:t>A. Là giao thức HTTP bảo mật.</w:t>
      </w:r>
    </w:p>
    <w:p>
      <w:pPr>
        <w:pStyle w:val="ListParagraph"/>
      </w:pPr>
      <w:r>
        <w:rPr>
          <w:sz w:val="22"/>
        </w:rPr>
        <w:t>B. Là giao thức truyền tệp.</w:t>
      </w:r>
    </w:p>
    <w:p>
      <w:pPr>
        <w:pStyle w:val="ListParagraph"/>
      </w:pPr>
      <w:r>
        <w:rPr>
          <w:sz w:val="22"/>
        </w:rPr>
        <w:t>C. Là giao thức gửi email.</w:t>
      </w:r>
    </w:p>
    <w:p>
      <w:pPr>
        <w:pStyle w:val="ListParagraph"/>
      </w:pPr>
      <w:r>
        <w:rPr>
          <w:sz w:val="22"/>
        </w:rPr>
        <w:t>D. Là giao thức quản lý mạng.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