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vật lý 10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Trong dao động điều hòa, đại lượng nào sau đây luôn ngược pha với li độ?</w:t>
      </w:r>
    </w:p>
    <w:p>
      <w:pPr>
        <w:pStyle w:val="ListParagraph"/>
      </w:pPr>
      <w:r>
        <w:rPr>
          <w:sz w:val="22"/>
        </w:rPr>
        <w:t>A. Vận tốc</w:t>
      </w:r>
    </w:p>
    <w:p>
      <w:pPr>
        <w:pStyle w:val="ListParagraph"/>
      </w:pPr>
      <w:r>
        <w:rPr>
          <w:sz w:val="22"/>
        </w:rPr>
        <w:t>B. Gia tốc</w:t>
      </w:r>
    </w:p>
    <w:p>
      <w:pPr>
        <w:pStyle w:val="ListParagraph"/>
      </w:pPr>
      <w:r>
        <w:rPr>
          <w:sz w:val="22"/>
        </w:rPr>
        <w:t>C. Lực kéo về</w:t>
      </w:r>
    </w:p>
    <w:p>
      <w:pPr>
        <w:pStyle w:val="ListParagraph"/>
      </w:pPr>
      <w:r>
        <w:rPr>
          <w:sz w:val="22"/>
        </w:rPr>
        <w:t>D. Động năng</w:t>
      </w:r>
    </w:p>
    <w:p/>
    <w:p>
      <w:r>
        <w:rPr>
          <w:b/>
          <w:sz w:val="24"/>
        </w:rPr>
        <w:t>Câu 2: Một vật dao động điều hòa với phương trình $x = 5\cos(4\pi t + \frac{\pi}{3})$ cm. Biên độ và pha ban đầu của dao động là:</w:t>
      </w:r>
    </w:p>
    <w:p>
      <w:pPr>
        <w:pStyle w:val="ListParagraph"/>
      </w:pPr>
      <w:r>
        <w:rPr>
          <w:sz w:val="22"/>
        </w:rPr>
        <w:t>A. 5 cm; $\frac{\pi}{3}$ rad</w:t>
      </w:r>
    </w:p>
    <w:p>
      <w:pPr>
        <w:pStyle w:val="ListParagraph"/>
      </w:pPr>
      <w:r>
        <w:rPr>
          <w:sz w:val="22"/>
        </w:rPr>
        <w:t>B. 5 cm; $-\frac{\pi}{3}$ rad</w:t>
      </w:r>
    </w:p>
    <w:p>
      <w:pPr>
        <w:pStyle w:val="ListParagraph"/>
      </w:pPr>
      <w:r>
        <w:rPr>
          <w:sz w:val="22"/>
        </w:rPr>
        <w:t>C. 5 cm; $4\pi$ rad</w:t>
      </w:r>
    </w:p>
    <w:p>
      <w:pPr>
        <w:pStyle w:val="ListParagraph"/>
      </w:pPr>
      <w:r>
        <w:rPr>
          <w:sz w:val="22"/>
        </w:rPr>
        <w:t>D. 5 cm; 0 rad</w:t>
      </w:r>
    </w:p>
    <w:p/>
    <w:p>
      <w:r>
        <w:rPr>
          <w:b/>
          <w:sz w:val="24"/>
        </w:rPr>
        <w:t>Câu 3: Chu kì dao động của con lắc lò xo được tính bằng công thức:</w:t>
      </w:r>
    </w:p>
    <w:p>
      <w:pPr>
        <w:pStyle w:val="ListParagraph"/>
      </w:pPr>
      <w:r>
        <w:rPr>
          <w:sz w:val="22"/>
        </w:rPr>
        <w:t>A. $T = 2\pi\sqrt{\frac{m}{k}}$</w:t>
      </w:r>
    </w:p>
    <w:p>
      <w:pPr>
        <w:pStyle w:val="ListParagraph"/>
      </w:pPr>
      <w:r>
        <w:rPr>
          <w:sz w:val="22"/>
        </w:rPr>
        <w:t>B. $T = 2\pi\sqrt{\frac{k}{m}}$</w:t>
      </w:r>
    </w:p>
    <w:p>
      <w:pPr>
        <w:pStyle w:val="ListParagraph"/>
      </w:pPr>
      <w:r>
        <w:rPr>
          <w:sz w:val="22"/>
        </w:rPr>
        <w:t>C. $T = 2\pi\sqrt{\frac{g}{l}}$</w:t>
      </w:r>
    </w:p>
    <w:p>
      <w:pPr>
        <w:pStyle w:val="ListParagraph"/>
      </w:pPr>
      <w:r>
        <w:rPr>
          <w:sz w:val="22"/>
        </w:rPr>
        <w:t>D. $T = 2\pi\sqrt{\frac{l}{g}}$</w:t>
      </w:r>
    </w:p>
    <w:p/>
    <w:p>
      <w:r>
        <w:rPr>
          <w:b/>
          <w:sz w:val="24"/>
        </w:rPr>
        <w:t>Câu 4: Trong dao động điều hòa, vận tốc và gia tốc của vật luôn:</w:t>
      </w:r>
    </w:p>
    <w:p>
      <w:pPr>
        <w:pStyle w:val="ListParagraph"/>
      </w:pPr>
      <w:r>
        <w:rPr>
          <w:sz w:val="22"/>
        </w:rPr>
        <w:t>A. Cùng pha với nhau.</w:t>
      </w:r>
    </w:p>
    <w:p>
      <w:pPr>
        <w:pStyle w:val="ListParagraph"/>
      </w:pPr>
      <w:r>
        <w:rPr>
          <w:sz w:val="22"/>
        </w:rPr>
        <w:t>B. Ngược pha với nhau.</w:t>
      </w:r>
    </w:p>
    <w:p>
      <w:pPr>
        <w:pStyle w:val="ListParagraph"/>
      </w:pPr>
      <w:r>
        <w:rPr>
          <w:sz w:val="22"/>
        </w:rPr>
        <w:t>C. Lệch pha nhau $\frac{\pi}{2}$.</w:t>
      </w:r>
    </w:p>
    <w:p>
      <w:pPr>
        <w:pStyle w:val="ListParagraph"/>
      </w:pPr>
      <w:r>
        <w:rPr>
          <w:sz w:val="22"/>
        </w:rPr>
        <w:t>D. Lệch pha nhau $\frac{\pi}{4}$.</w:t>
      </w:r>
    </w:p>
    <w:p/>
    <w:p>
      <w:r>
        <w:rPr>
          <w:b/>
          <w:sz w:val="24"/>
        </w:rPr>
        <w:t>Câu 5: Một vật dao động điều hòa có phương trình $x = 10\cos(2\pi t - \frac{\pi}{2})$ cm. Tại thời điểm $t = 0$, vật có li độ:</w:t>
      </w:r>
    </w:p>
    <w:p>
      <w:pPr>
        <w:pStyle w:val="ListParagraph"/>
      </w:pPr>
      <w:r>
        <w:rPr>
          <w:sz w:val="22"/>
        </w:rPr>
        <w:t>A. 0 cm</w:t>
      </w:r>
    </w:p>
    <w:p>
      <w:pPr>
        <w:pStyle w:val="ListParagraph"/>
      </w:pPr>
      <w:r>
        <w:rPr>
          <w:sz w:val="22"/>
        </w:rPr>
        <w:t>B. 10 cm</w:t>
      </w:r>
    </w:p>
    <w:p>
      <w:pPr>
        <w:pStyle w:val="ListParagraph"/>
      </w:pPr>
      <w:r>
        <w:rPr>
          <w:sz w:val="22"/>
        </w:rPr>
        <w:t>C. -10 cm</w:t>
      </w:r>
    </w:p>
    <w:p>
      <w:pPr>
        <w:pStyle w:val="ListParagraph"/>
      </w:pPr>
      <w:r>
        <w:rPr>
          <w:sz w:val="22"/>
        </w:rPr>
        <w:t>D. 5 cm</w:t>
      </w:r>
    </w:p>
    <w:p/>
    <w:p>
      <w:r>
        <w:rPr>
          <w:b/>
          <w:sz w:val="24"/>
        </w:rPr>
        <w:t>Câu 6: Năng lượng của vật dao động điều hòa:</w:t>
      </w:r>
    </w:p>
    <w:p>
      <w:pPr>
        <w:pStyle w:val="ListParagraph"/>
      </w:pPr>
      <w:r>
        <w:rPr>
          <w:sz w:val="22"/>
        </w:rPr>
        <w:t>A. Biến thiên tuần hoàn theo thời gian.</w:t>
      </w:r>
    </w:p>
    <w:p>
      <w:pPr>
        <w:pStyle w:val="ListParagraph"/>
      </w:pPr>
      <w:r>
        <w:rPr>
          <w:sz w:val="22"/>
        </w:rPr>
        <w:t>B. Biến thiên điều hòa theo thời gian.</w:t>
      </w:r>
    </w:p>
    <w:p>
      <w:pPr>
        <w:pStyle w:val="ListParagraph"/>
      </w:pPr>
      <w:r>
        <w:rPr>
          <w:sz w:val="22"/>
        </w:rPr>
        <w:t>C. Luôn không đổi.</w:t>
      </w:r>
    </w:p>
    <w:p>
      <w:pPr>
        <w:pStyle w:val="ListParagraph"/>
      </w:pPr>
      <w:r>
        <w:rPr>
          <w:sz w:val="22"/>
        </w:rPr>
        <w:t>D. Biến thiên với chu kì bằng nửa chu kì dao động.</w:t>
      </w:r>
    </w:p>
    <w:p/>
    <w:p>
      <w:r>
        <w:rPr>
          <w:b/>
          <w:sz w:val="24"/>
        </w:rPr>
        <w:t>Câu 7: Độ lệch pha giữa li độ và vận tốc trong dao động điều hòa là: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$\frac{\pi}{2}$</w:t>
      </w:r>
    </w:p>
    <w:p>
      <w:pPr>
        <w:pStyle w:val="ListParagraph"/>
      </w:pPr>
      <w:r>
        <w:rPr>
          <w:sz w:val="22"/>
        </w:rPr>
        <w:t>C. $\pi$</w:t>
      </w:r>
    </w:p>
    <w:p>
      <w:pPr>
        <w:pStyle w:val="ListParagraph"/>
      </w:pPr>
      <w:r>
        <w:rPr>
          <w:sz w:val="22"/>
        </w:rPr>
        <w:t>D. $2\pi$</w:t>
      </w:r>
    </w:p>
    <w:p/>
    <w:p>
      <w:r>
        <w:rPr>
          <w:b/>
          <w:sz w:val="24"/>
        </w:rPr>
        <w:t>Câu 8: Một con lắc đơn dao động điều hòa với chu kì $T$. Nếu tăng chiều dài dây treo lên 4 lần thì chu kì dao động sẽ:</w:t>
      </w:r>
    </w:p>
    <w:p>
      <w:pPr>
        <w:pStyle w:val="ListParagraph"/>
      </w:pPr>
      <w:r>
        <w:rPr>
          <w:sz w:val="22"/>
        </w:rPr>
        <w:t>A. Tăng 2 lần</w:t>
      </w:r>
    </w:p>
    <w:p>
      <w:pPr>
        <w:pStyle w:val="ListParagraph"/>
      </w:pPr>
      <w:r>
        <w:rPr>
          <w:sz w:val="22"/>
        </w:rPr>
        <w:t>B. Giảm 2 lần</w:t>
      </w:r>
    </w:p>
    <w:p>
      <w:pPr>
        <w:pStyle w:val="ListParagraph"/>
      </w:pPr>
      <w:r>
        <w:rPr>
          <w:sz w:val="22"/>
        </w:rPr>
        <w:t>C. Tăng 4 lần</w:t>
      </w:r>
    </w:p>
    <w:p>
      <w:pPr>
        <w:pStyle w:val="ListParagraph"/>
      </w:pPr>
      <w:r>
        <w:rPr>
          <w:sz w:val="22"/>
        </w:rPr>
        <w:t>D. Không đổi</w:t>
      </w:r>
    </w:p>
    <w:p/>
    <w:p>
      <w:r>
        <w:rPr>
          <w:b/>
          <w:sz w:val="24"/>
        </w:rPr>
        <w:t>Câu 9: Trong dao động điều hòa, giá trị cực đại của vận tốc là:</w:t>
      </w:r>
    </w:p>
    <w:p>
      <w:pPr>
        <w:pStyle w:val="ListParagraph"/>
      </w:pPr>
      <w:r>
        <w:rPr>
          <w:sz w:val="22"/>
        </w:rPr>
        <w:t>A. $v_{max} = A\omega$</w:t>
      </w:r>
    </w:p>
    <w:p>
      <w:pPr>
        <w:pStyle w:val="ListParagraph"/>
      </w:pPr>
      <w:r>
        <w:rPr>
          <w:sz w:val="22"/>
        </w:rPr>
        <w:t>B. $v_{max} = A\omega^2$</w:t>
      </w:r>
    </w:p>
    <w:p>
      <w:pPr>
        <w:pStyle w:val="ListParagraph"/>
      </w:pPr>
      <w:r>
        <w:rPr>
          <w:sz w:val="22"/>
        </w:rPr>
        <w:t>C. $v_{max} = \frac{A}{\omega}$</w:t>
      </w:r>
    </w:p>
    <w:p>
      <w:pPr>
        <w:pStyle w:val="ListParagraph"/>
      </w:pPr>
      <w:r>
        <w:rPr>
          <w:sz w:val="22"/>
        </w:rPr>
        <w:t>D. $v_{max} = A^2\omega$</w:t>
      </w:r>
    </w:p>
    <w:p/>
    <w:p>
      <w:r>
        <w:rPr>
          <w:b/>
          <w:sz w:val="24"/>
        </w:rPr>
        <w:t>Câu 10: Pha của dao động được dùng để xác định:</w:t>
      </w:r>
    </w:p>
    <w:p>
      <w:pPr>
        <w:pStyle w:val="ListParagraph"/>
      </w:pPr>
      <w:r>
        <w:rPr>
          <w:sz w:val="22"/>
        </w:rPr>
        <w:t>A. Biên độ dao động.</w:t>
      </w:r>
    </w:p>
    <w:p>
      <w:pPr>
        <w:pStyle w:val="ListParagraph"/>
      </w:pPr>
      <w:r>
        <w:rPr>
          <w:sz w:val="22"/>
        </w:rPr>
        <w:t>B. Trạng thái dao động.</w:t>
      </w:r>
    </w:p>
    <w:p>
      <w:pPr>
        <w:pStyle w:val="ListParagraph"/>
      </w:pPr>
      <w:r>
        <w:rPr>
          <w:sz w:val="22"/>
        </w:rPr>
        <w:t>C. Chu kì dao động.</w:t>
      </w:r>
    </w:p>
    <w:p>
      <w:pPr>
        <w:pStyle w:val="ListParagraph"/>
      </w:pPr>
      <w:r>
        <w:rPr>
          <w:sz w:val="22"/>
        </w:rPr>
        <w:t>D. Tần số dao động.</w:t>
      </w:r>
    </w:p>
    <w:p/>
    <w:p>
      <w:r>
        <w:rPr>
          <w:b/>
          <w:sz w:val="24"/>
        </w:rPr>
        <w:t>Câu 11: Trong dao động điều hòa, gia tốc luôn hướng về vị trí cân bằng.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12: Chu kì dao động của con lắc đơn phụ thuộc vào biên độ dao động.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13: Viết công thức tính chu kì dao động của con lắc lò xo.</w:t>
      </w:r>
    </w:p>
    <w:p/>
    <w:p>
      <w:r>
        <w:rPr>
          <w:b/>
          <w:sz w:val="24"/>
        </w:rPr>
        <w:t>Câu 14: Một vật dao động điều hòa với phương trình $x = 4\cos(5\pi t)$ cm. Tính vận tốc cực đại của vật.</w:t>
      </w:r>
    </w:p>
    <w:p/>
    <w:p>
      <w:r>
        <w:rPr>
          <w:b/>
          <w:sz w:val="24"/>
        </w:rPr>
        <w:t>Câu 15: Dao động điều hòa là gì?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$T = 2\pi\sqrt{\frac{m}{k}}$</w:t>
      </w:r>
    </w:p>
    <w:p>
      <w:r>
        <w:rPr>
          <w:b/>
        </w:rPr>
        <w:t>Câu 14: Đáp án đúng: $v_{max} = 20\pi$ cm/s</w:t>
      </w:r>
    </w:p>
    <w:p>
      <w:r>
        <w:rPr>
          <w:b/>
        </w:rPr>
        <w:t>Câu 15: Đáp án đúng: Dao động điều hòa là dao động trong đó li độ của vật là một hàm cosin (hay sin) của thời gian.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