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tiếng anh 7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You should keep your surroundings clean to avoid viruses.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maintain</w:t>
      </w:r>
    </w:p>
    <w:p>
      <w:pPr>
        <w:pStyle w:val="ListParagraph"/>
      </w:pPr>
      <w:r>
        <w:rPr>
          <w:sz w:val="22"/>
        </w:rPr>
        <w:t>C. avoid</w:t>
      </w:r>
    </w:p>
    <w:p>
      <w:pPr>
        <w:pStyle w:val="ListParagraph"/>
      </w:pPr>
      <w:r>
        <w:rPr>
          <w:sz w:val="22"/>
        </w:rPr>
        <w:t>D. give</w:t>
      </w:r>
    </w:p>
    <w:p/>
    <w:p>
      <w:r>
        <w:rPr>
          <w:b/>
          <w:sz w:val="24"/>
        </w:rPr>
        <w:t>Câu 2: Acne is not a serious disease.</w:t>
      </w:r>
    </w:p>
    <w:p>
      <w:pPr>
        <w:pStyle w:val="ListParagraph"/>
      </w:pPr>
      <w:r>
        <w:rPr>
          <w:sz w:val="22"/>
        </w:rPr>
        <w:t>A. problem</w:t>
      </w:r>
    </w:p>
    <w:p>
      <w:pPr>
        <w:pStyle w:val="ListParagraph"/>
      </w:pPr>
      <w:r>
        <w:rPr>
          <w:sz w:val="22"/>
        </w:rPr>
        <w:t>B. spots</w:t>
      </w:r>
    </w:p>
    <w:p>
      <w:pPr>
        <w:pStyle w:val="ListParagraph"/>
      </w:pPr>
      <w:r>
        <w:rPr>
          <w:sz w:val="22"/>
        </w:rPr>
        <w:t>C. sickness</w:t>
      </w:r>
    </w:p>
    <w:p>
      <w:pPr>
        <w:pStyle w:val="ListParagraph"/>
      </w:pPr>
      <w:r>
        <w:rPr>
          <w:sz w:val="22"/>
        </w:rPr>
        <w:t>D. health</w:t>
      </w:r>
    </w:p>
    <w:p/>
    <w:p>
      <w:r>
        <w:rPr>
          <w:b/>
          <w:sz w:val="24"/>
        </w:rPr>
        <w:t>Câu 3: There are a lot of tips that we can do to live longer.</w:t>
      </w:r>
    </w:p>
    <w:p>
      <w:pPr>
        <w:pStyle w:val="ListParagraph"/>
      </w:pPr>
      <w:r>
        <w:rPr>
          <w:sz w:val="22"/>
        </w:rPr>
        <w:t>A. activities</w:t>
      </w:r>
    </w:p>
    <w:p>
      <w:pPr>
        <w:pStyle w:val="ListParagraph"/>
      </w:pPr>
      <w:r>
        <w:rPr>
          <w:sz w:val="22"/>
        </w:rPr>
        <w:t>B. conditions</w:t>
      </w:r>
    </w:p>
    <w:p>
      <w:pPr>
        <w:pStyle w:val="ListParagraph"/>
      </w:pPr>
      <w:r>
        <w:rPr>
          <w:sz w:val="22"/>
        </w:rPr>
        <w:t>C. causes</w:t>
      </w:r>
    </w:p>
    <w:p>
      <w:pPr>
        <w:pStyle w:val="ListParagraph"/>
      </w:pPr>
      <w:r>
        <w:rPr>
          <w:sz w:val="22"/>
        </w:rPr>
        <w:t>D. ways</w:t>
      </w:r>
    </w:p>
    <w:p/>
    <w:p>
      <w:r>
        <w:rPr>
          <w:b/>
          <w:sz w:val="24"/>
        </w:rPr>
        <w:t>Câu 4: Do exercise, eat well, drink enough water and go to bed early may help be in good shape.</w:t>
      </w:r>
    </w:p>
    <w:p>
      <w:pPr>
        <w:pStyle w:val="ListParagraph"/>
      </w:pPr>
      <w:r>
        <w:rPr>
          <w:sz w:val="22"/>
        </w:rPr>
        <w:t>A. active</w:t>
      </w:r>
    </w:p>
    <w:p>
      <w:pPr>
        <w:pStyle w:val="ListParagraph"/>
      </w:pPr>
      <w:r>
        <w:rPr>
          <w:sz w:val="22"/>
        </w:rPr>
        <w:t>B. tidy</w:t>
      </w:r>
    </w:p>
    <w:p>
      <w:pPr>
        <w:pStyle w:val="ListParagraph"/>
      </w:pPr>
      <w:r>
        <w:rPr>
          <w:sz w:val="22"/>
        </w:rPr>
        <w:t>C. fit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5: Breakfast is very important. It gives us energy for the day.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unhealthy</w:t>
      </w:r>
    </w:p>
    <w:p>
      <w:pPr>
        <w:pStyle w:val="ListParagraph"/>
      </w:pPr>
      <w:r>
        <w:rPr>
          <w:sz w:val="22"/>
        </w:rPr>
        <w:t>C. unimportant</w:t>
      </w:r>
    </w:p>
    <w:p>
      <w:pPr>
        <w:pStyle w:val="ListParagraph"/>
      </w:pPr>
      <w:r>
        <w:rPr>
          <w:sz w:val="22"/>
        </w:rPr>
        <w:t>D. interesting</w:t>
      </w:r>
    </w:p>
    <w:p/>
    <w:p>
      <w:r>
        <w:rPr>
          <w:b/>
          <w:sz w:val="24"/>
        </w:rPr>
        <w:t>Câu 6: Bad habits like eating too much sweetened food and going to bed late are harmful to our health.</w:t>
      </w:r>
    </w:p>
    <w:p>
      <w:pPr>
        <w:pStyle w:val="ListParagraph"/>
      </w:pPr>
      <w:r>
        <w:rPr>
          <w:sz w:val="22"/>
        </w:rPr>
        <w:t>A. useful</w:t>
      </w:r>
    </w:p>
    <w:p>
      <w:pPr>
        <w:pStyle w:val="ListParagraph"/>
      </w:pPr>
      <w:r>
        <w:rPr>
          <w:sz w:val="22"/>
        </w:rPr>
        <w:t>B. healthy</w:t>
      </w:r>
    </w:p>
    <w:p>
      <w:pPr>
        <w:pStyle w:val="ListParagraph"/>
      </w:pPr>
      <w:r>
        <w:rPr>
          <w:sz w:val="22"/>
        </w:rPr>
        <w:t>C. harmless</w:t>
      </w:r>
    </w:p>
    <w:p>
      <w:pPr>
        <w:pStyle w:val="ListParagraph"/>
      </w:pPr>
      <w:r>
        <w:rPr>
          <w:sz w:val="22"/>
        </w:rPr>
        <w:t>D. important</w:t>
      </w:r>
    </w:p>
    <w:p/>
    <w:p>
      <w:r>
        <w:rPr>
          <w:b/>
          <w:sz w:val="24"/>
        </w:rPr>
        <w:t>Câu 7: Don’t touch or pop spots, especially when your hands are dirty.</w:t>
      </w:r>
    </w:p>
    <w:p>
      <w:pPr>
        <w:pStyle w:val="ListParagraph"/>
      </w:pPr>
      <w:r>
        <w:rPr>
          <w:sz w:val="22"/>
        </w:rPr>
        <w:t>A. clean</w:t>
      </w:r>
    </w:p>
    <w:p>
      <w:pPr>
        <w:pStyle w:val="ListParagraph"/>
      </w:pPr>
      <w:r>
        <w:rPr>
          <w:sz w:val="22"/>
        </w:rPr>
        <w:t>B. unclean</w:t>
      </w:r>
    </w:p>
    <w:p>
      <w:pPr>
        <w:pStyle w:val="ListParagraph"/>
      </w:pPr>
      <w:r>
        <w:rPr>
          <w:sz w:val="22"/>
        </w:rPr>
        <w:t>C. dry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8: I eat junk food all the time, so I’m putting on weight too.</w:t>
      </w:r>
    </w:p>
    <w:p>
      <w:pPr>
        <w:pStyle w:val="ListParagraph"/>
      </w:pPr>
      <w:r>
        <w:rPr>
          <w:sz w:val="22"/>
        </w:rPr>
        <w:t>A. becoming fat</w:t>
      </w:r>
    </w:p>
    <w:p>
      <w:pPr>
        <w:pStyle w:val="ListParagraph"/>
      </w:pPr>
      <w:r>
        <w:rPr>
          <w:sz w:val="22"/>
        </w:rPr>
        <w:t>B. getting fat</w:t>
      </w:r>
    </w:p>
    <w:p>
      <w:pPr>
        <w:pStyle w:val="ListParagraph"/>
      </w:pPr>
      <w:r>
        <w:rPr>
          <w:sz w:val="22"/>
        </w:rPr>
        <w:t>C. losing weight</w:t>
      </w:r>
    </w:p>
    <w:p>
      <w:pPr>
        <w:pStyle w:val="ListParagraph"/>
      </w:pPr>
      <w:r>
        <w:rPr>
          <w:sz w:val="22"/>
        </w:rPr>
        <w:t>D. gaining weight</w:t>
      </w:r>
    </w:p>
    <w:p/>
    <w:p>
      <w:r>
        <w:rPr>
          <w:b/>
          <w:sz w:val="24"/>
        </w:rPr>
        <w:t>Câu 9: Laugh more often shows that you are happy and makes others happy too.</w:t>
      </w:r>
    </w:p>
    <w:p>
      <w:pPr>
        <w:pStyle w:val="ListParagraph"/>
      </w:pPr>
      <w:r>
        <w:rPr>
          <w:sz w:val="22"/>
        </w:rPr>
        <w:t>A. funny</w:t>
      </w:r>
    </w:p>
    <w:p>
      <w:pPr>
        <w:pStyle w:val="ListParagraph"/>
      </w:pPr>
      <w:r>
        <w:rPr>
          <w:sz w:val="22"/>
        </w:rPr>
        <w:t>B. sad</w:t>
      </w:r>
    </w:p>
    <w:p>
      <w:pPr>
        <w:pStyle w:val="ListParagraph"/>
      </w:pPr>
      <w:r>
        <w:rPr>
          <w:sz w:val="22"/>
        </w:rPr>
        <w:t>C. hot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10: We can list some colouring vegetables like carrots and tomatoes.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colouring vegetables</w:t>
      </w:r>
    </w:p>
    <w:p>
      <w:pPr>
        <w:pStyle w:val="ListParagraph"/>
      </w:pPr>
      <w:r>
        <w:rPr>
          <w:sz w:val="22"/>
        </w:rPr>
        <w:t>C. like</w:t>
      </w:r>
    </w:p>
    <w:p>
      <w:pPr>
        <w:pStyle w:val="ListParagraph"/>
      </w:pPr>
      <w:r>
        <w:rPr>
          <w:sz w:val="22"/>
        </w:rPr>
        <w:t>D. can</w:t>
      </w:r>
    </w:p>
    <w:p/>
    <w:p>
      <w:r>
        <w:rPr>
          <w:b/>
          <w:sz w:val="24"/>
        </w:rPr>
        <w:t>Câu 11: You should eat more sweets because you may have a toothache.</w:t>
      </w:r>
    </w:p>
    <w:p>
      <w:pPr>
        <w:pStyle w:val="ListParagraph"/>
      </w:pPr>
      <w:r>
        <w:rPr>
          <w:sz w:val="22"/>
        </w:rPr>
        <w:t>A. because</w:t>
      </w:r>
    </w:p>
    <w:p>
      <w:pPr>
        <w:pStyle w:val="ListParagraph"/>
      </w:pPr>
      <w:r>
        <w:rPr>
          <w:sz w:val="22"/>
        </w:rPr>
        <w:t>B. a toothache</w:t>
      </w:r>
    </w:p>
    <w:p>
      <w:pPr>
        <w:pStyle w:val="ListParagraph"/>
      </w:pPr>
      <w:r>
        <w:rPr>
          <w:sz w:val="22"/>
        </w:rPr>
        <w:t>C. have</w:t>
      </w:r>
    </w:p>
    <w:p>
      <w:pPr>
        <w:pStyle w:val="ListParagraph"/>
      </w:pPr>
      <w:r>
        <w:rPr>
          <w:sz w:val="22"/>
        </w:rPr>
        <w:t>D. more</w:t>
      </w:r>
    </w:p>
    <w:p/>
    <w:p>
      <w:r>
        <w:rPr>
          <w:b/>
          <w:sz w:val="24"/>
        </w:rPr>
        <w:t>Câu 12: Acne isn’t a serious disease because young people want to avoid it.</w:t>
      </w:r>
    </w:p>
    <w:p>
      <w:pPr>
        <w:pStyle w:val="ListParagraph"/>
      </w:pPr>
      <w:r>
        <w:rPr>
          <w:sz w:val="22"/>
        </w:rPr>
        <w:t>A. to avoid</w:t>
      </w:r>
    </w:p>
    <w:p>
      <w:pPr>
        <w:pStyle w:val="ListParagraph"/>
      </w:pPr>
      <w:r>
        <w:rPr>
          <w:sz w:val="22"/>
        </w:rPr>
        <w:t>B. serious</w:t>
      </w:r>
    </w:p>
    <w:p>
      <w:pPr>
        <w:pStyle w:val="ListParagraph"/>
      </w:pPr>
      <w:r>
        <w:rPr>
          <w:sz w:val="22"/>
        </w:rPr>
        <w:t>C. because</w:t>
      </w:r>
    </w:p>
    <w:p>
      <w:pPr>
        <w:pStyle w:val="ListParagraph"/>
      </w:pPr>
      <w:r>
        <w:rPr>
          <w:sz w:val="22"/>
        </w:rPr>
        <w:t>D. isn’t</w:t>
      </w:r>
    </w:p>
    <w:p/>
    <w:p>
      <w:r>
        <w:rPr>
          <w:b/>
          <w:sz w:val="24"/>
        </w:rPr>
        <w:t>Câu 13: You shouldn’t take up a sport. It will make your health better.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better</w:t>
      </w:r>
    </w:p>
    <w:p>
      <w:pPr>
        <w:pStyle w:val="ListParagraph"/>
      </w:pPr>
      <w:r>
        <w:rPr>
          <w:sz w:val="22"/>
        </w:rPr>
        <w:t>C. shouldn’t</w:t>
      </w:r>
    </w:p>
    <w:p>
      <w:pPr>
        <w:pStyle w:val="ListParagraph"/>
      </w:pPr>
      <w:r>
        <w:rPr>
          <w:sz w:val="22"/>
        </w:rPr>
        <w:t>D. take up</w:t>
      </w:r>
    </w:p>
    <w:p/>
    <w:p>
      <w:r>
        <w:rPr>
          <w:b/>
          <w:sz w:val="24"/>
        </w:rPr>
        <w:t>Câu 14: Outdoor activities are good so my family often plays cycling in the countryside.</w:t>
      </w:r>
    </w:p>
    <w:p>
      <w:pPr>
        <w:pStyle w:val="ListParagraph"/>
      </w:pPr>
      <w:r>
        <w:rPr>
          <w:sz w:val="22"/>
        </w:rPr>
        <w:t>A. plays</w:t>
      </w:r>
    </w:p>
    <w:p>
      <w:pPr>
        <w:pStyle w:val="ListParagraph"/>
      </w:pPr>
      <w:r>
        <w:rPr>
          <w:sz w:val="22"/>
        </w:rPr>
        <w:t>B. in the countryside</w:t>
      </w:r>
    </w:p>
    <w:p>
      <w:pPr>
        <w:pStyle w:val="ListParagraph"/>
      </w:pPr>
      <w:r>
        <w:rPr>
          <w:sz w:val="22"/>
        </w:rPr>
        <w:t>C. outdoor activities</w:t>
      </w:r>
    </w:p>
    <w:p>
      <w:pPr>
        <w:pStyle w:val="ListParagraph"/>
      </w:pPr>
      <w:r>
        <w:rPr>
          <w:sz w:val="22"/>
        </w:rPr>
        <w:t>D. so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